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Riyadh Air launches direct flights to Bangkok, boosting Saudi-Thailand travel options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Riyadh Air has started selling tickets for a new direct service between Riyadh and Bangkok, a route that should make travel to Thailand considerably simpler for passengers in Saudi Arabia and beyond. The flights are due to begin on 2 September, operating three times a week between King Khalid International Airport and Bangkok’s Suvarnabhumi Airport. According to the airline, the link is intended to improve access between the two countries while also supporting tourism and business travel.</w:t>
      </w:r>
      <w:r/>
    </w:p>
    <w:p>
      <w:r/>
      <w:r>
        <w:t>For holidaymakers, the main attraction is convenience. A non-stop flight removes the need to change planes en route to Bangkok, which can shorten journey times and reduce the risk of missed connections. Booking sites tracking the route already show a range of fare options on competing services, suggesting travellers will be able to compare prices and timings as the new connection enters the market. Some current listings also point to direct flights of around seven hours and 35 minutes, underlining how much quicker a direct option can be than one with a stop.</w:t>
      </w:r>
      <w:r/>
    </w:p>
    <w:p>
      <w:r/>
      <w:r>
        <w:t>The launch also gives travellers more flexibility when planning a Thailand trip. Bangkok remains the easiest gateway for many visitors heading on to beach resorts, island stays or domestic connections elsewhere in the country. A direct Riyadh service can make that first leg less cumbersome, particularly for families or those travelling with luggage. It may also strengthen Bangkok’s appeal as a stopover point for people combining Thailand with a wider Asian itinerary.</w:t>
      </w:r>
      <w:r/>
    </w:p>
    <w:p>
      <w:r/>
      <w:r>
        <w:t>Riyadh Air said the Bangkok route is part of a broader international expansion, with more destinations expected to be announced soon. For travellers, that could mean additional choice and better onward connections out of Riyadh in the months ahead, making the Saudi capital a more useful transit point for long-haul leisure trips.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Paragraph 3: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[2]</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https://www.gdnonline.com/Details/1402926</w:t>
        </w:r>
      </w:hyperlink>
      <w:r>
        <w:t xml:space="preserve"> - Please view link - unable to able to access data</w:t>
      </w:r>
      <w:r/>
    </w:p>
    <w:p>
      <w:pPr>
        <w:pStyle w:val="ListNumber"/>
        <w:spacing w:line="240" w:lineRule="auto"/>
        <w:ind w:left="720"/>
      </w:pPr>
      <w:r/>
      <w:hyperlink r:id="rId9">
        <w:r>
          <w:rPr>
            <w:color w:val="0000EE"/>
            <w:u w:val="single"/>
          </w:rPr>
          <w:t>https://www.gdnonline.com/Details/1402926</w:t>
        </w:r>
      </w:hyperlink>
      <w:r>
        <w:t xml:space="preserve"> - Riyadh Air has announced the launch of its new Riyadh-Bangkok service, with three weekly flights commencing on September 2. This route will connect King Khalid International Airport in Riyadh with Bangkok’s Suvarnabhumi Airport, enhancing the Saudi carrier’s presence in Asia. The service aims to provide direct access between Saudi Arabia and Thailand, bolstering tourism, business, and economic ties. Additionally, it will strengthen Riyadh’s position as an international aviation hub, offering passengers from Bangkok connections across Riyadh Air’s expanding global network. The airline has indicated that more destinations will be announced in the near future as it continues to expand its international operations.</w:t>
      </w:r>
      <w:r/>
    </w:p>
    <w:p>
      <w:pPr>
        <w:pStyle w:val="ListNumber"/>
        <w:spacing w:line="240" w:lineRule="auto"/>
        <w:ind w:left="720"/>
      </w:pPr>
      <w:r/>
      <w:hyperlink r:id="rId10">
        <w:r>
          <w:rPr>
            <w:color w:val="0000EE"/>
            <w:u w:val="single"/>
          </w:rPr>
          <w:t>https://us.trip.com/flights/airport-ruh-city-bkk/</w:t>
        </w:r>
      </w:hyperlink>
      <w:r>
        <w:t xml:space="preserve"> - Trip.com offers a variety of flight options from Riyadh Airport (RUH) to Bangkok (BKK), including one-way and round-trip deals. For instance, a nonstop flight with Saudia on Wednesday, September 2, 2026, is available starting from $330. The platform also provides information on the best times to fly, with fares as low as $237 in July and $213 in August, served by Air India Express. Additionally, the site lists flights from other airlines, such as Etihad Airways and Qatar Airways, with varying prices and schedules.</w:t>
      </w:r>
      <w:r/>
    </w:p>
    <w:p>
      <w:pPr>
        <w:pStyle w:val="ListNumber"/>
        <w:spacing w:line="240" w:lineRule="auto"/>
        <w:ind w:left="720"/>
      </w:pPr>
      <w:r/>
      <w:hyperlink r:id="rId11">
        <w:r>
          <w:rPr>
            <w:color w:val="0000EE"/>
            <w:u w:val="single"/>
          </w:rPr>
          <w:t>https://www.airasia.com/flights/ms/my/from-riyadh-ruh-to-bangkok-bkk/</w:t>
        </w:r>
      </w:hyperlink>
      <w:r>
        <w:t xml:space="preserve"> - AirAsia MOVE presents affordable flight options from Riyadh to Bangkok, allowing users to compare airlines and dates to secure the lowest prices. For example, Qatar Airways offers a flight on November 1, 2026, departing at 21:35 and arriving on November 2 at 12:15, with a 10-hour 40-minute duration and one stop in Doha, priced at SAR 951. In September, Saudia provides direct flights on September 13, 2026, departing at 02:10 and arriving at 13:45, with a 7-hour 35-minute duration, priced at SAR 1,389.</w:t>
      </w:r>
      <w:r/>
    </w:p>
    <w:p>
      <w:pPr>
        <w:pStyle w:val="ListNumber"/>
        <w:spacing w:line="240" w:lineRule="auto"/>
        <w:ind w:left="720"/>
      </w:pPr>
      <w:r/>
      <w:hyperlink r:id="rId12">
        <w:r>
          <w:rPr>
            <w:color w:val="0000EE"/>
            <w:u w:val="single"/>
          </w:rPr>
          <w:t>https://www.airasia.com/flights/id/id/from-riyadh-ruh-to-bangkok-bkk/</w:t>
        </w:r>
      </w:hyperlink>
      <w:r>
        <w:t xml:space="preserve"> - AirAsia MOVE offers discounted flight tickets from Riyadh to Bangkok, enabling users to compare prices across different airlines and dates. For instance, Qatar Airways has a flight on November 1, 2026, departing at 21:35 and arriving on November 2 at 12:15, with a 10-hour 40-minute duration and one stop in Doha, priced at SAR 954. In September, Saudia provides direct flights on September 10, 2026, departing at 02:10 and arriving at 13:45, with a 7-hour 35-minute duration, priced at SAR 1,399.</w:t>
      </w:r>
      <w:r/>
    </w:p>
    <w:p>
      <w:pPr>
        <w:pStyle w:val="ListNumber"/>
        <w:spacing w:line="240" w:lineRule="auto"/>
        <w:ind w:left="720"/>
      </w:pPr>
      <w:r/>
      <w:hyperlink r:id="rId13">
        <w:r>
          <w:rPr>
            <w:color w:val="0000EE"/>
            <w:u w:val="single"/>
          </w:rPr>
          <w:t>https://www.airasia.com/flights/ko/kr/from-riyadh-ruh-to-bangkok-bkk/</w:t>
        </w:r>
      </w:hyperlink>
      <w:r>
        <w:t xml:space="preserve"> - AirAsia MOVE provides affordable flight options from Riyadh to Bangkok, allowing users to compare airlines and dates to find the best deals. For example, Qatar Airways offers a flight on November 1, 2026, departing at 21:35 and arriving on November 2 at 12:15, with a 10-hour 40-minute duration and one stop in Doha, priced at SAR 954. In September, Saudia offers direct flights on September 1, 2026, departing at 02:10 and arriving at 13:45, with a 7-hour 35-minute duration, priced at SAR 1,399.</w:t>
      </w:r>
      <w:r/>
    </w:p>
    <w:p>
      <w:pPr>
        <w:pStyle w:val="ListNumber"/>
        <w:spacing w:line="240" w:lineRule="auto"/>
        <w:ind w:left="720"/>
      </w:pPr>
      <w:r/>
      <w:hyperlink r:id="rId14">
        <w:r>
          <w:rPr>
            <w:color w:val="0000EE"/>
            <w:u w:val="single"/>
          </w:rPr>
          <w:t>https://www.kayak.com/flight-routes/Riyadh-King-Khaled-Intl-RUH/Bangkok-Suvarnabhumi-BKK</w:t>
        </w:r>
      </w:hyperlink>
      <w:r>
        <w:t xml:space="preserve"> - KAYAK provides recent direct flight deals from Riyadh to Bangkok. For example, a nonstop flight with Saudia on Friday, September 4, 2026, departing at 2:10 am and arriving at 1:45 pm, with a 7-hour 35-minute duration, is priced at $551. The platform also offers booking insights and options to compare prices across different airlines and dates, assisting travellers in finding the best deals for their journey.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dnonline.com/Details/1402926" TargetMode="External"/><Relationship Id="rId10" Type="http://schemas.openxmlformats.org/officeDocument/2006/relationships/hyperlink" Target="https://us.trip.com/flights/airport-ruh-city-bkk/" TargetMode="External"/><Relationship Id="rId11" Type="http://schemas.openxmlformats.org/officeDocument/2006/relationships/hyperlink" Target="https://www.airasia.com/flights/ms/my/from-riyadh-ruh-to-bangkok-bkk/" TargetMode="External"/><Relationship Id="rId12" Type="http://schemas.openxmlformats.org/officeDocument/2006/relationships/hyperlink" Target="https://www.airasia.com/flights/id/id/from-riyadh-ruh-to-bangkok-bkk/" TargetMode="External"/><Relationship Id="rId13" Type="http://schemas.openxmlformats.org/officeDocument/2006/relationships/hyperlink" Target="https://www.airasia.com/flights/ko/kr/from-riyadh-ruh-to-bangkok-bkk/" TargetMode="External"/><Relationship Id="rId14" Type="http://schemas.openxmlformats.org/officeDocument/2006/relationships/hyperlink" Target="https://www.kayak.com/flight-routes/Riyadh-King-Khaled-Intl-RUH/Bangkok-Suvarnabhumi-BKK"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