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Air China offers surprisingly cheap return flights from Stockholm to Asia, starting at €302</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Air China is offering return fares from Stockholm to a string of Asian destinations from €302, a level that could make a long-haul trip to the region noticeably more affordable for Swedish travellers. For anyone heading to Thailand, the clearest draw is Bangkok and Phuket, with the sale also covering Chiang Mai, which could work well for a northern Thailand itinerary or a two-stop holiday combining city, beach and culture.</w:t>
      </w:r>
      <w:r/>
    </w:p>
    <w:p>
      <w:r/>
      <w:r>
        <w:t>According to Fly4free, the fares are available on a broad range of routes, including Stockholm to Bangkok, Phuket and Chiang Mai, as well as other destinations such as Ho Chi Minh City, Singapore, Kuala Lumpur, Taipei, Manila, Seoul, Phnom Penh, Tokyo and Osaka. The travel window runs from late August to November 2026, which gives holidaymakers some flexibility when planning an autumn escape.</w:t>
      </w:r>
      <w:r/>
    </w:p>
    <w:p>
      <w:r/>
      <w:r>
        <w:t>The deal is being sold as a full-service option, and the published fare includes one cabin bag and one checked bag, which may appeal to travellers who do not want to build a trip from scratch around extras. That can make a real difference on a Thailand break, where many visitors return with more luggage than they left with, especially after shopping, diving gear or longer island stays.</w:t>
      </w:r>
      <w:r/>
    </w:p>
    <w:p>
      <w:r/>
      <w:r>
        <w:t>Other travel sites covering the same sale say the lowest advertised price appears to be around €302 return, with some listings focused on Stockholm–Taipei. In practical terms, that suggests the headline fare may vary by destination and booking channel, so travellers eyeing Thailand should check whether Bangkok, Phuket or Chiang Mai dates still fit the lower end of the sale before committing. For leisure travellers, the main benefit is straightforward: a cheaper way to reach Thailand with checked baggage already included, rather than a stripped-down fare that rises once essentials are added.</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[3]</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w:t>
      </w:r>
      <w:hyperlink r:id="rId10">
        <w:r>
          <w:rPr>
            <w:color w:val="0000EE"/>
            <w:u w:val="single"/>
          </w:rPr>
          <w:t>[3]</w:t>
        </w:r>
      </w:hyperlink>
      <w:r>
        <w:t xml:space="preserve">- Paragraph 4: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p>
    <w:p>
      <w:r/>
      <w:r>
        <w:t xml:space="preserve">Source: </w:t>
      </w:r>
      <w:hyperlink r:id="rId13">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https://www.fly4free.com/flight-deals/europe/flights-from-stockholm-to-asia-e302-2/</w:t>
        </w:r>
      </w:hyperlink>
      <w:r>
        <w:t xml:space="preserve"> - Please view link - unable to able to access data</w:t>
      </w:r>
      <w:r/>
    </w:p>
    <w:p>
      <w:pPr>
        <w:pStyle w:val="ListNumber"/>
        <w:spacing w:line="240" w:lineRule="auto"/>
        <w:ind w:left="720"/>
      </w:pPr>
      <w:r/>
      <w:hyperlink r:id="rId9">
        <w:r>
          <w:rPr>
            <w:color w:val="0000EE"/>
            <w:u w:val="single"/>
          </w:rPr>
          <w:t>https://www.fly4free.com/flight-deals/europe/flights-from-stockholm-to-asia-e302-2/</w:t>
        </w:r>
      </w:hyperlink>
      <w:r>
        <w:t xml:space="preserve"> - This article highlights discounted full-service flights from Stockholm to various Asian destinations, starting at €302 return. It details the travel dates, routes, and baggage allowances, emphasizing the affordability and convenience of these flights. The destinations include Ho Chi Minh, Singapore, Kuala Lumpur, Bangkok, Phuket, Chiang Mai, Taipei, Manila, Seoul, Phnom Penh, Tokyo, and Osaka. The article also provides links to book these flights and additional travel resources. (</w:t>
      </w:r>
      <w:hyperlink r:id="rId14">
        <w:r>
          <w:rPr>
            <w:color w:val="0000EE"/>
            <w:u w:val="single"/>
          </w:rPr>
          <w:t>fly4free.com</w:t>
        </w:r>
      </w:hyperlink>
      <w:r>
        <w:t>)</w:t>
      </w:r>
      <w:r/>
    </w:p>
    <w:p>
      <w:pPr>
        <w:pStyle w:val="ListNumber"/>
        <w:spacing w:line="240" w:lineRule="auto"/>
        <w:ind w:left="720"/>
      </w:pPr>
      <w:r/>
      <w:hyperlink r:id="rId10">
        <w:r>
          <w:rPr>
            <w:color w:val="0000EE"/>
            <w:u w:val="single"/>
          </w:rPr>
          <w:t>https://worldtravelerclub.com/full-service-flights-from-stockholm-sweden-to-taiwan-from-only-e302-round-trip/</w:t>
        </w:r>
      </w:hyperlink>
      <w:r>
        <w:t xml:space="preserve"> - This article discusses discounted return flights from Stockholm to Taipei, Taiwan, available from approximately €302 with Air China. It includes details about the baggage allowance, flight connections, and travel dates, highlighting the affordability and convenience of these flights. The article also compares booking directly with Air China versus through an agency, providing insights into potential benefits and costs. (</w:t>
      </w:r>
      <w:hyperlink r:id="rId15">
        <w:r>
          <w:rPr>
            <w:color w:val="0000EE"/>
            <w:u w:val="single"/>
          </w:rPr>
          <w:t>worldtravelerclub.com</w:t>
        </w:r>
      </w:hyperlink>
      <w:r>
        <w:t>)</w:t>
      </w:r>
      <w:r/>
    </w:p>
    <w:p>
      <w:pPr>
        <w:pStyle w:val="ListNumber"/>
        <w:spacing w:line="240" w:lineRule="auto"/>
        <w:ind w:left="720"/>
      </w:pPr>
      <w:r/>
      <w:hyperlink r:id="rId11">
        <w:r>
          <w:rPr>
            <w:color w:val="0000EE"/>
            <w:u w:val="single"/>
          </w:rPr>
          <w:t>https://www.dinothetourist.com/full-service-flights-from-stockholm-to-taipei-taiwan-from-euro302--sek-3335-with-air-china.html</w:t>
        </w:r>
      </w:hyperlink>
      <w:r>
        <w:t xml:space="preserve"> - This article provides information on discounted return flights from Stockholm to Taipei, Taiwan, available from €302 with Air China. It details the baggage allowance, flight connections, and travel dates, emphasizing the affordability and convenience of these flights. The article also compares booking directly with Air China versus through an agency, offering insights into potential benefits and costs. (</w:t>
      </w:r>
      <w:hyperlink r:id="rId16">
        <w:r>
          <w:rPr>
            <w:color w:val="0000EE"/>
            <w:u w:val="single"/>
          </w:rPr>
          <w:t>dinothetourist.com</w:t>
        </w:r>
      </w:hyperlink>
      <w:r>
        <w:t>)</w:t>
      </w:r>
      <w:r/>
    </w:p>
    <w:p>
      <w:pPr>
        <w:pStyle w:val="ListNumber"/>
        <w:spacing w:line="240" w:lineRule="auto"/>
        <w:ind w:left="720"/>
      </w:pPr>
      <w:r/>
      <w:hyperlink r:id="rId12">
        <w:r>
          <w:rPr>
            <w:color w:val="0000EE"/>
            <w:u w:val="single"/>
          </w:rPr>
          <w:t>https://www.secretflying.com/posts/stockholm-sweden-to-taipei-taiwan-for-only-e318-roundtrip/</w:t>
        </w:r>
      </w:hyperlink>
      <w:r>
        <w:t xml:space="preserve"> - This article highlights discounted return flights from Stockholm, Sweden, to Taipei, Taiwan, available for €302. It provides details about the travel dates, flight connections, and airlines, emphasizing the affordability and convenience of these flights. The article also offers links to book these flights and additional travel resources. (</w:t>
      </w:r>
      <w:hyperlink r:id="rId17">
        <w:r>
          <w:rPr>
            <w:color w:val="0000EE"/>
            <w:u w:val="single"/>
          </w:rPr>
          <w:t>secretflying.com</w:t>
        </w:r>
      </w:hyperlink>
      <w:r>
        <w:t>)</w:t>
      </w:r>
      <w:r/>
    </w:p>
    <w:p>
      <w:pPr>
        <w:pStyle w:val="ListNumber"/>
        <w:spacing w:line="240" w:lineRule="auto"/>
        <w:ind w:left="720"/>
      </w:pPr>
      <w:r/>
      <w:hyperlink r:id="rId18">
        <w:r>
          <w:rPr>
            <w:color w:val="0000EE"/>
            <w:u w:val="single"/>
          </w:rPr>
          <w:t>https://www.momondo.se/flyg/stockholm/asien</w:t>
        </w:r>
      </w:hyperlink>
      <w:r>
        <w:t xml:space="preserve"> - This page offers a comparison of flight options from Stockholm to various Asian destinations, including airlines, prices, and reviews. It provides information on the best airlines flying from Stockholm to Asia, highlighting their ratings, cancellation policies, and prices. The page also offers links to search for flights with these airlines. (</w:t>
      </w:r>
      <w:hyperlink r:id="rId19">
        <w:r>
          <w:rPr>
            <w:color w:val="0000EE"/>
            <w:u w:val="single"/>
          </w:rPr>
          <w:t>momondo.se</w:t>
        </w:r>
      </w:hyperlink>
      <w:r>
        <w:t>)</w:t>
      </w:r>
      <w:r/>
    </w:p>
    <w:p>
      <w:pPr>
        <w:pStyle w:val="ListNumber"/>
        <w:spacing w:line="240" w:lineRule="auto"/>
        <w:ind w:left="720"/>
      </w:pPr>
      <w:r/>
      <w:hyperlink r:id="rId20">
        <w:r>
          <w:rPr>
            <w:color w:val="0000EE"/>
            <w:u w:val="single"/>
          </w:rPr>
          <w:t>https://www.wego.com/schedules/sto/cn/flight-schedules-from-stockholm-to-china</w:t>
        </w:r>
      </w:hyperlink>
      <w:r>
        <w:t xml:space="preserve"> - This page provides flight schedules from Stockholm to China, including airlines, aircraft types, and availability. It offers information on direct and one-stop flights, flight times, and frequencies, helping travelers plan their trips effectively. (</w:t>
      </w:r>
      <w:hyperlink r:id="rId21">
        <w:r>
          <w:rPr>
            <w:color w:val="0000EE"/>
            <w:u w:val="single"/>
          </w:rPr>
          <w:t>wego.com</w:t>
        </w:r>
      </w:hyperlink>
      <w:r>
        <w:t>)</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fly4free.com/flight-deals/europe/flights-from-stockholm-to-asia-e302-2/" TargetMode="External"/><Relationship Id="rId10" Type="http://schemas.openxmlformats.org/officeDocument/2006/relationships/hyperlink" Target="https://worldtravelerclub.com/full-service-flights-from-stockholm-sweden-to-taiwan-from-only-e302-round-trip/" TargetMode="External"/><Relationship Id="rId11" Type="http://schemas.openxmlformats.org/officeDocument/2006/relationships/hyperlink" Target="https://www.dinothetourist.com/full-service-flights-from-stockholm-to-taipei-taiwan-from-euro302--sek-3335-with-air-china.html" TargetMode="External"/><Relationship Id="rId12" Type="http://schemas.openxmlformats.org/officeDocument/2006/relationships/hyperlink" Target="https://www.secretflying.com/posts/stockholm-sweden-to-taipei-taiwan-for-only-e318-roundtrip/" TargetMode="External"/><Relationship Id="rId13" Type="http://schemas.openxmlformats.org/officeDocument/2006/relationships/hyperlink" Target="https://www.noahwire.com" TargetMode="External"/><Relationship Id="rId14" Type="http://schemas.openxmlformats.org/officeDocument/2006/relationships/hyperlink" Target="https://www.fly4free.com/flight-deals/europe/flights-from-stockholm-to-asia-e302/?utm_source=openai" TargetMode="External"/><Relationship Id="rId15" Type="http://schemas.openxmlformats.org/officeDocument/2006/relationships/hyperlink" Target="https://worldtravelerclub.com/full-service-flights-from-stockholm-sweden-to-taiwan-from-only-e302-round-trip/?utm_source=openai" TargetMode="External"/><Relationship Id="rId16" Type="http://schemas.openxmlformats.org/officeDocument/2006/relationships/hyperlink" Target="https://www.dinothetourist.com/full-service-flights-from-stockholm-to-taipei-taiwan-from-euro302--sek-3335-with-air-china.html?utm_source=openai" TargetMode="External"/><Relationship Id="rId17" Type="http://schemas.openxmlformats.org/officeDocument/2006/relationships/hyperlink" Target="https://www.secretflying.com/posts/stockholm-sweden-to-taipei-taiwan-for-only-e318-roundtrip/?utm_source=openai" TargetMode="External"/><Relationship Id="rId18" Type="http://schemas.openxmlformats.org/officeDocument/2006/relationships/hyperlink" Target="https://www.momondo.se/flyg/stockholm/asien" TargetMode="External"/><Relationship Id="rId19" Type="http://schemas.openxmlformats.org/officeDocument/2006/relationships/hyperlink" Target="https://www.momondo.se/flyg/stockholm/asien?utm_source=openai" TargetMode="External"/><Relationship Id="rId20" Type="http://schemas.openxmlformats.org/officeDocument/2006/relationships/hyperlink" Target="https://www.wego.com/schedules/sto/cn/flight-schedules-from-stockholm-to-china" TargetMode="External"/><Relationship Id="rId21" Type="http://schemas.openxmlformats.org/officeDocument/2006/relationships/hyperlink" Target="https://www.wego.com/schedules/sto/cn/flight-schedules-from-stockholm-to-china?utm_source=openai"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