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Paradox Phuket redefines resort dining with diverse venues and personalised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Paradox Phuket on Karon Beach has built a dining set-up that feels more like a small resort food district than a single hotel restaurant. Speaking about the property’s evolution, chef Kamal said the biggest change has been giving each venue its own identity, rather than relying on one broad international menu. For travellers, that means there is something useful here at almost every hour of the day: a proper breakfast-and-lunch room, a sunset-facing beach bar, a café for coffee and pastries, and relaxed spots for a drink by the lobby or pool.</w:t>
      </w:r>
      <w:r/>
    </w:p>
    <w:p>
      <w:r/>
      <w:r>
        <w:t>Pacifica is the most practical all-round choice. According to the resort, it serves Thai dishes, local specialities, Indian food and international favourites in a contemporary setting, with terrace seating overlooking the pool and tropical gardens. Chef Kamal described it as the place where families can order widely without losing the sense of a shared meal. It opens from early morning until late evening, so it works well for guests who want a dependable, comfortable meal without leaving the property.</w:t>
      </w:r>
      <w:r/>
    </w:p>
    <w:p>
      <w:r/>
      <w:r>
        <w:t>For atmosphere, MINT Bar &amp; Restaurant is the one to aim for. The resort places it directly by the beach, with sunset views over Karon Beach, and chef Kamal said dinner there around dusk is the experience he recommends first. The menu is pitched as international and the mood is casual, making it a good pick for cocktails before dinner or a long, lazy evening by the sea. The venue has also been recognised with TripAdvisor Travellers’ Choice Awards in both 2023 and 2024, which suggests it is doing something right with visiting diners.</w:t>
      </w:r>
      <w:r/>
    </w:p>
    <w:p>
      <w:r/>
      <w:r>
        <w:t>Café Studio offers the lightest, most day-trip-friendly option. The resort describes it as a cosy coffee shop near the beach with all-day breakfast, smoothie bowls, pastries, cakes, snacks and ice cream, while chef Kamal highlighted its more playful side, including a Thai-flavoured pavlova collection built around local ingredients such as pandan, Thai tea and bua loy. That makes it a strong stop for a mid-morning coffee, a dessert break or breakfast for guests who prefer something less formal than a restaurant meal.</w:t>
      </w:r>
      <w:r/>
    </w:p>
    <w:p>
      <w:r/>
      <w:r>
        <w:t>Then there are the bars, which help fill in the gaps between meals. Kinnaree Bar is set at lobby level for a quiet twilight drink, while the Pool Bar is designed for daytime lounging with beer, cocktails, juices and light food by the water. Taken together, the dining options make Paradox Phuket an appealing choice for travellers who want variety without having to leave the resort, especially if they value sunset views, easygoing service and the flexibility to move from beachside drinks to a proper dinner with little fuss.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[7]</w:t>
        </w:r>
      </w:hyperlink>
      <w:r>
        <w:t xml:space="preserve">- Paragraph 2: </w:t>
      </w:r>
      <w:hyperlink r:id="rId11">
        <w:r>
          <w:rPr>
            <w:color w:val="0000EE"/>
            <w:u w:val="single"/>
          </w:rPr>
          <w:t>[2]</w:t>
        </w:r>
      </w:hyperlink>
      <w:r>
        <w:t xml:space="preserve">, </w:t>
      </w:r>
      <w:hyperlink r:id="rId9">
        <w:r>
          <w:rPr>
            <w:color w:val="0000EE"/>
            <w:u w:val="single"/>
          </w:rPr>
          <w:t>[1]</w:t>
        </w:r>
      </w:hyperlink>
      <w:r>
        <w:t xml:space="preserve">- Paragraph 3: </w:t>
      </w:r>
      <w:hyperlink r:id="rId12">
        <w:r>
          <w:rPr>
            <w:color w:val="0000EE"/>
            <w:u w:val="single"/>
          </w:rPr>
          <w:t>[3]</w:t>
        </w:r>
      </w:hyperlink>
      <w:r>
        <w:t xml:space="preserve">, </w:t>
      </w:r>
      <w:hyperlink r:id="rId9">
        <w:r>
          <w:rPr>
            <w:color w:val="0000EE"/>
            <w:u w:val="single"/>
          </w:rPr>
          <w:t>[1]</w:t>
        </w:r>
      </w:hyperlink>
      <w:r>
        <w:t xml:space="preserve">- Paragraph 4: </w:t>
      </w:r>
      <w:hyperlink r:id="rId13">
        <w:r>
          <w:rPr>
            <w:color w:val="0000EE"/>
            <w:u w:val="single"/>
          </w:rPr>
          <w:t>[4]</w:t>
        </w:r>
      </w:hyperlink>
      <w:r>
        <w:t xml:space="preserve">, </w:t>
      </w:r>
      <w:hyperlink r:id="rId9">
        <w:r>
          <w:rPr>
            <w:color w:val="0000EE"/>
            <w:u w:val="single"/>
          </w:rPr>
          <w:t>[1]</w:t>
        </w:r>
      </w:hyperlink>
      <w:r>
        <w:t xml:space="preserve">- Paragraph 5: </w:t>
      </w:r>
      <w:hyperlink r:id="rId14">
        <w:r>
          <w:rPr>
            <w:color w:val="0000EE"/>
            <w:u w:val="single"/>
          </w:rPr>
          <w:t>[5]</w:t>
        </w:r>
      </w:hyperlink>
      <w:r>
        <w:t xml:space="preserve">, </w:t>
      </w:r>
      <w:hyperlink r:id="rId15">
        <w:r>
          <w:rPr>
            <w:color w:val="0000EE"/>
            <w:u w:val="single"/>
          </w:rPr>
          <w:t>[6]</w:t>
        </w:r>
      </w:hyperlink>
      <w:r>
        <w:t xml:space="preserve">,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https://www.masalathai.com/travel/paradox-resort-phuket-karon-beach</w:t>
        </w:r>
      </w:hyperlink>
      <w:r>
        <w:t xml:space="preserve"> - Please view link - unable to able to access data</w:t>
      </w:r>
      <w:r/>
    </w:p>
    <w:p>
      <w:pPr>
        <w:pStyle w:val="ListNumber"/>
        <w:spacing w:line="240" w:lineRule="auto"/>
        <w:ind w:left="720"/>
      </w:pPr>
      <w:r/>
      <w:hyperlink r:id="rId11">
        <w:r>
          <w:rPr>
            <w:color w:val="0000EE"/>
            <w:u w:val="single"/>
          </w:rPr>
          <w:t>https://www.paradoxhotels.com/phuket/dining-entertainment/pacifica-restaurant</w:t>
        </w:r>
      </w:hyperlink>
      <w:r>
        <w:t xml:space="preserve"> - Pacifica Restaurant at Paradox Phuket offers a diverse culinary experience, serving Thai, local, Indian, and international dishes. Guests can enjoy breakfast and à la carte lunches in a contemporary indoor setting or on the terrace overlooking the pool and tropical garden. The restaurant has a capacity of 168 seats and operates from 6:30 to 23:00 hrs, with the last food order at 22:30 hrs. For reservations, guests can contact +66 (0)76 683350 or email reservations@paradoxresortphuket.com.</w:t>
      </w:r>
      <w:r/>
    </w:p>
    <w:p>
      <w:pPr>
        <w:pStyle w:val="ListNumber"/>
        <w:spacing w:line="240" w:lineRule="auto"/>
        <w:ind w:left="720"/>
      </w:pPr>
      <w:r/>
      <w:hyperlink r:id="rId12">
        <w:r>
          <w:rPr>
            <w:color w:val="0000EE"/>
            <w:u w:val="single"/>
          </w:rPr>
          <w:t>https://www.paradoxhotels.com/phuket/dining-entertainment/MINT-Bar-and-Restaurant</w:t>
        </w:r>
      </w:hyperlink>
      <w:r>
        <w:t xml:space="preserve"> - MINT Bar &amp; Restaurant, located by the beach at Paradox Phuket, offers a relaxed and vibrant atmosphere with beautiful sunset views of Karon Beach. The venue serves international cuisine and beverages, making it a popular spot for guests seeking a casual dining experience. MINT has won the TripAdvisor Travelers' Choice Award for two consecutive years, 2023 and 2024. For more information or reservations, guests can contact +66 (0)76 683350.</w:t>
      </w:r>
      <w:r/>
    </w:p>
    <w:p>
      <w:pPr>
        <w:pStyle w:val="ListNumber"/>
        <w:spacing w:line="240" w:lineRule="auto"/>
        <w:ind w:left="720"/>
      </w:pPr>
      <w:r/>
      <w:hyperlink r:id="rId13">
        <w:r>
          <w:rPr>
            <w:color w:val="0000EE"/>
            <w:u w:val="single"/>
          </w:rPr>
          <w:t>https://www.paradoxhotels.com/phuket/dining-entertainment/Cafe-Studio-Karon-Beach</w:t>
        </w:r>
      </w:hyperlink>
      <w:r>
        <w:t xml:space="preserve"> - Café Studio at Paradox Phuket is a cozy coffee shop near Karon Beach, offering all-day breakfast, smoothie bowls, birthday cakes, homemade pastries, snacks, ice cream, and great coffee. It's an ideal spot for beach lovers seeking a relaxing vibe. The café is part of the resort's dining options, which also include Pacifica Restaurant, MINT Bar &amp; Restaurant, Kinnaree Bar, and Pool Bar, catering to a variety of tastes and preferences.</w:t>
      </w:r>
      <w:r/>
    </w:p>
    <w:p>
      <w:pPr>
        <w:pStyle w:val="ListNumber"/>
        <w:spacing w:line="240" w:lineRule="auto"/>
        <w:ind w:left="720"/>
      </w:pPr>
      <w:r/>
      <w:hyperlink r:id="rId14">
        <w:r>
          <w:rPr>
            <w:color w:val="0000EE"/>
            <w:u w:val="single"/>
          </w:rPr>
          <w:t>https://www.paradoxhotels.com/phuket/dining-entertainment/Kinnaree-Bar</w:t>
        </w:r>
      </w:hyperlink>
      <w:r>
        <w:t xml:space="preserve"> - Kinnaree Bar, located at the lobby level of Paradox Phuket, is the perfect spot for a relaxing drink during the twilight hours. Guests can enjoy a variety of delicious drinks in a cozy setting. The bar is part of the resort's dining options, which also include Pacifica Restaurant, MINT Bar &amp; Restaurant, Café Studio, and Pool Bar, offering a range of culinary experiences to suit different tastes.</w:t>
      </w:r>
      <w:r/>
    </w:p>
    <w:p>
      <w:pPr>
        <w:pStyle w:val="ListNumber"/>
        <w:spacing w:line="240" w:lineRule="auto"/>
        <w:ind w:left="720"/>
      </w:pPr>
      <w:r/>
      <w:hyperlink r:id="rId15">
        <w:r>
          <w:rPr>
            <w:color w:val="0000EE"/>
            <w:u w:val="single"/>
          </w:rPr>
          <w:t>https://www.paradoxhotels.com/phuket/dining-entertainment/Pool-Bar</w:t>
        </w:r>
      </w:hyperlink>
      <w:r>
        <w:t xml:space="preserve"> - The Pool Bar at Paradox Phuket is situated at the main pool, offering an enticing range of ice-cold beers, cocktails, refreshing seasonal juices, and food. It's an ideal spot for guests to relax and enjoy refreshments under the sun. The bar is part of the resort's dining options, which also include Pacifica Restaurant, MINT Bar &amp; Restaurant, Café Studio, and Kinnaree Bar, catering to a variety of tastes and preferences.</w:t>
      </w:r>
      <w:r/>
    </w:p>
    <w:p>
      <w:pPr>
        <w:pStyle w:val="ListNumber"/>
        <w:spacing w:line="240" w:lineRule="auto"/>
        <w:ind w:left="720"/>
      </w:pPr>
      <w:r/>
      <w:hyperlink r:id="rId10">
        <w:r>
          <w:rPr>
            <w:color w:val="0000EE"/>
            <w:u w:val="single"/>
          </w:rPr>
          <w:t>https://www.paradoxhotels.com/phuket/faq</w:t>
        </w:r>
      </w:hyperlink>
      <w:r>
        <w:t xml:space="preserve"> - Paradox Phuket's FAQ page provides detailed information about the resort's facilities, including on-site restaurants and bars such as Pacifica Restaurant, MINT Bar &amp; Restaurant, Café Studio, Kinnaree Bar, and Pool Bar. The page also offers insights into the resort's amenities, services, and other frequently asked questions to assist guests in planning their stay.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salathai.com/travel/paradox-resort-phuket-karon-beach" TargetMode="External"/><Relationship Id="rId10" Type="http://schemas.openxmlformats.org/officeDocument/2006/relationships/hyperlink" Target="https://www.paradoxhotels.com/phuket/faq" TargetMode="External"/><Relationship Id="rId11" Type="http://schemas.openxmlformats.org/officeDocument/2006/relationships/hyperlink" Target="https://www.paradoxhotels.com/phuket/dining-entertainment/pacifica-restaurant" TargetMode="External"/><Relationship Id="rId12" Type="http://schemas.openxmlformats.org/officeDocument/2006/relationships/hyperlink" Target="https://www.paradoxhotels.com/phuket/dining-entertainment/MINT-Bar-and-Restaurant" TargetMode="External"/><Relationship Id="rId13" Type="http://schemas.openxmlformats.org/officeDocument/2006/relationships/hyperlink" Target="https://www.paradoxhotels.com/phuket/dining-entertainment/Cafe-Studio-Karon-Beach" TargetMode="External"/><Relationship Id="rId14" Type="http://schemas.openxmlformats.org/officeDocument/2006/relationships/hyperlink" Target="https://www.paradoxhotels.com/phuket/dining-entertainment/Kinnaree-Bar" TargetMode="External"/><Relationship Id="rId15" Type="http://schemas.openxmlformats.org/officeDocument/2006/relationships/hyperlink" Target="https://www.paradoxhotels.com/phuket/dining-entertainment/Pool-Bar"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