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Bari Bari Grand launches elevated teppan steak experience with limited-time deals at The Capitol Kempinski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34081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408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Bari Bari Grand has arrived at The Capitol Kempinski with a sharper, more polished take on the Hong Kong teppan steak concept, and it is opening with limited-time deals that make it easier to try. According to Confirm Good, the restaurant is offering 30% off its Miyazaki Wagyu Teppan, alongside 1-for-1 deals on selected steak, hamburg and combo teppans from 1 to 5 September 2026. The outlet sits at Arcade @ The Capitol Kempinski, giving diners a central city location and a more upscale setting than a typical casual steakhouse.</w:t>
      </w:r>
      <w:r/>
    </w:p>
    <w:p>
      <w:r/>
      <w:r>
        <w:t>The draw here is teppan dining built around premium cuts and a generous spread of sides. Confirm Good described the Miyazaki Wagyu Teppan as extremely tender, with a rich finish and a proper sear, served with roasted Brussels sprouts, charred corn, cherry tomatoes and truffle mashed potatoes. The menu also includes seafood-led dishes such as Gindara Teriyaki &amp; Scallops, while MSGT said the wider selection at this flagship-style opening includes Lobster Thermidor and Lobster &amp; Wagyu Hamburg, signalling a more ambitious menu than the brand’s earlier, simpler teppan format.</w:t>
      </w:r>
      <w:r/>
    </w:p>
    <w:p>
      <w:r/>
      <w:r>
        <w:t>What may appeal most to travellers and casual diners is the value built into the meal. Every teppan order comes with a free-flow gourmet bar, and the restaurant says that includes salads, appetisers, sauces and hot dishes such as takoyaki, tater tots, rice, mushroom spaghetti and Japanese curry. There is also a dessert station, with Confirm Good highlighting tofu cheesecake as a standout. That mix makes Bari Bari Grand feel less like a single-dish steak stop and more like a full meal with enough variety for groups, couples and anyone who wants steak alongside plenty of side options.</w:t>
      </w:r>
      <w:r/>
    </w:p>
    <w:p>
      <w:r/>
      <w:r>
        <w:t>The drinks list adds another reason to linger. Confirm Good noted a promotional glass price for Rothbury Estate Shiraz-Cabernet, while other coverage of the opening said the venue also offers sake and wine, plus an alfresco area for a more relaxed meal. Bari Bari Grand opened on 9 August 2026, but its launch deals run only for a few days, so it is best treated as a short window to sample a premium teppan experience at a lower cost.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Inspired by headline at: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[3]</w:t>
        </w:r>
      </w:hyperlink>
      <w:r>
        <w:t xml:space="preserve">- Paragraph 2: </w:t>
      </w:r>
      <w:hyperlink r:id="rId9">
        <w:r>
          <w:rPr>
            <w:color w:val="0000EE"/>
            <w:u w:val="single"/>
          </w:rPr>
          <w:t>[1]</w:t>
        </w:r>
      </w:hyperlink>
      <w:r>
        <w:t xml:space="preserve">, </w:t>
      </w:r>
      <w:hyperlink r:id="rId12">
        <w:r>
          <w:rPr>
            <w:color w:val="0000EE"/>
            <w:u w:val="single"/>
          </w:rPr>
          <w:t>[4]</w:t>
        </w:r>
      </w:hyperlink>
      <w:r>
        <w:t xml:space="preserve">- Paragraph 3: </w:t>
      </w:r>
      <w:hyperlink r:id="rId9">
        <w:r>
          <w:rPr>
            <w:color w:val="0000EE"/>
            <w:u w:val="single"/>
          </w:rPr>
          <w:t>[1]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- Paragraph 4: </w:t>
      </w:r>
      <w:hyperlink r:id="rId9">
        <w:r>
          <w:rPr>
            <w:color w:val="0000EE"/>
            <w:u w:val="single"/>
          </w:rPr>
          <w:t>[1]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[2]</w:t>
        </w:r>
      </w:hyperlink>
      <w:r/>
    </w:p>
    <w:p>
      <w:r/>
      <w:r>
        <w:t xml:space="preserve">Source: </w:t>
      </w:r>
      <w:hyperlink r:id="rId13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https://confirmgood.com/post/bari-bari-grand-promotion-and-review/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https://msgt.com.sg/bari-bari-grand-opens-at-the-capitol-kempinski-with-miyazaki-wagyu-lobster-teppan-free-flow-gourmet-bar/</w:t>
        </w:r>
      </w:hyperlink>
      <w:r>
        <w:t xml:space="preserve"> - Bari Bari Grand, a premium teppan steak restaurant, opened at The Capitol Kempinski on 9 August 2026. The menu features A4/A5 Miyazaki wagyu, seafood dishes, and an expanded Gourmet Bar. Signature offerings include Lobster Thermidor and Lobster &amp; Wagyu Hamburg. The dining experience combines hot stone cooking with a free-flow gourmet bar, sake, and wine selections. The venue also offers an alfresco social space for guests to enjoy their meals in a relaxed setting.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https://singaporepromo.com/hk-teppan-chain-bari-bari-opens-premium-concept-with-famous-hotstone-steaks/</w:t>
        </w:r>
      </w:hyperlink>
      <w:r>
        <w:t xml:space="preserve"> - Bari Bari Grand, the upscale version of Hong Kong's popular teppan steak concept, has opened at The Capitol Kempinski. The restaurant offers a wider menu with premium options like Lobster Thermidor and Lobster &amp; Wagyu Hamburg. The dining experience includes hot stone cooking, a free-flow salad bar, and a selection of sake and wine. This expansion marks a significant upgrade from the brand's previous offerings, providing a more premium dining experience in Singapore.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https://eatbook.sg/bari-bari-grand/</w:t>
        </w:r>
      </w:hyperlink>
      <w:r>
        <w:t xml:space="preserve"> - Bari Bari Grand, the premium concept of Hong Kong's teppan steak chain, has launched at The Capitol Kempinski. The restaurant features a broader menu, including Lobster Thermidor and Lobster &amp; Wagyu Hamburg. Patrons can enjoy hot stone cooking, a free-flow salad bar, and a variety of sake and wine. This new outlet offers an elevated dining experience compared to the brand's previous locations, catering to those seeking a more upscale setting in Singapore.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https://baribaristeak.com.sg/2026/06/24/beat-the-crowd-save-15/</w:t>
        </w:r>
      </w:hyperlink>
      <w:r>
        <w:t xml:space="preserve"> - Bari Bari Steak is offering a 15% discount for diners who visit during off-peak hours. The promotion encourages patrons to enjoy their meals without the usual crowd, providing a more relaxed dining experience. This initiative aims to attract customers seeking a quieter atmosphere while enjoying the restaurant's signature teppan steaks and other offerings. The discount is available during specific times, allowing guests to plan their visits accordingly.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https://singaporepromo.com/hk-chain-bari-bari-steak-opens-at-junction-8-with-1-for-1-teppan-steaks/</w:t>
        </w:r>
      </w:hyperlink>
      <w:r>
        <w:t xml:space="preserve"> - Bari Bari Steak has expanded to Junction 8, its second Singapore outlet, offering a 1-for-1 teppan promotion from 6 to 9 April 2026. The new location, situated near Bishan MRT Station, brings the brand's popular hot-stone teppan concept to a wider audience. This expansion allows more patrons to experience Bari Bari's signature dishes and promotions, enhancing the brand's presence in Singapore's dining scene.</w:t>
      </w:r>
      <w:r/>
    </w:p>
    <w:p>
      <w:pPr>
        <w:pStyle w:val="ListNumber"/>
        <w:spacing w:line="240" w:lineRule="auto"/>
        <w:ind w:left="720"/>
      </w:pPr>
      <w:r/>
      <w:hyperlink r:id="rId16">
        <w:r>
          <w:rPr>
            <w:color w:val="0000EE"/>
            <w:u w:val="single"/>
          </w:rPr>
          <w:t>https://www.capitaland.com/sg/en/shop/malls/deals/bari-bari-steak-grandopeningspecials1for1teppanallteppancomeswit.html</w:t>
        </w:r>
      </w:hyperlink>
      <w:r>
        <w:t xml:space="preserve"> - Bari Bari Steak is celebrating its grand opening at Junction 8 with a 1-for-1 teppan promotion. All teppan orders come with a complimentary free-flow salad bar. Diners can also spin the wheel for a chance to win free teppan until 31 December 2026, 1-for-1 teppan, discount vouchers, and more. This promotion is available for dine-in customers and aims to attract guests to the new outlet with enticing offers and interactive experiences.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confirmgood.com/post/bari-bari-grand-promotion-and-review/" TargetMode="External"/><Relationship Id="rId10" Type="http://schemas.openxmlformats.org/officeDocument/2006/relationships/hyperlink" Target="https://msgt.com.sg/bari-bari-grand-opens-at-the-capitol-kempinski-with-miyazaki-wagyu-lobster-teppan-free-flow-gourmet-bar/" TargetMode="External"/><Relationship Id="rId11" Type="http://schemas.openxmlformats.org/officeDocument/2006/relationships/hyperlink" Target="https://singaporepromo.com/hk-teppan-chain-bari-bari-opens-premium-concept-with-famous-hotstone-steaks/" TargetMode="External"/><Relationship Id="rId12" Type="http://schemas.openxmlformats.org/officeDocument/2006/relationships/hyperlink" Target="https://eatbook.sg/bari-bari-grand/" TargetMode="External"/><Relationship Id="rId13" Type="http://schemas.openxmlformats.org/officeDocument/2006/relationships/hyperlink" Target="https://www.noahwire.com" TargetMode="External"/><Relationship Id="rId14" Type="http://schemas.openxmlformats.org/officeDocument/2006/relationships/hyperlink" Target="https://baribaristeak.com.sg/2026/06/24/beat-the-crowd-save-15/" TargetMode="External"/><Relationship Id="rId15" Type="http://schemas.openxmlformats.org/officeDocument/2006/relationships/hyperlink" Target="https://singaporepromo.com/hk-chain-bari-bari-steak-opens-at-junction-8-with-1-for-1-teppan-steaks/" TargetMode="External"/><Relationship Id="rId16" Type="http://schemas.openxmlformats.org/officeDocument/2006/relationships/hyperlink" Target="https://www.capitaland.com/sg/en/shop/malls/deals/bari-bari-steak-grandopeningspecials1for1teppanallteppancomeswit.html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