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evolving romantic dining scene offers new intimate experiences beyond rooftop glamour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romantic dining scene has grown into something far more varied than rooftop glamour alone. According to the updated list from Learn Thai with Mod, the city now offers everything from skyline tables to tucked-away garden rooms and intimate Italian hideaways, giving couples plenty of ways to shape an evening around mood rather than just a menu. For travellers choosing where to book, the best options are the ones that combine atmosphere with food worth lingering over, and each of these restaurants does that in a different way.</w:t>
      </w:r>
      <w:r/>
    </w:p>
    <w:p>
      <w:r/>
      <w:r>
        <w:t>Pastel Rooftop Bar &amp; Mediterranean Dining is the obvious choice for anyone who wants a classic Bangkok sunset with a softer, less formal feel. Located on the 22nd floor of the Aira Hotel in Sukhumvit Soi 11, it pairs broad city views with an elegant but relaxed setting, and the Mediterranean menu is built around dishes that suit sharing. The venue highlights plates such as Royal Lobster Pasta and Truffle Pappardelle, and it runs daily from 5 p.m. until 1 a.m., with a smart dress code.</w:t>
      </w:r>
      <w:r/>
    </w:p>
    <w:p>
      <w:r/>
      <w:r>
        <w:t>Clara offers a very different kind of romance. Set in Yen Akat, it feels removed from the noise of central Bangkok, with a garden entrance, candlelit tables and a calm, intimate atmosphere that makes conversation easy. According to the restaurant’s own details, the kitchen blends Italian cooking with subtle Japanese influences, and guests can choose between a six- or eight-course tasting menu or à la carte dining. Its inclusion in the MICHELIN Guide Thailand 2026 adds extra reassurance for diners looking for a special-occasion meal.</w:t>
      </w:r>
      <w:r/>
    </w:p>
    <w:p>
      <w:r/>
      <w:r>
        <w:t>Scarlett Wine Bar &amp; Restaurant is the more polished skyline option. On the 37th floor of the Pullman Bangkok Hotel G in Silom, it offers panoramic views alongside a French-leaning menu of charcuterie, cheese, seafood and dry-aged steaks. The wine list is one of its main draws, making it especially appealing for couples who want dinner to stretch into a long, leisurely evening. It is open from 5 p.m. on weekdays and from 4 p.m. at weekends, with a smart dress code in place.</w:t>
      </w:r>
      <w:r/>
    </w:p>
    <w:p>
      <w:r/>
      <w:r>
        <w:t>Bisou Bangkok leans into a moodier, more playful kind of date night. On Soi Langsuan, it is styled as a modern French restaurant with an intimate feel, and its menu is designed with sharing in mind. Dishes such as Black Truffle French Toast, Wagyu Beef Tartare and wood-fired dry-aged steaks suggest a kitchen that wants diners to order widely and take their time. Like Clara, Bisou is listed in the MICHELIN Guide Thailand 2026, and it is open daily from 5.30 p.m. to midnight.</w:t>
      </w:r>
      <w:r/>
    </w:p>
    <w:p>
      <w:r/>
      <w:r>
        <w:t>Cento, in Sala Daeng, is ideal for couples who want something warm and stylish without the formality of a tasting-menu evening. The restaurant describes itself as a hospitality house, and its appeal lies in straightforward Italian cooking, a relaxed room and an unusually deep wine list of more than 200 labels, with a focus on Italian and Old World bottles. The menu ranges from beef carpaccio and burrata to pici with crab and lemon butter, black truffle raviolo and larger sharing dishes such as salt-baked seabass and Bistecca alla Fiorentina.</w:t>
      </w:r>
      <w:r/>
    </w:p>
    <w:p>
      <w:r/>
      <w:r>
        <w:t>For a quieter, more traditional Italian dinner, Enoteca Italiana remains one of Bangkok’s most charming hidden addresses. Tucked at the end of Sukhumvit 27, it occupies a renovated one-storey house with a lawn, high ceilings and arched windows that give the dining room an airy feel. The restaurant is known for authentic dishes rather than fusion, and its four-course degustation has included Black Ink Cappuccino, Foie Gras Ravioli with Black Truffle, salmon with artichokes and macadamia ice-cream with chocolate sauce. For travellers who value privacy, good wine and a sense of discovery, it sounds like the sort of place that stays memorable long after the meal ends.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Paragraph 4: </w:t>
      </w:r>
      <w:hyperlink r:id="rId12">
        <w:r>
          <w:rPr>
            <w:color w:val="0000EE"/>
            <w:u w:val="single"/>
          </w:rPr>
          <w:t>[4]</w:t>
        </w:r>
      </w:hyperlink>
      <w:r>
        <w:t xml:space="preserve">- Paragraph 5: </w:t>
      </w:r>
      <w:hyperlink r:id="rId13">
        <w:r>
          <w:rPr>
            <w:color w:val="0000EE"/>
            <w:u w:val="single"/>
          </w:rPr>
          <w:t>[5]</w:t>
        </w:r>
      </w:hyperlink>
      <w:r>
        <w:t xml:space="preserve">- Paragraph 6: </w:t>
      </w:r>
      <w:hyperlink r:id="rId14">
        <w:r>
          <w:rPr>
            <w:color w:val="0000EE"/>
            <w:u w:val="single"/>
          </w:rPr>
          <w:t>[6]</w:t>
        </w:r>
      </w:hyperlink>
      <w:r>
        <w:t xml:space="preserve">- Paragraph 7: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https://learnthaiwithmod.com/2026/08/my-top-5-most-romantic-restaurants-in-bangkok/</w:t>
        </w:r>
      </w:hyperlink>
      <w:r>
        <w:t xml:space="preserve"> - Please view link - unable to able to access data</w:t>
      </w:r>
      <w:r/>
    </w:p>
    <w:p>
      <w:pPr>
        <w:pStyle w:val="ListNumber"/>
        <w:spacing w:line="240" w:lineRule="auto"/>
        <w:ind w:left="720"/>
      </w:pPr>
      <w:r/>
      <w:hyperlink r:id="rId10">
        <w:r>
          <w:rPr>
            <w:color w:val="0000EE"/>
            <w:u w:val="single"/>
          </w:rPr>
          <w:t>https://www.pastelbangkok.com/</w:t>
        </w:r>
      </w:hyperlink>
      <w:r>
        <w:t xml:space="preserve"> - Pastel Rooftop Bar &amp; Mediterranean Dining is located on the 22nd floor of the Aira Hotel in Bangkok's Sukhumvit Soi 11. The venue offers panoramic views of the city skyline, providing a romantic setting for diners. The menu features Mediterranean-inspired dishes made with farm-to-table ingredients, including specialties like Royal Lobster Pasta and Truffle Pappardelle. The atmosphere is elegant yet relaxed, making it suitable for both special occasions and casual evenings. The restaurant operates daily from 5:00 p.m. to 1:00 a.m., with a smart dress code in place.</w:t>
      </w:r>
      <w:r/>
    </w:p>
    <w:p>
      <w:pPr>
        <w:pStyle w:val="ListNumber"/>
        <w:spacing w:line="240" w:lineRule="auto"/>
        <w:ind w:left="720"/>
      </w:pPr>
      <w:r/>
      <w:hyperlink r:id="rId11">
        <w:r>
          <w:rPr>
            <w:color w:val="0000EE"/>
            <w:u w:val="single"/>
          </w:rPr>
          <w:t>https://www.clarabkk.com/</w:t>
        </w:r>
      </w:hyperlink>
      <w:r>
        <w:t xml:space="preserve"> - Clara is an intimate restaurant situated in the Yen Akat area of Bangkok, offering a serene escape from the city's hustle. The establishment is known for its elegant garden setting, candlelit tables, and sophisticated ambiance. The cuisine is rooted in Italian cooking with subtle Japanese influences, offering a unique dining experience. The menu includes a six- or eight-course tasting menu, as well as à la carte options, featuring dishes like homemade pasta, seafood, and Wagyu beef. Clara is listed in the MICHELIN Guide Thailand 2026, highlighting its culinary excellence.</w:t>
      </w:r>
      <w:r/>
    </w:p>
    <w:p>
      <w:pPr>
        <w:pStyle w:val="ListNumber"/>
        <w:spacing w:line="240" w:lineRule="auto"/>
        <w:ind w:left="720"/>
      </w:pPr>
      <w:r/>
      <w:hyperlink r:id="rId12">
        <w:r>
          <w:rPr>
            <w:color w:val="0000EE"/>
            <w:u w:val="single"/>
          </w:rPr>
          <w:t>https://www.scarlettbangkok.com/</w:t>
        </w:r>
      </w:hyperlink>
      <w:r>
        <w:t xml:space="preserve"> - Scarlett Wine Bar &amp; Restaurant is located on the 37th floor of the Pullman Bangkok Hotel G in Silom. The venue offers panoramic views of the Bangkok skyline, providing a sophisticated yet relaxed atmosphere. The menu features French-inspired cuisine, including charcuterie, cheese, seafood, and dry-aged steaks. The extensive wine list complements the dining experience, making it ideal for wine enthusiasts. Scarlett operates Monday to Friday from 5:00 p.m. to 11:30 p.m., and on weekends from 4:00 p.m. to 11:30 p.m., with a smart dress code in place.</w:t>
      </w:r>
      <w:r/>
    </w:p>
    <w:p>
      <w:pPr>
        <w:pStyle w:val="ListNumber"/>
        <w:spacing w:line="240" w:lineRule="auto"/>
        <w:ind w:left="720"/>
      </w:pPr>
      <w:r/>
      <w:hyperlink r:id="rId13">
        <w:r>
          <w:rPr>
            <w:color w:val="0000EE"/>
            <w:u w:val="single"/>
          </w:rPr>
          <w:t>https://www.bisoubkk.com/</w:t>
        </w:r>
      </w:hyperlink>
      <w:r>
        <w:t xml:space="preserve"> - Bisou Bangkok is a modern French restaurant located on Soi Langsuan, offering a stylish and intimate setting. The venue is known for its contemporary and playful atmosphere, making it suitable for a romantic evening. The menu is designed for sharing, featuring dishes like Black Truffle French Toast, Wagyu Beef Tartare, and wood-fired dry-aged steaks. Bisou is listed in the MICHELIN Guide Thailand 2026, reflecting its culinary quality. The restaurant operates daily from 5:30 p.m. to midnight, with a smart dress code in place.</w:t>
      </w:r>
      <w:r/>
    </w:p>
    <w:p>
      <w:pPr>
        <w:pStyle w:val="ListNumber"/>
        <w:spacing w:line="240" w:lineRule="auto"/>
        <w:ind w:left="720"/>
      </w:pPr>
      <w:r/>
      <w:hyperlink r:id="rId14">
        <w:r>
          <w:rPr>
            <w:color w:val="0000EE"/>
            <w:u w:val="single"/>
          </w:rPr>
          <w:t>https://www.cento-bangkok.com/</w:t>
        </w:r>
      </w:hyperlink>
      <w:r>
        <w:t xml:space="preserve"> - Cento is an Italian restaurant located in Sala Daeng, offering a relaxed yet stylish atmosphere for diners. The venue focuses on uncomplicated Italian food, using good ingredients to create a warm and inviting environment. The menu includes dishes like beef carpaccio, burrata, pici with crab and lemon butter, and black truffle raviolo. Cento also boasts an extensive wine list with over 200 labels, focusing on Italian and Old World wines. The restaurant operates daily from 5:30 p.m. to midnight, with a smart dress code in place.</w:t>
      </w:r>
      <w:r/>
    </w:p>
    <w:p>
      <w:pPr>
        <w:pStyle w:val="ListNumber"/>
        <w:spacing w:line="240" w:lineRule="auto"/>
        <w:ind w:left="720"/>
      </w:pPr>
      <w:r/>
      <w:hyperlink r:id="rId15">
        <w:r>
          <w:rPr>
            <w:color w:val="0000EE"/>
            <w:u w:val="single"/>
          </w:rPr>
          <w:t>https://www.enoteca-italiana.com/</w:t>
        </w:r>
      </w:hyperlink>
      <w:r>
        <w:t xml:space="preserve"> - Enoteca Italiana is an Italian restaurant located at the end of Sukhumvit 27, offering a charming and intimate setting. The venue is housed in a renovated one-storey building with a well-maintained lawn, providing a unique dining experience. The restaurant offers authentic traditional Italian dishes, including a four-course degustation menu featuring Black Ink Cappuccino, Foie Gras Ravioli with Black Truffle, Salmon with artichokes, and Macadamia ice-cream with chocolate sauce. Enoteca Italiana is known for its high-quality ingredients and exceptional culinary creations.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arnthaiwithmod.com/2026/08/my-top-5-most-romantic-restaurants-in-bangkok/" TargetMode="External"/><Relationship Id="rId10" Type="http://schemas.openxmlformats.org/officeDocument/2006/relationships/hyperlink" Target="https://www.pastelbangkok.com/" TargetMode="External"/><Relationship Id="rId11" Type="http://schemas.openxmlformats.org/officeDocument/2006/relationships/hyperlink" Target="https://www.clarabkk.com/" TargetMode="External"/><Relationship Id="rId12" Type="http://schemas.openxmlformats.org/officeDocument/2006/relationships/hyperlink" Target="https://www.scarlettbangkok.com/" TargetMode="External"/><Relationship Id="rId13" Type="http://schemas.openxmlformats.org/officeDocument/2006/relationships/hyperlink" Target="https://www.bisoubkk.com/" TargetMode="External"/><Relationship Id="rId14" Type="http://schemas.openxmlformats.org/officeDocument/2006/relationships/hyperlink" Target="https://www.cento-bangkok.com/" TargetMode="External"/><Relationship Id="rId15" Type="http://schemas.openxmlformats.org/officeDocument/2006/relationships/hyperlink" Target="https://www.enoteca-italiana.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