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Bangkok’s cocktail scene showcases a rare cross-over between Firefly and OXBO at SEEN</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 xml:space="preserve">Bangkok’s cocktail scene will get a one-night crossover on Thursday, 3 September 2026, when Firefly’s Mart and OXBO Bangkok’s Gilang Pangestu take over the bar at SEEN Restaurant &amp; Bar on the 26th floor of Avani+ Riverside Bangkok Hotel. The event is set to run from 6pm to 11pm, with entry free, making it an easy add-on for travellers who want a polished night out above the Chao Phraya River. According to the announcement, the pair will serve drinks created especially for the occasion, with each bartender bringing a different style to the same counter. </w:t>
      </w:r>
      <w:r/>
    </w:p>
    <w:p>
      <w:r/>
      <w:r>
        <w:t xml:space="preserve">For anyone planning a Bangkok bar-hopping trip, the draw is not just the guest shift itself but the contrast in setting and style. Firefly at Sindhorn Kempinski Bangkok is known for its dark-wood, moss-green interiors, live jazz and smart-casual, late-night feel, while its cocktail programme leans towards classic technique with local ingredients. The bar has also been recognised in Asia’s 50 Best Bars, giving this collaboration an added sense of pedigree. </w:t>
      </w:r>
      <w:r/>
    </w:p>
    <w:p>
      <w:r/>
      <w:r>
        <w:t xml:space="preserve">SEEN, meanwhile, offers a very different backdrop: skyline views, river light and a more open, high-rise energy suited to music and mingling. The organisers say Mart and Gilang will alternate behind the bar through the evening, so guests can compare two approaches in one sitting rather than choosing between separate venues. For visitors who like to explore Bangkok through its bars, that makes the night more than a simple guest shift; it becomes a compact snapshot of the city’s current cocktail culture. </w:t>
      </w:r>
      <w:r/>
    </w:p>
    <w:p>
      <w:r/>
      <w:r>
        <w:t xml:space="preserve">Reservations are available via the hotel’s riverside dining contact details, though walk-ins are also being welcomed. For travellers staying near the river or looking for an evening with a view, it is the sort of one-off event that rewards advance planning, especially if you want to linger for the music as well as the cocktails. </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1">
        <w:r>
          <w:rPr>
            <w:color w:val="0000EE"/>
            <w:u w:val="single"/>
          </w:rPr>
          <w:t>[3]</w:t>
        </w:r>
      </w:hyperlink>
      <w:r>
        <w:t xml:space="preserve">, </w:t>
      </w:r>
      <w:hyperlink r:id="rId12">
        <w:r>
          <w:rPr>
            <w:color w:val="0000EE"/>
            <w:u w:val="single"/>
          </w:rPr>
          <w:t>[4]</w:t>
        </w:r>
      </w:hyperlink>
      <w:r>
        <w:t xml:space="preserve">, </w:t>
      </w:r>
      <w:hyperlink r:id="rId13">
        <w:r>
          <w:rPr>
            <w:color w:val="0000EE"/>
            <w:u w:val="single"/>
          </w:rPr>
          <w:t>[6]</w:t>
        </w:r>
      </w:hyperlink>
      <w:r>
        <w:t xml:space="preserve">- Paragraph 3: </w:t>
      </w:r>
      <w:hyperlink r:id="rId10">
        <w:r>
          <w:rPr>
            <w:color w:val="0000EE"/>
            <w:u w:val="single"/>
          </w:rPr>
          <w:t>[2]</w:t>
        </w:r>
      </w:hyperlink>
      <w:r>
        <w:t xml:space="preserve">, </w:t>
      </w:r>
      <w:hyperlink r:id="rId12">
        <w:r>
          <w:rPr>
            <w:color w:val="0000EE"/>
            <w:u w:val="single"/>
          </w:rPr>
          <w:t>[4]</w:t>
        </w:r>
      </w:hyperlink>
      <w:r>
        <w:t xml:space="preserve">, </w:t>
      </w:r>
      <w:hyperlink r:id="rId12">
        <w:r>
          <w:rPr>
            <w:color w:val="0000EE"/>
            <w:u w:val="single"/>
          </w:rPr>
          <w:t>[5]</w:t>
        </w:r>
      </w:hyperlink>
      <w:r>
        <w:t xml:space="preserve">- Paragraph 4: </w:t>
      </w:r>
      <w:hyperlink r:id="rId9">
        <w:r>
          <w:rPr>
            <w:color w:val="0000EE"/>
            <w:u w:val="single"/>
          </w:rPr>
          <w:t>[1]</w:t>
        </w:r>
      </w:hyperlink>
      <w:r/>
    </w:p>
    <w:p>
      <w:r/>
      <w:r>
        <w:t xml:space="preserve">Source: </w:t>
      </w:r>
      <w:hyperlink r:id="rId14">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https://www.nowtravelasia.com/firefly-x-oxbo-meet-seen-for-one-night-behind-the-bar/?utm_source=rss&amp;utm_medium=rss&amp;utm_campaign=firefly-x-oxbo-meet-seen-for-one-night-behind-the-bar</w:t>
        </w:r>
      </w:hyperlink>
      <w:r>
        <w:t xml:space="preserve"> - Please view link - unable to able to access data</w:t>
      </w:r>
      <w:r/>
    </w:p>
    <w:p>
      <w:pPr>
        <w:pStyle w:val="ListNumber"/>
        <w:spacing w:line="240" w:lineRule="auto"/>
        <w:ind w:left="720"/>
      </w:pPr>
      <w:r/>
      <w:hyperlink r:id="rId10">
        <w:r>
          <w:rPr>
            <w:color w:val="0000EE"/>
            <w:u w:val="single"/>
          </w:rPr>
          <w:t>https://www.kempinski.com/en/sindhorn-hotel/restaurants-bars/firefly-bar</w:t>
        </w:r>
      </w:hyperlink>
      <w:r>
        <w:t xml:space="preserve"> - Firefly Bar, located at the Sindhorn Kempinski Hotel Bangkok, offers an elegant setting with a blend of dark wood and moss-green panelling. The bar serves fine wines, premium spirits, and classic cocktails, complemented by live jazz performances. A highlight is the Casa Del Habano cigar parlour, providing a unique experience for guests seeking a refined atmosphere. The venue is open daily from 5:00 PM to 1:00 AM, with live jazz from 8:00 PM to 11:00 PM, offering a sophisticated environment for evening relaxation.</w:t>
      </w:r>
      <w:r/>
    </w:p>
    <w:p>
      <w:pPr>
        <w:pStyle w:val="ListNumber"/>
        <w:spacing w:line="240" w:lineRule="auto"/>
        <w:ind w:left="720"/>
      </w:pPr>
      <w:r/>
      <w:hyperlink r:id="rId11">
        <w:r>
          <w:rPr>
            <w:color w:val="0000EE"/>
            <w:u w:val="single"/>
          </w:rPr>
          <w:t>https://preprod.kempinski.com/en/sindhorn-hotel/restaurants-bars/firefly-bar/highlights/celebrates-ranking-in-asia-s-50-best-bars-2025</w:t>
        </w:r>
      </w:hyperlink>
      <w:r>
        <w:t xml:space="preserve"> - Firefly Bar at Sindhorn Kempinski Hotel Bangkok has been ranked No. 82 in Asia's 50 Best Bars 2025. This recognition reflects the bar's dedication to excellence, blending art-deco elegance with a warm, intimate ambiance. The cocktail menu combines classic techniques with distinctive local ingredients, and nightly live jazz performances enhance the luxurious escape. The ranking underscores Bangkok's status as a world-class cocktail destination and acknowledges the bar's exceptional offerings.</w:t>
      </w:r>
      <w:r/>
    </w:p>
    <w:p>
      <w:pPr>
        <w:pStyle w:val="ListNumber"/>
        <w:spacing w:line="240" w:lineRule="auto"/>
        <w:ind w:left="720"/>
      </w:pPr>
      <w:r/>
      <w:hyperlink r:id="rId12">
        <w:r>
          <w:rPr>
            <w:color w:val="0000EE"/>
            <w:u w:val="single"/>
          </w:rPr>
          <w:t>https://www.theworlds50best.com/discovery/Establishments/Thailand/Bangkok/Firefly.html</w:t>
        </w:r>
      </w:hyperlink>
      <w:r>
        <w:t xml:space="preserve"> - Firefly Bar, situated in the Sindhorn Kempinski Hotel Bangkok, is renowned for its elegant decor featuring forest green, inky black, and gold tones. The bar offers a diverse cocktail programme inspired by a firefly's journey, incorporating international flavours and local ingredients. Live jazz music and a smart casual dress code contribute to the sophisticated atmosphere. The Casa del Habano smoking parlour provides an additional unique experience for guests seeking a refined evening out.</w:t>
      </w:r>
      <w:r/>
    </w:p>
    <w:p>
      <w:pPr>
        <w:pStyle w:val="ListNumber"/>
        <w:spacing w:line="240" w:lineRule="auto"/>
        <w:ind w:left="720"/>
      </w:pPr>
      <w:r/>
      <w:hyperlink r:id="rId12">
        <w:r>
          <w:rPr>
            <w:color w:val="0000EE"/>
            <w:u w:val="single"/>
          </w:rPr>
          <w:t>https://www.theworlds50best.com/discovery/Establishments/Thailand/Bangkok/Firefly.html</w:t>
        </w:r>
      </w:hyperlink>
      <w:r>
        <w:t xml:space="preserve"> - Firefly Bar, located in the Sindhorn Kempinski Hotel Bangkok, is celebrated for its elegant decor and innovative cocktail menu. The bar's design features a regal combination of forest green, inky black, and gold, creating a sophisticated ambiance. The cocktail programme is inspired by a firefly's journey, blending international flavours with local ingredients. Live jazz music and a smart casual dress code enhance the refined atmosphere, while the Casa del Habano smoking parlour offers a unique experience for guests.</w:t>
      </w:r>
      <w:r/>
    </w:p>
    <w:p>
      <w:pPr>
        <w:pStyle w:val="ListNumber"/>
        <w:spacing w:line="240" w:lineRule="auto"/>
        <w:ind w:left="720"/>
      </w:pPr>
      <w:r/>
      <w:hyperlink r:id="rId13">
        <w:r>
          <w:rPr>
            <w:color w:val="0000EE"/>
            <w:u w:val="single"/>
          </w:rPr>
          <w:t>https://www.kempinski.com/en/sindhorn-hotel/press-room/firefly-bar-introduces-new-cocktail-menu</w:t>
        </w:r>
      </w:hyperlink>
      <w:r>
        <w:t xml:space="preserve"> - Firefly Bar at Sindhorn Kempinski Hotel Bangkok has introduced a new cocktail menu titled 'In Pursuit of the Firefly.' This imaginative collection celebrates the mystical creature at the heart of the bar's identity, offering inventive flavour combinations and educational storytelling. The menu includes signature drinks like 'Gorgeous Lady in Red' and 'Journey to Amphawa,' each with unique ingredients and narratives. The bar also features ultra-luxury cocktails and a thoughtfully curated zero-proof selection, enhancing the diverse drinking experience.</w:t>
      </w:r>
      <w:r/>
    </w:p>
    <w:p>
      <w:pPr>
        <w:pStyle w:val="ListNumber"/>
        <w:spacing w:line="240" w:lineRule="auto"/>
        <w:ind w:left="720"/>
      </w:pPr>
      <w:r/>
      <w:hyperlink r:id="rId15">
        <w:r>
          <w:rPr>
            <w:color w:val="0000EE"/>
            <w:u w:val="single"/>
          </w:rPr>
          <w:t>https://www.asia-bars.com/2024/03/firefly-bar-sindhorn-kempinski-hotel-bangkok/</w:t>
        </w:r>
      </w:hyperlink>
      <w:r>
        <w:t xml:space="preserve"> - Firefly Bar, located on the lobby level of the Sindhorn Kempinski Hotel Bangkok, exudes a classic jazz lounge vibe with luxurious furnishings and dark wood finishes. The bar offers a discerning collection of organic wines, premium spirits, and classic cocktails. Signature drinks include the 'Lady in Red No. 2' and 'Turkish Delight.' The bar is managed by Dicky Hartono, known for his innovative creations and use of local ingredients. Firefly Bar is open daily from 5:00 PM to 1:00 AM, with live jazz performances from 8:00 PM to 11:00 PM.</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wtravelasia.com/firefly-x-oxbo-meet-seen-for-one-night-behind-the-bar/?utm_source=rss&amp;utm_medium=rss&amp;utm_campaign=firefly-x-oxbo-meet-seen-for-one-night-behind-the-bar" TargetMode="External"/><Relationship Id="rId10" Type="http://schemas.openxmlformats.org/officeDocument/2006/relationships/hyperlink" Target="https://www.kempinski.com/en/sindhorn-hotel/restaurants-bars/firefly-bar" TargetMode="External"/><Relationship Id="rId11" Type="http://schemas.openxmlformats.org/officeDocument/2006/relationships/hyperlink" Target="https://preprod.kempinski.com/en/sindhorn-hotel/restaurants-bars/firefly-bar/highlights/celebrates-ranking-in-asia-s-50-best-bars-2025" TargetMode="External"/><Relationship Id="rId12" Type="http://schemas.openxmlformats.org/officeDocument/2006/relationships/hyperlink" Target="https://www.theworlds50best.com/discovery/Establishments/Thailand/Bangkok/Firefly.html" TargetMode="External"/><Relationship Id="rId13" Type="http://schemas.openxmlformats.org/officeDocument/2006/relationships/hyperlink" Target="https://www.kempinski.com/en/sindhorn-hotel/press-room/firefly-bar-introduces-new-cocktail-menu" TargetMode="External"/><Relationship Id="rId14" Type="http://schemas.openxmlformats.org/officeDocument/2006/relationships/hyperlink" Target="https://www.noahwire.com" TargetMode="External"/><Relationship Id="rId15" Type="http://schemas.openxmlformats.org/officeDocument/2006/relationships/hyperlink" Target="https://www.asia-bars.com/2024/03/firefly-bar-sindhorn-kempinski-hotel-bangko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