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Hua Hin’s evolving Indian dining scene adds vibrant options for relaxed seaside evenings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Hua Hin’s appeal to visitors goes well beyond its beach, with a dining scene that now includes several Indian restaurants and bar venues that work well for holiday meals, easy evenings out and unhurried dinners after sunset. For travellers looking for familiar flavours in a relaxed seaside setting, the town offers a useful mix of classic curries, tandoori dishes and casual drinking spots, often with outdoor seating and a laid-back atmosphere that suits the coastal pace.</w:t>
      </w:r>
      <w:r/>
    </w:p>
    <w:p>
      <w:r/>
      <w:r>
        <w:t>Among the more distinctive options, Mukti Indian Restaurant &amp; Bar serves street-food-style dishes alongside tandoor grills, mains and desserts prepared by Indian chefs. The restaurant, which says it is intended to create a lively cultural experience as well as a meal, is located in the Hin Lek Fai area and takes bookings for lunch and dinner from Tuesday to Sunday. Its setting and private-event capability make it one to consider for groups as well as casual diners.</w:t>
      </w:r>
      <w:r/>
    </w:p>
    <w:p>
      <w:r/>
      <w:r>
        <w:t>Mehfil Indian Restaurant is another notable stop for visitors who want a more traditional North Indian meal. TripAdvisor describes it as the first authentic North Indian restaurant in Hua Hin, with a menu that includes vegetarian, vegan and gluten-free choices, plus a full bar and outdoor seating. S &amp; S Indian Restaurant, meanwhile, broadens the picture with Indian, Asian and even Eastern European dishes, along with delivery, drinks, free Wi-Fi and late-night service, which may appeal to travellers staying near Hua Hin soi 94.</w:t>
      </w:r>
      <w:r/>
    </w:p>
    <w:p>
      <w:r/>
      <w:r>
        <w:t>For those who want dinner with a livelier backdrop, Take 5 Sports Bar &amp; Live Music combines pub-style entertainment with Indian food, Thai dishes and seafood, backed by live sport, DJ sets and a roof lounge. Shiva Indian Restaurant offers a quieter alternative, with a broad menu, live music, parking and outdoor tables in a more relaxed corner of town. Taken together, these venues show why Hua Hin works so well for visitors who want both comfort food and an evening atmosphere without leaving the resort town.</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t xml:space="preserve">- Paragraph 2: </w:t>
      </w:r>
      <w:hyperlink r:id="rId10">
        <w:r>
          <w:rPr>
            <w:color w:val="0000EE"/>
            <w:u w:val="single"/>
          </w:rPr>
          <w:t>[2]</w:t>
        </w:r>
      </w:hyperlink>
      <w:r>
        <w:t xml:space="preserve">- Paragraph 3: </w:t>
      </w:r>
      <w:hyperlink r:id="rId11">
        <w:r>
          <w:rPr>
            <w:color w:val="0000EE"/>
            <w:u w:val="single"/>
          </w:rPr>
          <w:t>[3]</w:t>
        </w:r>
      </w:hyperlink>
      <w:r>
        <w:t xml:space="preserve">, </w:t>
      </w:r>
      <w:hyperlink r:id="rId13">
        <w:r>
          <w:rPr>
            <w:color w:val="0000EE"/>
            <w:u w:val="single"/>
          </w:rPr>
          <w:t>[5]</w:t>
        </w:r>
      </w:hyperlink>
      <w:r>
        <w:t xml:space="preserve">- Paragraph 4: </w:t>
      </w:r>
      <w:hyperlink r:id="rId14">
        <w:r>
          <w:rPr>
            <w:color w:val="0000EE"/>
            <w:u w:val="single"/>
          </w:rPr>
          <w:t>[6]</w:t>
        </w:r>
      </w:hyperlink>
      <w:r>
        <w:t xml:space="preserve">,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http://prsync.com/sofia-hotel-huahin/sofia-hotel-hua-hin-food-restaurant--bar-5197099/</w:t>
        </w:r>
      </w:hyperlink>
      <w:r>
        <w:t xml:space="preserve"> - Please view link - unable to able to access data</w:t>
      </w:r>
      <w:r/>
    </w:p>
    <w:p>
      <w:pPr>
        <w:pStyle w:val="ListNumber"/>
        <w:spacing w:line="240" w:lineRule="auto"/>
        <w:ind w:left="720"/>
      </w:pPr>
      <w:r/>
      <w:hyperlink r:id="rId10">
        <w:r>
          <w:rPr>
            <w:color w:val="0000EE"/>
            <w:u w:val="single"/>
          </w:rPr>
          <w:t>https://www.muktihuahin.com/</w:t>
        </w:r>
      </w:hyperlink>
      <w:r>
        <w:t xml:space="preserve"> - Mukti Indian Restaurant &amp; Bar in Hua Hin offers an innovative take on traditional Indian cuisine, featuring street food, tandoor grills, and a variety of mains and desserts prepared by Indian chefs. The restaurant provides a unique cultural experience with a vibrant atmosphere, making it ideal for both casual dining and private events. Located at No. 86, Moo 14, Hin Lek Fai, Hua Hin, Prachuap Khiri Khan, Thailand, Mukti operates from Tuesday to Sunday, with specific hours for lunch and dinner. For reservations or inquiries, contact +66 (0)92 459 6067 or email info@muktihuahin.com.</w:t>
      </w:r>
      <w:r/>
    </w:p>
    <w:p>
      <w:pPr>
        <w:pStyle w:val="ListNumber"/>
        <w:spacing w:line="240" w:lineRule="auto"/>
        <w:ind w:left="720"/>
      </w:pPr>
      <w:r/>
      <w:hyperlink r:id="rId11">
        <w:r>
          <w:rPr>
            <w:color w:val="0000EE"/>
            <w:u w:val="single"/>
          </w:rPr>
          <w:t>https://www.tripadvisor.com/Restaurant_Review-g297922-d11711061-Reviews-Mehfil_Indian_Restaurant_Hua_Hin-Hua_Hin_Prachuap_Khiri_Khan_Province.html</w:t>
        </w:r>
      </w:hyperlink>
      <w:r>
        <w:t xml:space="preserve"> - Mehfil Indian Restaurant Hua Hin is the first authentic North Indian restaurant in the area, offering a range of traditional dishes prepared by an original Indian chef. The menu includes vegetarian-friendly, vegan, and gluten-free options, with features such as delivery, outdoor seating, and a full bar. Located at 124/5 Naresdamri Rd, Hua Hin 77110, Thailand, the restaurant operates daily from 12:00 AM to 11:00 PM. For more information, call +66 32 908 312.</w:t>
      </w:r>
      <w:r/>
    </w:p>
    <w:p>
      <w:pPr>
        <w:pStyle w:val="ListNumber"/>
        <w:spacing w:line="240" w:lineRule="auto"/>
        <w:ind w:left="720"/>
      </w:pPr>
      <w:r/>
      <w:hyperlink r:id="rId12">
        <w:r>
          <w:rPr>
            <w:color w:val="0000EE"/>
            <w:u w:val="single"/>
          </w:rPr>
          <w:t>https://restaurantguru.com/outdoor-Hua-Hin-m9640</w:t>
        </w:r>
      </w:hyperlink>
      <w:r>
        <w:t xml:space="preserve"> - This compilation highlights the top 10 restaurants in Hua Hin that offer outdoor seating, providing a variety of dining experiences with pleasant alfresco options. The list includes establishments like Big Fish &amp; Bar, Royal Indian Restaurant, and Velo Cafe, each offering unique cuisines and atmospheres. The guide is designed to help diners find the perfect spot to enjoy meals in Hua Hin's pleasant climate, combining great food with the enjoyment of outdoor settings.</w:t>
      </w:r>
      <w:r/>
    </w:p>
    <w:p>
      <w:pPr>
        <w:pStyle w:val="ListNumber"/>
        <w:spacing w:line="240" w:lineRule="auto"/>
        <w:ind w:left="720"/>
      </w:pPr>
      <w:r/>
      <w:hyperlink r:id="rId13">
        <w:r>
          <w:rPr>
            <w:color w:val="0000EE"/>
            <w:u w:val="single"/>
          </w:rPr>
          <w:t>https://www.tripadvisor.com/Restaurant_Review-g297922-d1806646-Reviews-S_S_Indian_Restaurant-Hua_Hin_Prachuap_Khiri_Khan_Province.html</w:t>
        </w:r>
      </w:hyperlink>
      <w:r>
        <w:t xml:space="preserve"> - S &amp; S Indian Restaurant in Hua Hin offers a diverse menu featuring Indian, Asian, and Eastern European cuisines, with options for lunch, dinner, late-night meals, and drinks. The restaurant is known for its vegetarian-friendly, vegan, and gluten-free options, and provides features such as delivery, free Wi-Fi, outdoor seating, and a full bar. Located at Hua Hin soi 94, opposite La Or Resort near Table 94, Hua Hin 77110, Thailand, the restaurant operates daily from 1:00 PM. For more details, call +66 94 985 3609.</w:t>
      </w:r>
      <w:r/>
    </w:p>
    <w:p>
      <w:pPr>
        <w:pStyle w:val="ListNumber"/>
        <w:spacing w:line="240" w:lineRule="auto"/>
        <w:ind w:left="720"/>
      </w:pPr>
      <w:r/>
      <w:hyperlink r:id="rId14">
        <w:r>
          <w:rPr>
            <w:color w:val="0000EE"/>
            <w:u w:val="single"/>
          </w:rPr>
          <w:t>https://thailand.worldplaces.me/indian-restaurants-in-hua-hin/30983701-take-5-sports-bar-and-live-music.html</w:t>
        </w:r>
      </w:hyperlink>
      <w:r>
        <w:t xml:space="preserve"> - Take 5 Sports Bar &amp; Live Music in Hua Hin is a unique venue combining a sports bar atmosphere with live music and a diverse menu that includes Indian, Thai, European pub grub, and fresh seafood. The establishment features over eight large screens showing live sports from around the world, a DJ, and live music performances. The venue also boasts a beautiful roof lounge, making it ideal for parties and gatherings. Located at 1/463 Rural Road 1062, Nong Kae, Hua Hin, Prachuap Khiri Khan 77110, Thailand, Take 5 operates Monday to Thursday from 11:00 AM to 12:15 AM, and Friday to Sunday from 11:00 AM to 1:00 AM. For inquiries, call +66 81 857 4328.</w:t>
      </w:r>
      <w:r/>
    </w:p>
    <w:p>
      <w:pPr>
        <w:pStyle w:val="ListNumber"/>
        <w:spacing w:line="240" w:lineRule="auto"/>
        <w:ind w:left="720"/>
      </w:pPr>
      <w:r/>
      <w:hyperlink r:id="rId15">
        <w:r>
          <w:rPr>
            <w:color w:val="0000EE"/>
            <w:u w:val="single"/>
          </w:rPr>
          <w:t>https://www.tripadvisor.com/Restaurant_Review-g297922-d5043734-Reviews-Shiva_Indian_Restaurant-Hua_Hin_Prachuap_Khiri_Khan_Province.html</w:t>
        </w:r>
      </w:hyperlink>
      <w:r>
        <w:t xml:space="preserve"> - Shiva Indian Restaurant in Hua Hin offers a range of Indian dishes in a relaxed setting, with options for lunch, dinner, brunch, and late-night meals. The restaurant caters to vegetarian-friendly, vegan, halal, and gluten-free diets, and features amenities such as delivery, free Wi-Fi, a full bar, live music, outdoor seating, and parking. Located at Side Street of Soi 88, 38/11 Khao Hin Lek Fai 2 Road, opposite Chom Dong Villa, Hua Hin 77110, Thailand, Shiva operates Monday to Saturday from 11:00 AM to 9:00 PM and is closed on Sundays. For more information, call +66 32 652 546.</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prsync.com/sofia-hotel-huahin/sofia-hotel-hua-hin-food-restaurant--bar-5197099/" TargetMode="External"/><Relationship Id="rId10" Type="http://schemas.openxmlformats.org/officeDocument/2006/relationships/hyperlink" Target="https://www.muktihuahin.com/" TargetMode="External"/><Relationship Id="rId11" Type="http://schemas.openxmlformats.org/officeDocument/2006/relationships/hyperlink" Target="https://www.tripadvisor.com/Restaurant_Review-g297922-d11711061-Reviews-Mehfil_Indian_Restaurant_Hua_Hin-Hua_Hin_Prachuap_Khiri_Khan_Province.html" TargetMode="External"/><Relationship Id="rId12" Type="http://schemas.openxmlformats.org/officeDocument/2006/relationships/hyperlink" Target="https://restaurantguru.com/outdoor-Hua-Hin-m9640" TargetMode="External"/><Relationship Id="rId13" Type="http://schemas.openxmlformats.org/officeDocument/2006/relationships/hyperlink" Target="https://www.tripadvisor.com/Restaurant_Review-g297922-d1806646-Reviews-S_S_Indian_Restaurant-Hua_Hin_Prachuap_Khiri_Khan_Province.html" TargetMode="External"/><Relationship Id="rId14" Type="http://schemas.openxmlformats.org/officeDocument/2006/relationships/hyperlink" Target="https://thailand.worldplaces.me/indian-restaurants-in-hua-hin/30983701-take-5-sports-bar-and-live-music.html" TargetMode="External"/><Relationship Id="rId15" Type="http://schemas.openxmlformats.org/officeDocument/2006/relationships/hyperlink" Target="https://www.tripadvisor.com/Restaurant_Review-g297922-d5043734-Reviews-Shiva_Indian_Restaurant-Hua_Hin_Prachuap_Khiri_Khan_Province.html"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