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Shakespeare Pub in Ekkamai redefines Bangkok’s British pub scene with extended appeal and lively events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In Ekkamai, The Shakespeare Pub has quickly become one of Bangkok’s most talked-about places for a British-style night out, helped by its easy-to-reach spot near the BTS and a formula that is refreshingly straightforward: cold beer, familiar food and an atmosphere that feels lively rather than staged. Bangkok Beer Guide and the pub’s own contact details both place it firmly in the heart of Sukhumvit, making it a practical stop for visitors staying in the city’s main hotel and nightlife districts.</w:t>
      </w:r>
      <w:r/>
    </w:p>
    <w:p>
      <w:r/>
      <w:r>
        <w:t>What sets it apart for travellers is the sense that it is built for lingering. According to the pub’s own promotions and local coverage, the menu ranges from full English and Scottish breakfasts to fish and chips, curry nights and pub classics, while the bar runs regular offers aimed at different times of day. The result is less a one-off novelty and more a place where you could comfortably come for breakfast, return for a pint later on and stay on for dinner or a game.</w:t>
      </w:r>
      <w:r/>
    </w:p>
    <w:p>
      <w:r/>
      <w:r>
        <w:t>The entertainment schedule adds to that appeal. The Shakespeare promotes quiz nights, pool competitions and live sports screenings, while its Facebook updates and sports page show a steady stream of events designed to keep the room busy beyond peak drinking hours. That makes it a sensible choice not just for Britons abroad, but for any visitor who wants a dependable social pub with a bit of energy and a crowd that tends to mix locals with expatriates.</w:t>
      </w:r>
      <w:r/>
    </w:p>
    <w:p>
      <w:r/>
      <w:r>
        <w:t>For practical planning, the pub’s official contact page lists opening hours, reservations and directions by BTS, taxi, car, bus and walking, which should make it easy to fit into an evening in Ekkamai. Taken together, the location, the pub-food menu and the event calendar explain why it has earned a reputation as a destination worth seeking out rather than merely passing by.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[5]</w:t>
        </w:r>
      </w:hyperlink>
      <w:r>
        <w:t xml:space="preserve">, </w:t>
      </w:r>
      <w:hyperlink r:id="rId12">
        <w:r>
          <w:rPr>
            <w:color w:val="0000EE"/>
            <w:u w:val="single"/>
          </w:rPr>
          <w:t>[7]</w:t>
        </w:r>
      </w:hyperlink>
      <w:r>
        <w:t xml:space="preserve">- Paragraph 3: </w:t>
      </w:r>
      <w:hyperlink r:id="rId11">
        <w:r>
          <w:rPr>
            <w:color w:val="0000EE"/>
            <w:u w:val="single"/>
          </w:rPr>
          <w:t>[5]</w:t>
        </w:r>
      </w:hyperlink>
      <w:r>
        <w:t xml:space="preserve">, </w:t>
      </w:r>
      <w:hyperlink r:id="rId12">
        <w:r>
          <w:rPr>
            <w:color w:val="0000EE"/>
            <w:u w:val="single"/>
          </w:rPr>
          <w:t>[7]</w:t>
        </w:r>
      </w:hyperlink>
      <w:r>
        <w:t xml:space="preserve">- Paragraph 4: </w:t>
      </w:r>
      <w:hyperlink r:id="rId13">
        <w:r>
          <w:rPr>
            <w:color w:val="0000EE"/>
            <w:u w:val="single"/>
          </w:rPr>
          <w:t>[3]</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https://davetheravebangkok.com/best-british-pub-in-bangkok/</w:t>
        </w:r>
      </w:hyperlink>
      <w:r>
        <w:t xml:space="preserve"> - Please view link - unable to able to access data</w:t>
      </w:r>
      <w:r/>
    </w:p>
    <w:p>
      <w:pPr>
        <w:pStyle w:val="ListNumber"/>
        <w:spacing w:line="240" w:lineRule="auto"/>
        <w:ind w:left="720"/>
      </w:pPr>
      <w:r/>
      <w:hyperlink r:id="rId9">
        <w:r>
          <w:rPr>
            <w:color w:val="0000EE"/>
            <w:u w:val="single"/>
          </w:rPr>
          <w:t>https://davetheravebangkok.com/best-british-pub-in-bangkok/</w:t>
        </w:r>
      </w:hyperlink>
      <w:r>
        <w:t xml:space="preserve"> - An article highlighting The Shakespeare Pub in Ekkamai as the best British pub in Bangkok, detailing its authentic British atmosphere, diverse menu, and lively events like live music and pub quizzes. It also mentions the pub's proximity to the Ekkamai BTS station and its popularity among both locals and expatriates.</w:t>
      </w:r>
      <w:r/>
    </w:p>
    <w:p>
      <w:pPr>
        <w:pStyle w:val="ListNumber"/>
        <w:spacing w:line="240" w:lineRule="auto"/>
        <w:ind w:left="720"/>
      </w:pPr>
      <w:r/>
      <w:hyperlink r:id="rId13">
        <w:r>
          <w:rPr>
            <w:color w:val="0000EE"/>
            <w:u w:val="single"/>
          </w:rPr>
          <w:t>https://shakespearepubbangkok.com/contact/</w:t>
        </w:r>
      </w:hyperlink>
      <w:r>
        <w:t xml:space="preserve"> - The official contact page for The Shakespeare Pub Bangkok, providing the pub's address, phone number, opening hours, and reservation options. It also offers directions for various modes of transportation, including BTS, taxi, driving, public bus, and walking.</w:t>
      </w:r>
      <w:r/>
    </w:p>
    <w:p>
      <w:pPr>
        <w:pStyle w:val="ListNumber"/>
        <w:spacing w:line="240" w:lineRule="auto"/>
        <w:ind w:left="720"/>
      </w:pPr>
      <w:r/>
      <w:hyperlink r:id="rId15">
        <w:r>
          <w:rPr>
            <w:color w:val="0000EE"/>
            <w:u w:val="single"/>
          </w:rPr>
          <w:t>https://www.top-rated.online/cities/Baan%2BPlai%2BLaem/place/p/1637661/The%2BShakespeare%2Bpub</w:t>
        </w:r>
      </w:hyperlink>
      <w:r>
        <w:t xml:space="preserve"> - A review of The Shakespeare Pub in Baan Plai Laem, Thailand, highlighting its high rating and positive customer feedback. The review mentions the pub's offerings, including Sunday roasts, minced beef pie with mash and gravy, and a dog-friendly environment.</w:t>
      </w:r>
      <w:r/>
    </w:p>
    <w:p>
      <w:pPr>
        <w:pStyle w:val="ListNumber"/>
        <w:spacing w:line="240" w:lineRule="auto"/>
        <w:ind w:left="720"/>
      </w:pPr>
      <w:r/>
      <w:hyperlink r:id="rId11">
        <w:r>
          <w:rPr>
            <w:color w:val="0000EE"/>
            <w:u w:val="single"/>
          </w:rPr>
          <w:t>https://www.findglocal.com/TH/Bangkok/972707992602520/The-Shakespeare-Pub-%E2%80%A2-Ekkamai-%E2%80%A2-Bangkok</w:t>
        </w:r>
      </w:hyperlink>
      <w:r>
        <w:t xml:space="preserve"> - The official Facebook page of The Shakespeare Pub in Ekkamai, Bangkok, featuring updates on events, promotions, and sports screenings. The page provides information on the pub's location, opening hours, and contact details.</w:t>
      </w:r>
      <w:r/>
    </w:p>
    <w:p>
      <w:pPr>
        <w:pStyle w:val="ListNumber"/>
        <w:spacing w:line="240" w:lineRule="auto"/>
        <w:ind w:left="720"/>
      </w:pPr>
      <w:r/>
      <w:hyperlink r:id="rId10">
        <w:r>
          <w:rPr>
            <w:color w:val="0000EE"/>
            <w:u w:val="single"/>
          </w:rPr>
          <w:t>https://bangkokbeerguide.com/directory/the-shakespeare-pub-bangkok/</w:t>
        </w:r>
      </w:hyperlink>
      <w:r>
        <w:t xml:space="preserve"> - An article from Bangkok Beer Guide introducing The Shakespeare Pub Bangkok, detailing its opening date, location, and co-owner Joe Liley's involvement. The article also provides links to the pub's social media profiles and Google Maps location.</w:t>
      </w:r>
      <w:r/>
    </w:p>
    <w:p>
      <w:pPr>
        <w:pStyle w:val="ListNumber"/>
        <w:spacing w:line="240" w:lineRule="auto"/>
        <w:ind w:left="720"/>
      </w:pPr>
      <w:r/>
      <w:hyperlink r:id="rId12">
        <w:r>
          <w:rPr>
            <w:color w:val="0000EE"/>
            <w:u w:val="single"/>
          </w:rPr>
          <w:t>https://shakespearepubbangkok.com/live-sports/</w:t>
        </w:r>
      </w:hyperlink>
      <w:r>
        <w:t xml:space="preserve"> - The live sports schedule page of The Shakespeare Pub Bangkok, listing upcoming sports events to be shown live at the pub, including golf tournaments, hockey world cup matches, and NCAA games, with details on dates, times, and available promotions.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avetheravebangkok.com/best-british-pub-in-bangkok/" TargetMode="External"/><Relationship Id="rId10" Type="http://schemas.openxmlformats.org/officeDocument/2006/relationships/hyperlink" Target="https://bangkokbeerguide.com/directory/the-shakespeare-pub-bangkok/" TargetMode="External"/><Relationship Id="rId11" Type="http://schemas.openxmlformats.org/officeDocument/2006/relationships/hyperlink" Target="https://www.findglocal.com/TH/Bangkok/972707992602520/The-Shakespeare-Pub-%E2%80%A2-Ekkamai-%E2%80%A2-Bangkok" TargetMode="External"/><Relationship Id="rId12" Type="http://schemas.openxmlformats.org/officeDocument/2006/relationships/hyperlink" Target="https://shakespearepubbangkok.com/live-sports/" TargetMode="External"/><Relationship Id="rId13" Type="http://schemas.openxmlformats.org/officeDocument/2006/relationships/hyperlink" Target="https://shakespearepubbangkok.com/contact/" TargetMode="External"/><Relationship Id="rId14" Type="http://schemas.openxmlformats.org/officeDocument/2006/relationships/hyperlink" Target="https://www.noahwire.com" TargetMode="External"/><Relationship Id="rId15" Type="http://schemas.openxmlformats.org/officeDocument/2006/relationships/hyperlink" Target="https://www.top-rated.online/cities/Baan%2BPlai%2BLaem/place/p/1637661/The%2BShakespeare%2Bp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