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Bangkok hotel restaurant unveils polished Thai curries in limited-time menu collaboration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Ruenton at Montien Hotel Surawong Bangkok is leaning into one of the city’s most comforting dining formats: Thai curries with a more polished edge. According to Now Travel Asia, the restaurant’s new "Chef Pu × Mae Pao" menu pairs Executive Chef Anurak Khoononyang with Mae Pao, a local curry paste maker, for a limited run that is aimed at diners who want familiar flavours handled with greater finesse.</w:t>
      </w:r>
      <w:r/>
    </w:p>
    <w:p>
      <w:r/>
      <w:r>
        <w:t>The dishes on offer are built around recognisable Thai classics rather than elaborate reinvention. The selection includes green curry braised beef cheek with cumin leaves, roasted duck with red curry and tropical fruits, and massaman curry with tender chicken thigh, each served with jasmine rice. Now Travel Asia says prices start at THB 280++, making it an approachable hotel-restaurant option for lunch or dinner in central Bangkok.</w:t>
      </w:r>
      <w:r/>
    </w:p>
    <w:p>
      <w:r/>
      <w:r>
        <w:t>For travellers, the setting is part of the appeal. Ruenton is described by Montien Hotel Surawong Bangkok as a retro-modern restaurant with a collection of artworks and antiques from the hotel’s private holdings, designed to feel both elegant and rooted in old Bangkok. The hotel says the venue is known for its take on Thai and Chinese street food, including its signature dim sum and Montien chicken rice, and it has also been recognised by Michelin as one of the best of its kind.</w:t>
      </w:r>
      <w:r/>
    </w:p>
    <w:p>
      <w:r/>
      <w:r>
        <w:t>The restaurant’s broader identity matters here because this collaboration sits inside an already well-known dining room rather than a pop-up shell. Montien Hotel says Ruenton is open daily from early morning until late evening, with delivery also available, and previous coverage has highlighted its long-running reputation for chicken rice and dim sum. For visitors staying in or around Silom, the limited-time curries offer another reason to book, especially as the menu runs daily through 31 October 2026.</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Paragraph 3: </w:t>
      </w:r>
      <w:hyperlink r:id="rId10">
        <w:r>
          <w:rPr>
            <w:color w:val="0000EE"/>
            <w:u w:val="single"/>
          </w:rPr>
          <w:t>[3]</w:t>
        </w:r>
      </w:hyperlink>
      <w:r>
        <w:t xml:space="preserve">, </w:t>
      </w:r>
      <w:hyperlink r:id="rId11">
        <w:r>
          <w:rPr>
            <w:color w:val="0000EE"/>
            <w:u w:val="single"/>
          </w:rPr>
          <w:t>[4]</w:t>
        </w:r>
      </w:hyperlink>
      <w:r>
        <w:t xml:space="preserve">, </w:t>
      </w:r>
      <w:hyperlink r:id="rId12">
        <w:r>
          <w:rPr>
            <w:color w:val="0000EE"/>
            <w:u w:val="single"/>
          </w:rPr>
          <w:t>[5]</w:t>
        </w:r>
      </w:hyperlink>
      <w:r>
        <w:t xml:space="preserve">- Paragraph 4: </w:t>
      </w:r>
      <w:hyperlink r:id="rId10">
        <w:r>
          <w:rPr>
            <w:color w:val="0000EE"/>
            <w:u w:val="single"/>
          </w:rPr>
          <w:t>[3]</w:t>
        </w:r>
      </w:hyperlink>
      <w:r>
        <w:t xml:space="preserve">, </w:t>
      </w:r>
      <w:hyperlink r:id="rId13">
        <w:r>
          <w:rPr>
            <w:color w:val="0000EE"/>
            <w:u w:val="single"/>
          </w:rPr>
          <w:t>[6]</w:t>
        </w:r>
      </w:hyperlink>
      <w:r>
        <w:t xml:space="preserve">, </w:t>
      </w:r>
      <w:hyperlink r:id="rId14">
        <w:r>
          <w:rPr>
            <w:color w:val="0000EE"/>
            <w:u w:val="single"/>
          </w:rPr>
          <w:t>[7]</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wtravelasia.com/chef-pu-x-mae-pao-taste-beyond-flavours-with-beloved-thai-curries-reimagined-at-ruenton-montien-hotel-surawong-bangkok/?utm_source=rss&amp;utm_medium=rss&amp;utm_campaign=chef-pu-x-mae-pao-taste-beyond-flavours-with-beloved-thai-curries-reimagined-at-ruenton-montien-hotel-surawong-bangkok</w:t>
        </w:r>
      </w:hyperlink>
      <w:r>
        <w:t xml:space="preserve"> - Please view link - unable to able to access data</w:t>
      </w:r>
      <w:r/>
    </w:p>
    <w:p>
      <w:pPr>
        <w:pStyle w:val="ListNumber"/>
        <w:spacing w:line="240" w:lineRule="auto"/>
        <w:ind w:left="720"/>
      </w:pPr>
      <w:r/>
      <w:hyperlink r:id="rId9">
        <w:r>
          <w:rPr>
            <w:color w:val="0000EE"/>
            <w:u w:val="single"/>
          </w:rPr>
          <w:t>https://www.nowtravelasia.com/chef-pu-x-mae-pao-taste-beyond-flavours-with-beloved-thai-curries-reimagined-at-ruenton-montien-hotel-surawong-bangkok/?utm_source=rss&amp;utm_medium=rss&amp;utm_campaign=chef-pu-x-mae-pao-taste-beyond-flavours-with-beloved-thai-curries-reimagined-at-ruenton-montien-hotel-surawong-bangkok</w:t>
        </w:r>
      </w:hyperlink>
      <w:r>
        <w:t xml:space="preserve"> - This article announces the collaboration between Executive Chef Anurak Khoononyang (Chef Pu) and Mae Pao, a local curry paste maker, at Ruenton Restaurant in Montien Hotel Surawong Bangkok. The collaboration introduces a selection of reimagined Thai curries, including Green Curry Braised Beef Cheek with Cumin Leaves, Roasted Duck with Red Curry &amp; Tropical Fruits, and Massaman Curry with Tender Chicken Thigh. Each dish is served with Thai jasmine rice and is available daily for lunch and dinner through 31 October 2026, starting from THB 280++ per dish. For reservations, contact Montien Hotel Surawong Bangkok at 02-233-7060 or info@montienbangkok.com.</w:t>
      </w:r>
      <w:r/>
    </w:p>
    <w:p>
      <w:pPr>
        <w:pStyle w:val="ListNumber"/>
        <w:spacing w:line="240" w:lineRule="auto"/>
        <w:ind w:left="720"/>
      </w:pPr>
      <w:r/>
      <w:hyperlink r:id="rId10">
        <w:r>
          <w:rPr>
            <w:color w:val="0000EE"/>
            <w:u w:val="single"/>
          </w:rPr>
          <w:t>https://montienbangkok.com/en/ruenton.html</w:t>
        </w:r>
      </w:hyperlink>
      <w:r>
        <w:t xml:space="preserve"> - Ruenton is a retro-modern eatery at Montien Hotel Surawong Bangkok, renowned for elevating authentic Thai and Chinese street food. The restaurant features a private collection of objets d'art and offers signature dishes like dim sum and Montien chicken rice. Recognised by Michelin as one of the best of its kind, Ruenton provides a unique dining experience with legendary service and inspiring cuisine. The restaurant is open daily from 5:30 am to 10:00 pm, with food delivery services available from 11:00 am to 7:30 pm via LINEMAN, GrabFood, and the hotel's LINE official account.</w:t>
      </w:r>
      <w:r/>
    </w:p>
    <w:p>
      <w:pPr>
        <w:pStyle w:val="ListNumber"/>
        <w:spacing w:line="240" w:lineRule="auto"/>
        <w:ind w:left="720"/>
      </w:pPr>
      <w:r/>
      <w:hyperlink r:id="rId11">
        <w:r>
          <w:rPr>
            <w:color w:val="0000EE"/>
            <w:u w:val="single"/>
          </w:rPr>
          <w:t>https://www.gother.com/en-us/experiences/thailand/bangkok/ruenton-restaurant-at-montien-hotel-surawong-bangkok</w:t>
        </w:r>
      </w:hyperlink>
      <w:r>
        <w:t xml:space="preserve"> - Ruenton Restaurant at Montien Hotel Surawong Bangkok is a Michelin-recognised establishment known for its legendary signature dishes, including Montien chicken rice and freshly made dim sum. The restaurant offers a retro-modern ambiance adorned with objets d'art from the hotel's private collection. Guests can enjoy authentic Thai and Chinese street food elevated to new heights, with legendary service and inspiring cuisine. Ruenton provides private dining and function rooms for special celebrations, ensuring a memorable dining experience.</w:t>
      </w:r>
      <w:r/>
    </w:p>
    <w:p>
      <w:pPr>
        <w:pStyle w:val="ListNumber"/>
        <w:spacing w:line="240" w:lineRule="auto"/>
        <w:ind w:left="720"/>
      </w:pPr>
      <w:r/>
      <w:hyperlink r:id="rId12">
        <w:r>
          <w:rPr>
            <w:color w:val="0000EE"/>
            <w:u w:val="single"/>
          </w:rPr>
          <w:t>https://www.tripadvisor.com/Restaurant_Review-g293916-d2186104-Reviews-Ruenton_Restaurant-Bangkok.html</w:t>
        </w:r>
      </w:hyperlink>
      <w:r>
        <w:t xml:space="preserve"> - Ruenton Restaurant, located at Montien Hotel Surawong Bangkok, is a retro-modern eatery that elevates authentic Thai and Chinese street food. The restaurant is renowned for its signature dishes, including Montien chicken rice and freshly made dim sum. Recognised by Michelin as one of the best of its kind, Ruenton offers a unique dining experience with legendary service and inspiring cuisine. The restaurant is open daily from 5:30 am to 10:00 pm, with food delivery services available from 11:00 am to 7:30 pm via LINEMAN, GrabFood, and the hotel's LINE official account.</w:t>
      </w:r>
      <w:r/>
    </w:p>
    <w:p>
      <w:pPr>
        <w:pStyle w:val="ListNumber"/>
        <w:spacing w:line="240" w:lineRule="auto"/>
        <w:ind w:left="720"/>
      </w:pPr>
      <w:r/>
      <w:hyperlink r:id="rId13">
        <w:r>
          <w:rPr>
            <w:color w:val="0000EE"/>
            <w:u w:val="single"/>
          </w:rPr>
          <w:t>https://www.bangkokfoodies.com/montien-hotel-chicken-and-rice/</w:t>
        </w:r>
      </w:hyperlink>
      <w:r>
        <w:t xml:space="preserve"> - After an 18-month renovation, Ruenton Restaurant at Montien Hotel Surawong Bangkok has unveiled a modern retro interior design inspired by classic Thai hues, complemented by a private collection of Chinese pottery and antiques. The restaurant continues to serve its legendary Montien chicken rice, a dish that has been perfected over decades. Executive Chef Amnuay Aneksuwan, with over 19 years at the hotel, has meticulously crafted the recipe to ensure its enduring popularity. The revitalised Ruenton offers a fresh dining experience while maintaining its culinary heritage.</w:t>
      </w:r>
      <w:r/>
    </w:p>
    <w:p>
      <w:pPr>
        <w:pStyle w:val="ListNumber"/>
        <w:spacing w:line="240" w:lineRule="auto"/>
        <w:ind w:left="720"/>
      </w:pPr>
      <w:r/>
      <w:hyperlink r:id="rId14">
        <w:r>
          <w:rPr>
            <w:color w:val="0000EE"/>
            <w:u w:val="single"/>
          </w:rPr>
          <w:t>https://kooper.co/montien-hotel-ruenton-restaurant/</w:t>
        </w:r>
      </w:hyperlink>
      <w:r>
        <w:t xml:space="preserve"> - Ruenton Restaurant at Montien Hotel Surawong Bangkok has undergone a significant transformation, reintroducing its famed Hainanese chicken rice after an 18-month renovation. The restaurant now features a modern-retro interior design, inspired by classic Thai hues and adorned with a private collection of Chinese pottery and antiques. Despite the fresh look, Ruenton continues to present the same cherished recipes, overseen by Executive Chef Amnuay Aneksuwan, who has been with the hotel for over 20 years. The revitalised Ruenton offers a unique dining experience that honours its rich culinary heritage.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wtravelasia.com/chef-pu-x-mae-pao-taste-beyond-flavours-with-beloved-thai-curries-reimagined-at-ruenton-montien-hotel-surawong-bangkok/?utm_source=rss&amp;utm_medium=rss&amp;utm_campaign=chef-pu-x-mae-pao-taste-beyond-flavours-with-beloved-thai-curries-reimagined-at-ruenton-montien-hotel-surawong-bangkok" TargetMode="External"/><Relationship Id="rId10" Type="http://schemas.openxmlformats.org/officeDocument/2006/relationships/hyperlink" Target="https://montienbangkok.com/en/ruenton.html" TargetMode="External"/><Relationship Id="rId11" Type="http://schemas.openxmlformats.org/officeDocument/2006/relationships/hyperlink" Target="https://www.gother.com/en-us/experiences/thailand/bangkok/ruenton-restaurant-at-montien-hotel-surawong-bangkok" TargetMode="External"/><Relationship Id="rId12" Type="http://schemas.openxmlformats.org/officeDocument/2006/relationships/hyperlink" Target="https://www.tripadvisor.com/Restaurant_Review-g293916-d2186104-Reviews-Ruenton_Restaurant-Bangkok.html" TargetMode="External"/><Relationship Id="rId13" Type="http://schemas.openxmlformats.org/officeDocument/2006/relationships/hyperlink" Target="https://www.bangkokfoodies.com/montien-hotel-chicken-and-rice/" TargetMode="External"/><Relationship Id="rId14" Type="http://schemas.openxmlformats.org/officeDocument/2006/relationships/hyperlink" Target="https://kooper.co/montien-hotel-ruenton-restaurant/" TargetMode="External"/><Relationship Id="rId15"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