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Akira Back Bangkok showcases premium Australian wagyu with panoramic city views this season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Akira Back Bangkok is inviting diners to try a short-run wagyu promotion this September and October, with a menu built around Full Blood Australian beef prized for its marbling and tenderness. Set high above the city in Bangkok Marriott Marquis Queen’s Park, the restaurant says the showcase is designed to highlight the richness of MB 8-9 wagyu through four dishes that lean into its Japanese-Korean style and broader international influences.</w:t>
      </w:r>
      <w:r/>
    </w:p>
    <w:p>
      <w:r/>
      <w:r>
        <w:t>For travellers weighing up whether it is worth booking, the appeal is as much about the setting as the food. According to the restaurant’s own description, Akira Back occupies the 37th floor and pairs its contemporary Asian cooking with panoramic skyline views, an open kitchen and private dining spaces. The venue is led by Michelin-starred chef Akira Back, whose name is closely associated with inventive plates that mix Korean, Japanese and Western ideas.</w:t>
      </w:r>
      <w:r/>
    </w:p>
    <w:p>
      <w:r/>
      <w:r>
        <w:t>Signature dishes such as Tuna Pizza, AB Tacos and 48-Hour Braised Wagyu Short Rib give a good sense of the restaurant’s approach, which is playful but polished rather than traditional. The menu also includes a seven-course Discovery Menu for those who want a fuller experience, while the drinks list features coffee, tea and a curated wine selection, making it a strong option for a long dinner rather than a quick stop.</w:t>
      </w:r>
      <w:r/>
    </w:p>
    <w:p>
      <w:r/>
      <w:r>
        <w:t>The wagyu promotion sits alongside other special offers the restaurant uses to keep the experience fresh, including tasting menus and themed seasonal menus. For visitors who want a fine-dining evening with a view in Bangkok, Akira Back appears to be aiming at diners looking for something memorable, visually striking and a little more adventurous than standard hotel dining.</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w:t>
      </w:r>
      <w:hyperlink r:id="rId14">
        <w:r>
          <w:rPr>
            <w:color w:val="0000EE"/>
            <w:u w:val="single"/>
          </w:rPr>
          <w:t>[7]</w:t>
        </w:r>
      </w:hyperlink>
      <w:r>
        <w:t xml:space="preserve">- Paragraph 4: </w:t>
      </w:r>
      <w:hyperlink r:id="rId15">
        <w:r>
          <w:rPr>
            <w:color w:val="0000EE"/>
            <w:u w:val="single"/>
          </w:rPr>
          <w:t>[4]</w:t>
        </w:r>
      </w:hyperlink>
      <w:r>
        <w:t xml:space="preserve">, </w:t>
      </w:r>
      <w:hyperlink r:id="rId11">
        <w:r>
          <w:rPr>
            <w:color w:val="0000EE"/>
            <w:u w:val="single"/>
          </w:rPr>
          <w:t>[5]</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https://www.nowtravelasia.com/discover-the-pure-wagyu-collection-with-ultra-premium-australian-beef-at-akira-back-bangkok/?utm_source=rss&amp;utm_medium=rss&amp;utm_campaign=discover-the-pure-wagyu-collection-with-ultra-premium-australian-beef-at-akira-back-bangkok</w:t>
        </w:r>
      </w:hyperlink>
      <w:r>
        <w:t xml:space="preserve"> - Please view link - unable to able to access data</w:t>
      </w:r>
      <w:r/>
    </w:p>
    <w:p>
      <w:pPr>
        <w:pStyle w:val="ListNumber"/>
        <w:spacing w:line="240" w:lineRule="auto"/>
        <w:ind w:left="720"/>
      </w:pPr>
      <w:r/>
      <w:hyperlink r:id="rId10">
        <w:r>
          <w:rPr>
            <w:color w:val="0000EE"/>
            <w:u w:val="single"/>
          </w:rPr>
          <w:t>https://www.akirabackbangkok.com/our-story</w:t>
        </w:r>
      </w:hyperlink>
      <w:r>
        <w:t xml:space="preserve"> - Akira Back Bangkok, located on the 37th floor of Bangkok Marriott Marquis Queen’s Park, is a premier contemporary Japanese restaurant. Helmed by Michelin-starred Chef Akira Back, the restaurant offers a fusion of Japanese and Korean flavours with international influences. Signature dishes include Tuna Pizza, AB Tacos, and 48-Hour Braised Wagyu Short Rib. The venue provides panoramic city views, an open kitchen concept, and private dining options, ensuring an exceptional dining experience.</w:t>
      </w:r>
      <w:r/>
    </w:p>
    <w:p>
      <w:pPr>
        <w:pStyle w:val="ListNumber"/>
        <w:spacing w:line="240" w:lineRule="auto"/>
        <w:ind w:left="720"/>
      </w:pPr>
      <w:r/>
      <w:hyperlink r:id="rId12">
        <w:r>
          <w:rPr>
            <w:color w:val="0000EE"/>
            <w:u w:val="single"/>
          </w:rPr>
          <w:t>https://www.akirabackbangkok.com/our-menus</w:t>
        </w:r>
      </w:hyperlink>
      <w:r>
        <w:t xml:space="preserve"> - Akira Back Bangkok offers a diverse menu featuring innovative Asian cuisine. The à la carte options include signature dishes like Tuna Pizza, AB Tacos, and 48-Hour Braised Wagyu Short Rib. For a more immersive experience, the seven-course Discovery Menu showcases the restaurant's most iconic and inventive dishes. The beverage selection includes a variety of coffees, teas, and a curated wine list, complementing the culinary offerings.</w:t>
      </w:r>
      <w:r/>
    </w:p>
    <w:p>
      <w:pPr>
        <w:pStyle w:val="ListNumber"/>
        <w:spacing w:line="240" w:lineRule="auto"/>
        <w:ind w:left="720"/>
      </w:pPr>
      <w:r/>
      <w:hyperlink r:id="rId15">
        <w:r>
          <w:rPr>
            <w:color w:val="0000EE"/>
            <w:u w:val="single"/>
          </w:rPr>
          <w:t>https://www.akirabackbangkok.com/special-offers</w:t>
        </w:r>
      </w:hyperlink>
      <w:r>
        <w:t xml:space="preserve"> - Akira Back Bangkok presents exclusive dining promotions, including the Bento Box, featuring six appetizers, Japanese rice, miso soup, a choice of premium main course, and dessert. The Caviar &amp; Bubbles event offers five contemporary creations with Sturia French caviar. The Taste of Summer Truffle menu highlights four dishes crafted with summer truffles. The Chef Akira's Discovery Menu is a seven-course experience showcasing signature dishes, while the Nazo Mystery Box provides a nine-dish tasting journey.</w:t>
      </w:r>
      <w:r/>
    </w:p>
    <w:p>
      <w:pPr>
        <w:pStyle w:val="ListNumber"/>
        <w:spacing w:line="240" w:lineRule="auto"/>
        <w:ind w:left="720"/>
      </w:pPr>
      <w:r/>
      <w:hyperlink r:id="rId11">
        <w:r>
          <w:rPr>
            <w:color w:val="0000EE"/>
            <w:u w:val="single"/>
          </w:rPr>
          <w:t>https://www.marriott.com/en-us/dining/restaurant-bar/bkkqp-bangkok-marriott-marquis-queens-park/6087519-akira-back.mi</w:t>
        </w:r>
      </w:hyperlink>
      <w:r>
        <w:t xml:space="preserve"> - Akira Back Bangkok, located on the 37th floor of Bangkok Marriott Marquis Queen’s Park, offers innovative Asian cuisine under the guidance of Michelin-rated Chef Akira Back. The restaurant provides a stylish dining destination with panoramic city views, an open kitchen concept, and an omakase bar. Guests can enjoy a blend of Korean, Japanese, and Western influences in the dishes, with options for à la carte dining and a seven-course Discovery Menu.</w:t>
      </w:r>
      <w:r/>
    </w:p>
    <w:p>
      <w:pPr>
        <w:pStyle w:val="ListNumber"/>
        <w:spacing w:line="240" w:lineRule="auto"/>
        <w:ind w:left="720"/>
      </w:pPr>
      <w:r/>
      <w:hyperlink r:id="rId13">
        <w:r>
          <w:rPr>
            <w:color w:val="0000EE"/>
            <w:u w:val="single"/>
          </w:rPr>
          <w:t>https://www.tripadvisor.com/Restaurant_Review-g293916-d13275747-Reviews-Akira_Back_Bangkok-Bangkok.html</w:t>
        </w:r>
      </w:hyperlink>
      <w:r>
        <w:t xml:space="preserve"> - Akira Back Bangkok is a highly-rated restaurant offering Japanese fusion cuisine with an open kitchen and views of the Bangkok skyline. The seven-course tasting menu is a highlight, with each dish thoughtfully composed. Service is attentive, and the setting is polished without being stiff. The restaurant has received numerous positive reviews, ranking it among the top dining establishments in Bangkok.</w:t>
      </w:r>
      <w:r/>
    </w:p>
    <w:p>
      <w:pPr>
        <w:pStyle w:val="ListNumber"/>
        <w:spacing w:line="240" w:lineRule="auto"/>
        <w:ind w:left="720"/>
      </w:pPr>
      <w:r/>
      <w:hyperlink r:id="rId14">
        <w:r>
          <w:rPr>
            <w:color w:val="0000EE"/>
            <w:u w:val="single"/>
          </w:rPr>
          <w:t>https://www.top25restaurants.com/thailand/bangkok/restaurant/akira-back-bangkok/</w:t>
        </w:r>
      </w:hyperlink>
      <w:r>
        <w:t xml:space="preserve"> - Akira Back Bangkok, located in the Marriott Marquis Hotel, is helmed by award-winning chef Akira Back. The restaurant serves a blend of Korean-Japanese-American dishes, redefining Asian cuisine. The à la carte menu and the seven-course Discovery Menu offer a curated journey through the restaurant’s most iconic and innovative dishes. The restaurant is known for its innovative approach to Asian cuisine and has received recognition in the culinary world.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discover-the-pure-wagyu-collection-with-ultra-premium-australian-beef-at-akira-back-bangkok/?utm_source=rss&amp;utm_medium=rss&amp;utm_campaign=discover-the-pure-wagyu-collection-with-ultra-premium-australian-beef-at-akira-back-bangkok" TargetMode="External"/><Relationship Id="rId10" Type="http://schemas.openxmlformats.org/officeDocument/2006/relationships/hyperlink" Target="https://www.akirabackbangkok.com/our-story" TargetMode="External"/><Relationship Id="rId11" Type="http://schemas.openxmlformats.org/officeDocument/2006/relationships/hyperlink" Target="https://www.marriott.com/en-us/dining/restaurant-bar/bkkqp-bangkok-marriott-marquis-queens-park/6087519-akira-back.mi" TargetMode="External"/><Relationship Id="rId12" Type="http://schemas.openxmlformats.org/officeDocument/2006/relationships/hyperlink" Target="https://www.akirabackbangkok.com/our-menus" TargetMode="External"/><Relationship Id="rId13" Type="http://schemas.openxmlformats.org/officeDocument/2006/relationships/hyperlink" Target="https://www.tripadvisor.com/Restaurant_Review-g293916-d13275747-Reviews-Akira_Back_Bangkok-Bangkok.html" TargetMode="External"/><Relationship Id="rId14" Type="http://schemas.openxmlformats.org/officeDocument/2006/relationships/hyperlink" Target="https://www.top25restaurants.com/thailand/bangkok/restaurant/akira-back-bangkok/" TargetMode="External"/><Relationship Id="rId15" Type="http://schemas.openxmlformats.org/officeDocument/2006/relationships/hyperlink" Target="https://www.akirabackbangkok.com/special-offers"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