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Happitat Bang Na redefines Bangkok’s eastern food scene with diverse zones and ambitious dining options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Happitat Bang Na has arrived as one of the biggest new eating destinations on Bangkok’s eastern edge, and its appeal lies in variety as much as scale. Set on Bang Na-Trat Road in Samut Prakan, the 200,000-square-metre complex combines more than 100 restaurants and cafés with a trio of distinct zones, making it less a single food hall than a choose-your-own-adventure day out. According to Happitat’s own information, the site is open daily and is designed around Bloominas, Wonderwild and Festie Town, each with a different mood and purpose. </w:t>
      </w:r>
      <w:r/>
    </w:p>
    <w:p>
      <w:r/>
      <w:r>
        <w:t xml:space="preserve">For visitors who want the most memorable meal, Bloominas is the place to begin. The third floor is home to the headline names, including VUUR by Dutch chef Jacob Jan Boerma and SING LANG from Thai chef Thaninthorn Chanratravorn, both of which give the development a more ambitious dining edge than a typical mall food complex. This is the zone for a proper sit-down meal, while lighter stops such as Starbucks, GOOD CHA and gelato outlets make it easy to linger without committing to a full tasting menu. </w:t>
      </w:r>
      <w:r/>
    </w:p>
    <w:p>
      <w:r/>
      <w:r>
        <w:t xml:space="preserve">Wonderwild is the more playful side of Happitat, and it is where many travellers will probably spend the most time. On floors 2 and 2M, Whimsical Market gathers more than 60 venues in a fantasy-themed setting, with sweets, drinks and snacks spread around a central tree feature that gives the space a destination feel in its own right. For easier browsing, it suits visitors who want to wander first and eat second, whether that means crepes, tea, ice cream or a quick savoury bowl. </w:t>
      </w:r>
      <w:r/>
    </w:p>
    <w:p>
      <w:r/>
      <w:r>
        <w:t xml:space="preserve">If the group wants a straightforward meal with fewer decisions, Wonderwild’s third floor is the practical answer. Here, familiar names sit alongside Japanese, Western and casual Thai options, so families and mixed groups can order from different counters without splitting up. UORIKI is one of the more distinctive choices, with a Hokkaido izakaya concept built around sharing plates, which makes it a strong option for diners who want something a little more considered than fast-food staples. </w:t>
      </w:r>
      <w:r/>
    </w:p>
    <w:p>
      <w:r/>
      <w:r>
        <w:t xml:space="preserve">For larger parties, Lotus’s Eatery on the B1 level is the easiest compromise. It offers a wide spread of vendors, allowing each person to choose a different dish and then regroup at the table, which is exactly what many travellers need when the question is not where to eat, but how to avoid an argument about it. Festie Town adds another layer, with restaurant and dessert options, pet-friendly facilities and outdoor space that make it especially useful for families travelling with animals. </w:t>
      </w:r>
      <w:r/>
    </w:p>
    <w:p>
      <w:r/>
      <w:r>
        <w:t xml:space="preserve">Getting there is fairly simple if you plan ahead. Happitat sits in Bang Kaew, Bang Phli, with access by BTS, the Yellow Line MRT, bus or car, though travel times can stretch during rush hour on Bang Na-Trat Road. A shuttle service has also been published for the launch period, but times may change, so it is worth checking the latest schedule before setting off. Happitat also provides a directory and app to help visitors find the right zone without wandering the whole complex in search of lunch. </w:t>
      </w:r>
      <w:r/>
    </w:p>
    <w:p>
      <w:r/>
      <w:r>
        <w:t xml:space="preserve">For a first visit, the best approach is to treat Happitat as a food walk rather than a restaurant checklist. Start with one building that matches your main meal, then use the rest of the complex for drinks, desserts or a second stop if energy allows. That makes the venue easier to enjoy and, for travellers in Bangkok looking for a new eating outing, far more rewarding than trying to see everything in one go.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9">
        <w:r>
          <w:rPr>
            <w:color w:val="0000EE"/>
            <w:u w:val="single"/>
          </w:rPr>
          <w:t>[1]</w:t>
        </w:r>
      </w:hyperlink>
      <w:r>
        <w:t xml:space="preserve">, </w:t>
      </w:r>
      <w:hyperlink r:id="rId12">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https://thethaiger.com/guides/best-of/food/happitat-bang-na-restaurants-food-guide</w:t>
        </w:r>
      </w:hyperlink>
      <w:r>
        <w:t xml:space="preserve"> - Please view link - unable to able to access data</w:t>
      </w:r>
      <w:r/>
    </w:p>
    <w:p>
      <w:pPr>
        <w:pStyle w:val="ListNumber"/>
        <w:spacing w:line="240" w:lineRule="auto"/>
        <w:ind w:left="720"/>
      </w:pPr>
      <w:r/>
      <w:hyperlink r:id="rId10">
        <w:r>
          <w:rPr>
            <w:color w:val="0000EE"/>
            <w:u w:val="single"/>
          </w:rPr>
          <w:t>https://www.happitatthailand.com/</w:t>
        </w:r>
      </w:hyperlink>
      <w:r>
        <w:t xml:space="preserve"> - Happitat is a 200,000-square-metre lifestyle destination in Bangkok's Bangna district, integrating nature, people, and imagination to create a magical journey. The complex features thematic architectural design with nature-inspired elements and technology-enhanced interactive environments. It offers diverse experiences for all generations, including family time, personal moments, learning, and play. The destination includes three distinct zones: Bloominas, Wonderwild, and Festie Town, each providing unique experiences and services. Happitat is open daily from 8:00 AM to 10:00 PM and is located at 695 Moo 12, Bang Kaeo, Bang Phli, Samut Prakan 10540. For inquiries, contact contact@happitatthailand.com or call 02-095-6000.</w:t>
      </w:r>
      <w:r/>
    </w:p>
    <w:p>
      <w:pPr>
        <w:pStyle w:val="ListNumber"/>
        <w:spacing w:line="240" w:lineRule="auto"/>
        <w:ind w:left="720"/>
      </w:pPr>
      <w:r/>
      <w:hyperlink r:id="rId11">
        <w:r>
          <w:rPr>
            <w:color w:val="0000EE"/>
            <w:u w:val="single"/>
          </w:rPr>
          <w:t>https://www.tatlerasia.com/lifestyle/travel/happitat-bangna-bangkok</w:t>
        </w:r>
      </w:hyperlink>
      <w:r>
        <w:t xml:space="preserve"> - Happitat, a new lifestyle destination in Bangkok's Bangna district, is set to open in 2026. The project is a collaboration between Foster + Partners and former Disney Imagineer Bill Coan, aiming to create a revolutionary experience that integrates people, nature, and imagination. The 200,000-square-metre complex is designed to attract 19 million visitors annually and features three distinct zones: Bloominas, a premium lifestyle hub; Wonderwild, a family destination with edutainment spaces; and Festie Town, a celebration centre for year-round events. The project also introduces Thailand's first happiness index, measuring visitor satisfaction.</w:t>
      </w:r>
      <w:r/>
    </w:p>
    <w:p>
      <w:pPr>
        <w:pStyle w:val="ListNumber"/>
        <w:spacing w:line="240" w:lineRule="auto"/>
        <w:ind w:left="720"/>
      </w:pPr>
      <w:r/>
      <w:hyperlink r:id="rId12">
        <w:r>
          <w:rPr>
            <w:color w:val="0000EE"/>
            <w:u w:val="single"/>
          </w:rPr>
          <w:t>https://www.thefinestthai.com/2026/08/18/happitat-bangna-opening-shopping-family-guide/</w:t>
        </w:r>
      </w:hyperlink>
      <w:r>
        <w:t xml:space="preserve"> - Happitat Bangna, a new lifestyle destination, opened on 21 August 2026 at the entrance to The Forestias in Bang Kaeo, Samut Prakan. The complex combines over 100 restaurants and cafes with shopping, family learning, events, wellness, and pet services. It is divided into three zones: Bloominas (premium lifestyle and community area), Wonderwild (family discovery), and Festie Town (celebrations and performances). Visitors are advised to plan their visit by focusing on one zone and one meal as anchors, allowing extra travel time and treating additional experiences as bonuses.</w:t>
      </w:r>
      <w:r/>
    </w:p>
    <w:p>
      <w:pPr>
        <w:pStyle w:val="ListNumber"/>
        <w:spacing w:line="240" w:lineRule="auto"/>
        <w:ind w:left="720"/>
      </w:pPr>
      <w:r/>
      <w:hyperlink r:id="rId13">
        <w:r>
          <w:rPr>
            <w:color w:val="0000EE"/>
            <w:u w:val="single"/>
          </w:rPr>
          <w:t>https://www.businesstraveller.com/news/happitat-bangkok-bangna-opening-2026/</w:t>
        </w:r>
      </w:hyperlink>
      <w:r>
        <w:t xml:space="preserve"> - Happitat, a 200,000-square-metre lifestyle destination in Bangkok's Bangna district, is set to open on 21 August 2026. Developed by CP Axtra, part of the Thai conglomerate CP Group, the complex includes Michelin-linked dining, a 400-seat theatre, and a rooftop wellness space. It is located near the Bangkok International Trade &amp; Exhibition Centre (BITEC), one of Thailand's largest exhibition and convention centres. The project aims to enhance the retail landscape in the Bangna area, which is experiencing significant investment from rival developers.</w:t>
      </w:r>
      <w:r/>
    </w:p>
    <w:p>
      <w:pPr>
        <w:pStyle w:val="ListNumber"/>
        <w:spacing w:line="240" w:lineRule="auto"/>
        <w:ind w:left="720"/>
      </w:pPr>
      <w:r/>
      <w:hyperlink r:id="rId15">
        <w:r>
          <w:rPr>
            <w:color w:val="0000EE"/>
            <w:u w:val="single"/>
          </w:rPr>
          <w:t>https://thailand-construction.com/happitat-a-15-billion-baht-200000-square-metre-shopping-complex-in-bangkoks-bangna-district-ignites-retail-battle-for-bangkoks-east/</w:t>
        </w:r>
      </w:hyperlink>
      <w:r>
        <w:t xml:space="preserve"> - Happitat, a 15-billion-baht, 200,000-square-metre shopping complex in Bangkok's Bangna district, is set to open on 21 August 2026. Developed by CP Axtra, the project intensifies competition for retail spending in the area, which is seeing significant investment from rival developers. Happitat will compete directly with other major projects in the vicinity, including The Mall Group's Bangkok Mall, Central Group's revamped Central Bangna, and the repositioned Bitec Buri. The retail battle is driven by Bangna's growth into an affluent destination, spurred by infrastructure development and a growing residential population.</w:t>
      </w:r>
      <w:r/>
    </w:p>
    <w:p>
      <w:pPr>
        <w:pStyle w:val="ListNumber"/>
        <w:spacing w:line="240" w:lineRule="auto"/>
        <w:ind w:left="720"/>
      </w:pPr>
      <w:r/>
      <w:hyperlink r:id="rId11">
        <w:r>
          <w:rPr>
            <w:color w:val="0000EE"/>
            <w:u w:val="single"/>
          </w:rPr>
          <w:t>https://www.tatlerasia.com/lifestyle/travel/happitat-bangna-bangkok</w:t>
        </w:r>
      </w:hyperlink>
      <w:r>
        <w:t xml:space="preserve"> - Happitat, a new lifestyle destination in Bangkok's Bangna district, is set to open in 2026. The project is a collaboration between Foster + Partners and former Disney Imagineer Bill Coan, aiming to create a revolutionary experience that integrates people, nature, and imagination. The 200,000-square-metre complex is designed to attract 19 million visitors annually and features three distinct zones: Bloominas, a premium lifestyle hub; Wonderwild, a family destination with edutainment spaces; and Festie Town, a celebration centre for year-round events. The project also introduces Thailand's first happiness index, measuring visitor satisfaction.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guides/best-of/food/happitat-bang-na-restaurants-food-guide" TargetMode="External"/><Relationship Id="rId10" Type="http://schemas.openxmlformats.org/officeDocument/2006/relationships/hyperlink" Target="https://www.happitatthailand.com/" TargetMode="External"/><Relationship Id="rId11" Type="http://schemas.openxmlformats.org/officeDocument/2006/relationships/hyperlink" Target="https://www.tatlerasia.com/lifestyle/travel/happitat-bangna-bangkok" TargetMode="External"/><Relationship Id="rId12" Type="http://schemas.openxmlformats.org/officeDocument/2006/relationships/hyperlink" Target="https://www.thefinestthai.com/2026/08/18/happitat-bangna-opening-shopping-family-guide/" TargetMode="External"/><Relationship Id="rId13" Type="http://schemas.openxmlformats.org/officeDocument/2006/relationships/hyperlink" Target="https://www.businesstraveller.com/news/happitat-bangkok-bangna-opening-2026/" TargetMode="External"/><Relationship Id="rId14" Type="http://schemas.openxmlformats.org/officeDocument/2006/relationships/hyperlink" Target="https://www.noahwire.com" TargetMode="External"/><Relationship Id="rId15" Type="http://schemas.openxmlformats.org/officeDocument/2006/relationships/hyperlink" Target="https://thailand-construction.com/happitat-a-15-billion-baht-200000-square-metre-shopping-complex-in-bangkoks-bangna-district-ignites-retail-battle-for-bangkoks-e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