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SunRay Social at SAii Koh Samui offers a serene alternative to party-heavy beach clubs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who want a beach day on Koh Samui without the soundtrack of a full-blown party club, SunRay Social &amp; Swim Club at SAii Koh Samui Villas offers something calmer and more considered. Set on Hanuman Bay in Choeng Mon, on the island’s quieter north-eastern coast, it swaps the usual daytime noise for a more private, resort-style experience built around pools, sea views and long, unhurried hours in the sun. SAii describes the wider resort as adults-only, with access for guests aged 12 and above, and the setting is designed to feel secluded rather than social in the nightclub sense.</w:t>
      </w:r>
      <w:r/>
    </w:p>
    <w:p>
      <w:r/>
      <w:r>
        <w:t>The appeal begins with the location. The resort sits on a tucked-away stretch of beach that is close enough to Koh Samui International Airport to be convenient, yet far enough from Chaweng’s bustle to feel like an escape. According to SAii, the property is around 10 minutes from the airport and about 5 minutes from Chaweng Beach, while the FoodDrinkDestinations review places SunRay roughly 20 to 25 minutes from the airport and about 25 minutes from Fisherman’s Village. However travellers arrive, the final approach is part of the charm: a quiet coastal setting that feels intentionally hidden from the island’s busier strips.</w:t>
      </w:r>
      <w:r/>
    </w:p>
    <w:p>
      <w:r/>
      <w:r>
        <w:t>What makes SunRay stand out is the pool deck itself. The day-pass concept revolves around a series of cascading pools rather than a single central basin, with padded loungers, shaded corners and a swim-up section that encourages slow, sociable drinking rather than high-energy entertainment. The atmosphere is notably restrained, with low-volume music and a strong emphasis on relaxation. That makes it especially appealing for couples or solo visitors looking to read, nap or simply hear the sea instead of a DJ set. The beach is scenic, but the review notes that coarse sand and rocky water entry mean the pools are the stronger draw for swimming.</w:t>
      </w:r>
      <w:r/>
    </w:p>
    <w:p>
      <w:r/>
      <w:r>
        <w:t>Food and drink are central to the value proposition. SunRay operates on a 1,500 baht day pass that is fully redeemable against food and beverages, making the cost easier to justify if you plan to stay for lunch and drinks. The menu leans towards resort-friendly comfort food, mixing Thai dishes such as curries and pad kaprao with burgers, sliders and pasta. Drinks include local beer, cocktails and a daily happy hour, which the review says adds to the sense of value. For day-trippers, that combination of credit-based spending, table service and a low-pressure pace can feel more polished than a standard beach bar.</w:t>
      </w:r>
      <w:r/>
    </w:p>
    <w:p>
      <w:r/>
      <w:r>
        <w:t>SunRay is best suited to travellers who want calm, comfort and a touch of exclusivity rather than a high-energy beach club scene. Families with younger children will need to look elsewhere, and those chasing loud music or a packed social calendar may find the mood too restrained. But for visitors who value a quiet pool day in a scenic corner of Koh Samui, it appears to deliver exactly what it promises: an elegant, restful place to spend the afternoon, with just enough food, drink and sea air to make the day feel complete.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w:t>
      </w:r>
      <w:hyperlink r:id="rId9">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9">
        <w:r>
          <w:rPr>
            <w:color w:val="0000EE"/>
            <w:u w:val="single"/>
          </w:rPr>
          <w:t>[7]</w:t>
        </w:r>
      </w:hyperlink>
      <w:r>
        <w:t xml:space="preserve">- Paragraph 4: </w:t>
      </w:r>
      <w:hyperlink r:id="rId9">
        <w:r>
          <w:rPr>
            <w:color w:val="0000EE"/>
            <w:u w:val="single"/>
          </w:rPr>
          <w:t>[1]</w:t>
        </w:r>
      </w:hyperlink>
      <w:r>
        <w:t xml:space="preserve">, </w:t>
      </w:r>
      <w:hyperlink r:id="rId9">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[4]</w:t>
        </w:r>
      </w:hyperlink>
      <w:r>
        <w:t xml:space="preserve">, </w:t>
      </w:r>
      <w:hyperlink r:id="rId14">
        <w:r>
          <w:rPr>
            <w:color w:val="0000EE"/>
            <w:u w:val="single"/>
          </w:rPr>
          <w:t>[5]</w:t>
        </w:r>
      </w:hyperlink>
      <w:r>
        <w:t xml:space="preserve">, </w:t>
      </w:r>
      <w:hyperlink r:id="rId9">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https://fooddrinkdestinations.com/sunray-social-koh-samui-review-at-saii-samui/</w:t>
        </w:r>
      </w:hyperlink>
      <w:r>
        <w:t xml:space="preserve"> - Please view link - unable to able to access data</w:t>
      </w:r>
      <w:r/>
    </w:p>
    <w:p>
      <w:pPr>
        <w:pStyle w:val="ListNumber"/>
        <w:spacing w:line="240" w:lineRule="auto"/>
        <w:ind w:left="720"/>
      </w:pPr>
      <w:r/>
      <w:hyperlink r:id="rId10">
        <w:r>
          <w:rPr>
            <w:color w:val="0000EE"/>
            <w:u w:val="single"/>
          </w:rPr>
          <w:t>https://www.saiiresorts.com/kohsamui/choengmon/</w:t>
        </w:r>
      </w:hyperlink>
      <w:r>
        <w:t xml:space="preserve"> - SAii Koh Samui Villas is an adults-only beachfront resort located on a secluded stretch of tropical beach in Hanuman Bay, Choeng Mon. The resort offers private pool villas starting at 80 square metres, providing guests with intimate stays filled with romance and relaxation. Guests aged 12 and above can enjoy direct access to a pristine beach and relax by the peaceful infinity pool. The resort also offers activities such as kayaking and snorkelling, and dining options include Miss Olive Oyl, a sophisticated seafood grill inspired by Mediterranean flavours.</w:t>
      </w:r>
      <w:r/>
    </w:p>
    <w:p>
      <w:pPr>
        <w:pStyle w:val="ListNumber"/>
        <w:spacing w:line="240" w:lineRule="auto"/>
        <w:ind w:left="720"/>
      </w:pPr>
      <w:r/>
      <w:hyperlink r:id="rId11">
        <w:r>
          <w:rPr>
            <w:color w:val="0000EE"/>
            <w:u w:val="single"/>
          </w:rPr>
          <w:t>https://www.saiiresorts.com/kohsamui/villas/find-us/</w:t>
        </w:r>
      </w:hyperlink>
      <w:r>
        <w:t xml:space="preserve"> - SAii Koh Samui Villas is situated on Hanuman Bay in Choeng Mon, Koh Samui. The resort is approximately 10 minutes from Koh Samui International Airport and 5 minutes from Chaweng Beach, known for its vibrant nightlife. Nearby attractions include Choeng Mon Beach, suitable for family-friendly activities, and Central Festival Koh Samui shopping mall. The resort can be reached by car or van, with airport transfers available upon request.</w:t>
      </w:r>
      <w:r/>
    </w:p>
    <w:p>
      <w:pPr>
        <w:pStyle w:val="ListNumber"/>
        <w:spacing w:line="240" w:lineRule="auto"/>
        <w:ind w:left="720"/>
      </w:pPr>
      <w:r/>
      <w:hyperlink r:id="rId13">
        <w:r>
          <w:rPr>
            <w:color w:val="0000EE"/>
            <w:u w:val="single"/>
          </w:rPr>
          <w:t>https://www.saiiresorts.com/kohsamui/villas/</w:t>
        </w:r>
      </w:hyperlink>
      <w:r>
        <w:t xml:space="preserve"> - SAii Koh Samui Villas offers a range of private pool villas, including Pool Villas, Deluxe Pool Villas, and Beachfront Pool Villas. Each villa provides a secluded retreat with contemporary features, private pools, and terraces. The resort is located along a secluded stretch of tropical beach, offering direct beach access and stunning views over Hanuman Bay. Guests can enjoy activities such as kayaking and snorkelling, and dine at Miss Olive Oyl, a seafood grill inspired by Mediterranean flavours.</w:t>
      </w:r>
      <w:r/>
    </w:p>
    <w:p>
      <w:pPr>
        <w:pStyle w:val="ListNumber"/>
        <w:spacing w:line="240" w:lineRule="auto"/>
        <w:ind w:left="720"/>
      </w:pPr>
      <w:r/>
      <w:hyperlink r:id="rId14">
        <w:r>
          <w:rPr>
            <w:color w:val="0000EE"/>
            <w:u w:val="single"/>
          </w:rPr>
          <w:t>https://www.samuibeachclub.com/venues/saii-koh-samui-villas</w:t>
        </w:r>
      </w:hyperlink>
      <w:r>
        <w:t xml:space="preserve"> - SAii Koh Samui Villas is an adults-only beachfront resort located on the quieter Hanuman Bay side of Koh Samui. The resort offers private pool villas with sea-view options, a private beach area, and multiple outdoor pools. Guests can enjoy a peaceful and romantic atmosphere, with dining centred around beachfront restaurant and bar experiences. The resort is situated just minutes away from Chaweng and Choeng Mon, providing easy access to the island's attractions while maintaining a secluded setting.</w:t>
      </w:r>
      <w:r/>
    </w:p>
    <w:p>
      <w:pPr>
        <w:pStyle w:val="ListNumber"/>
        <w:spacing w:line="240" w:lineRule="auto"/>
        <w:ind w:left="720"/>
      </w:pPr>
      <w:r/>
      <w:hyperlink r:id="rId12">
        <w:r>
          <w:rPr>
            <w:color w:val="0000EE"/>
            <w:u w:val="single"/>
          </w:rPr>
          <w:t>https://www.saiiresorts.com/kohsamui/villas/contact-us/</w:t>
        </w:r>
      </w:hyperlink>
      <w:r>
        <w:t xml:space="preserve"> - SAii Koh Samui Villas is located on Hanuman Bay in Koh Samui, Thailand. The resort is approximately 10 minutes from Koh Samui International Airport and 5 minutes from Chaweng Beach, known for its vibrant nightlife. Nearby attractions include Choeng Mon Beach, suitable for family-friendly activities, and Central Festival Koh Samui shopping mall. The resort can be reached by car or van, with airport transfers available upon request. For more information or to make reservations, guests can contact the resort directly.</w:t>
      </w:r>
      <w:r/>
    </w:p>
    <w:p>
      <w:pPr>
        <w:pStyle w:val="ListNumber"/>
        <w:spacing w:line="240" w:lineRule="auto"/>
        <w:ind w:left="720"/>
      </w:pPr>
      <w:r/>
      <w:hyperlink r:id="rId9">
        <w:r>
          <w:rPr>
            <w:color w:val="0000EE"/>
            <w:u w:val="single"/>
          </w:rPr>
          <w:t>https://fooddrinkdestinations.com/sunray-social-koh-samui-review-at-saii-samui/</w:t>
        </w:r>
      </w:hyperlink>
      <w:r>
        <w:t xml:space="preserve"> - SunRay Social &amp; Swim Club is an adult-focused daytime beachfront retreat situated inside the luxury SAii Koh Samui Villas on Hanuman Bay in Choeng Mon. The venue offers a serene, intimate, and quiet atmosphere with multi-level cascading pools, uncrowded sun loungers, and a 100% redeemable minimum-spend day pass. Guests can enjoy elevated Thai and Western menus, daily 2-for-1 happy hour, and periodic evening programming such as fire dance shows and live DJ sessions. The resort is located approximately 20–25 minutes from Koh Samui International Airport and 25 minutes from Fisherman’s Village.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oddrinkdestinations.com/sunray-social-koh-samui-review-at-saii-samui/" TargetMode="External"/><Relationship Id="rId10" Type="http://schemas.openxmlformats.org/officeDocument/2006/relationships/hyperlink" Target="https://www.saiiresorts.com/kohsamui/choengmon/" TargetMode="External"/><Relationship Id="rId11" Type="http://schemas.openxmlformats.org/officeDocument/2006/relationships/hyperlink" Target="https://www.saiiresorts.com/kohsamui/villas/find-us/" TargetMode="External"/><Relationship Id="rId12" Type="http://schemas.openxmlformats.org/officeDocument/2006/relationships/hyperlink" Target="https://www.saiiresorts.com/kohsamui/villas/contact-us/" TargetMode="External"/><Relationship Id="rId13" Type="http://schemas.openxmlformats.org/officeDocument/2006/relationships/hyperlink" Target="https://www.saiiresorts.com/kohsamui/villas/" TargetMode="External"/><Relationship Id="rId14" Type="http://schemas.openxmlformats.org/officeDocument/2006/relationships/hyperlink" Target="https://www.samuibeachclub.com/venues/saii-koh-samui-villas"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