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Madura Rooftop &amp; Bar in Bangkok offers lively Latin American escape with city views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Madura Rooftop &amp; Bar at the Skyview Hotel Bangkok is designed to feel like a quick escape from the city rather than just another hotel bar. The concept leans into Latin American warmth, with music, colour and a lively, social mood that gives the space a different rhythm from the more familiar rooftop lounges in Bangkok. For travellers looking for somewhere with energy as well as a view, it offers a clear change of pace.</w:t>
      </w:r>
      <w:r/>
    </w:p>
    <w:p>
      <w:r/>
      <w:r>
        <w:t>The venue sits on the 32nd floor and is split into two contrasting areas. LUNA is the open-air terrace, where guests can look out across the Sukhumvit skyline, while Lucero is the more intimate indoor lounge, styled for longer, later evenings. According to recent guides, the kitchen is built around fire-led cooking and Latin American-inspired flavours, making the food as much a part of the draw as the setting itself.</w:t>
      </w:r>
      <w:r/>
    </w:p>
    <w:p>
      <w:r/>
      <w:r>
        <w:t>That combination makes Madura feel geared towards diners who want more than a drinks stop. The atmosphere is central to the appeal: lively music, a celebratory tone and a layout that works whether you want an evening with skyline views or a darker, more enclosed space indoors. Practical advice from travel guides suggests booking ahead, especially at busy times, and dressing smart-casual to match the venue’s polished but relaxed feel.</w:t>
      </w:r>
      <w:r/>
    </w:p>
    <w:p>
      <w:r/>
      <w:r>
        <w:t>Its location also strengthens its appeal for visitors staying in or around Sukhumvit. Skyview Hotel Bangkok is in a convenient part of the city, close to transport and shopping, so Madura can work well as a destination for a planned evening rather than an impulsive detour. For travellers seeking a rooftop with personality, good views and a clearly defined culinary identity, it is one of the more distinctive options in Bangkok.</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[7]</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[7]</w:t>
        </w:r>
      </w:hyperlink>
      <w:r>
        <w:t xml:space="preserve">- Paragraph 3: </w:t>
      </w:r>
      <w:hyperlink r:id="rId10">
        <w:r>
          <w:rPr>
            <w:color w:val="0000EE"/>
            <w:u w:val="single"/>
          </w:rPr>
          <w:t>[2]</w:t>
        </w:r>
      </w:hyperlink>
      <w:r>
        <w:t xml:space="preserve">, </w:t>
      </w:r>
      <w:hyperlink r:id="rId11">
        <w:r>
          <w:rPr>
            <w:color w:val="0000EE"/>
            <w:u w:val="single"/>
          </w:rPr>
          <w:t>[3]</w:t>
        </w:r>
      </w:hyperlink>
      <w:r>
        <w:t xml:space="preserve">- Paragraph 4: </w:t>
      </w:r>
      <w:hyperlink r:id="rId13">
        <w:r>
          <w:rPr>
            <w:color w:val="0000EE"/>
            <w:u w:val="single"/>
          </w:rPr>
          <w:t>[4]</w:t>
        </w:r>
      </w:hyperlink>
      <w:r>
        <w:t xml:space="preserve">, </w:t>
      </w:r>
      <w:hyperlink r:id="rId14">
        <w:r>
          <w:rPr>
            <w:color w:val="0000EE"/>
            <w:u w:val="single"/>
          </w:rPr>
          <w:t>[5]</w:t>
        </w:r>
      </w:hyperlink>
      <w:r>
        <w:t xml:space="preserve">, </w:t>
      </w:r>
      <w:hyperlink r:id="rId15">
        <w:r>
          <w:rPr>
            <w:color w:val="0000EE"/>
            <w:u w:val="single"/>
          </w:rPr>
          <w:t>[6]</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https://www.masalathai.com/food/madura-rooftop-bar-bangkok-review</w:t>
        </w:r>
      </w:hyperlink>
      <w:r>
        <w:t xml:space="preserve"> - Please view link - unable to able to access data</w:t>
      </w:r>
      <w:r/>
    </w:p>
    <w:p>
      <w:pPr>
        <w:pStyle w:val="ListNumber"/>
        <w:spacing w:line="240" w:lineRule="auto"/>
        <w:ind w:left="720"/>
      </w:pPr>
      <w:r/>
      <w:hyperlink r:id="rId10">
        <w:r>
          <w:rPr>
            <w:color w:val="0000EE"/>
            <w:u w:val="single"/>
          </w:rPr>
          <w:t>https://www.thefinestthai.com/2026/08/11/madura-rooftop-bangkok-guide/</w:t>
        </w:r>
      </w:hyperlink>
      <w:r>
        <w:t xml:space="preserve"> - This article provides a comprehensive guide to Madura Rooftop Bangkok, located on the 32nd floor of the Skyview Hotel Bangkok. It highlights the venue's dual spaces: LUNA, an open-air terrace offering panoramic views of the Sukhumvit skyline, and Lucero, an intimate indoor lounge. The guide details the fire-led kitchen, Latin American-inspired cuisine, and vibrant music that defines the 'Vibe Dining' experience. It also offers practical tips for visitors, including reservation recommendations and attire suggestions, ensuring an enjoyable and immersive dining experience.</w:t>
      </w:r>
      <w:r/>
    </w:p>
    <w:p>
      <w:pPr>
        <w:pStyle w:val="ListNumber"/>
        <w:spacing w:line="240" w:lineRule="auto"/>
        <w:ind w:left="720"/>
      </w:pPr>
      <w:r/>
      <w:hyperlink r:id="rId11">
        <w:r>
          <w:rPr>
            <w:color w:val="0000EE"/>
            <w:u w:val="single"/>
          </w:rPr>
          <w:t>https://www.therooftopguide.com/rooftop-bars-in-bangkok/madura-rooftop-bangkok.html</w:t>
        </w:r>
      </w:hyperlink>
      <w:r>
        <w:t xml:space="preserve"> - This overview introduces Madura Rooftop Bangkok, a transformed venue on the 32nd floor of the Skyview Hotel Bangkok. The article describes the venue's Latin-inspired concept, featuring a fire grill and electrifying beats. It provides insights into the indoor and outdoor spaces, the culinary offerings, and the vibrant atmosphere that sets Madura apart from traditional lounges. The guide also includes practical information such as location, opening hours, and dress code, assisting potential visitors in planning their experience.</w:t>
      </w:r>
      <w:r/>
    </w:p>
    <w:p>
      <w:pPr>
        <w:pStyle w:val="ListNumber"/>
        <w:spacing w:line="240" w:lineRule="auto"/>
        <w:ind w:left="720"/>
      </w:pPr>
      <w:r/>
      <w:hyperlink r:id="rId13">
        <w:r>
          <w:rPr>
            <w:color w:val="0000EE"/>
            <w:u w:val="single"/>
          </w:rPr>
          <w:t>https://www.tripadvisor.com/Hotel_Review-g293916-d10623691-Reviews-Skyview_Hotel_Bangkok-Bangkok.html</w:t>
        </w:r>
      </w:hyperlink>
      <w:r>
        <w:t xml:space="preserve"> - This TripAdvisor page offers a collection of reviews for the Skyview Hotel Bangkok, highlighting its excellent value, cleanliness, and modern, spacious rooms with stunning city views. Guests commend the friendly and professional service, as well as the variety and quality of amenities, including a rooftop bar and fitness center. The hotel's convenient location near BTS stations and attractions contributes to its vibrant atmosphere, making it a popular choice among travelers seeking quality accommodations in Bangkok.</w:t>
      </w:r>
      <w:r/>
    </w:p>
    <w:p>
      <w:pPr>
        <w:pStyle w:val="ListNumber"/>
        <w:spacing w:line="240" w:lineRule="auto"/>
        <w:ind w:left="720"/>
      </w:pPr>
      <w:r/>
      <w:hyperlink r:id="rId14">
        <w:r>
          <w:rPr>
            <w:color w:val="0000EE"/>
            <w:u w:val="single"/>
          </w:rPr>
          <w:t>https://www.skyviewhotel.com/blog/articles/skyview-hotel-bangkok-review-what-staying-on-sukhumvit-soi-24-is-actually-like/</w:t>
        </w:r>
      </w:hyperlink>
      <w:r>
        <w:t xml:space="preserve"> - This blog post provides an honest review of the Skyview Hotel Bangkok, located on Sukhumvit Soi 24. It discusses the hotel's prime location in the Em District, proximity to shopping malls and BTS Phrom Phong station, and the quality of accommodations. The review also highlights the hotel's rooftop venues, including Vanilla Sky Bar, and offers insights into the overall guest experience, providing a comprehensive perspective for potential visitors considering a stay at the hotel.</w:t>
      </w:r>
      <w:r/>
    </w:p>
    <w:p>
      <w:pPr>
        <w:pStyle w:val="ListNumber"/>
        <w:spacing w:line="240" w:lineRule="auto"/>
        <w:ind w:left="720"/>
      </w:pPr>
      <w:r/>
      <w:hyperlink r:id="rId15">
        <w:r>
          <w:rPr>
            <w:color w:val="0000EE"/>
            <w:u w:val="single"/>
          </w:rPr>
          <w:t>https://thailandaddict.com/en/review-skyview-hotel-bangkok</w:t>
        </w:r>
      </w:hyperlink>
      <w:r>
        <w:t xml:space="preserve"> - This review offers an in-depth look at the Skyview Hotel Bangkok, emphasizing its location in the Em District and proximity to shopping malls and BTS Phrom Phong station. It discusses the hotel's facilities, including the Vanilla Sky Rooftop Bar and outdoor pool with city views. The review provides insights into guest experiences, highlighting the hotel's cleanliness, service, and value for money, assisting potential guests in making informed decisions about their stay.</w:t>
      </w:r>
      <w:r/>
    </w:p>
    <w:p>
      <w:pPr>
        <w:pStyle w:val="ListNumber"/>
        <w:spacing w:line="240" w:lineRule="auto"/>
        <w:ind w:left="720"/>
      </w:pPr>
      <w:r/>
      <w:hyperlink r:id="rId12">
        <w:r>
          <w:rPr>
            <w:color w:val="0000EE"/>
            <w:u w:val="single"/>
          </w:rPr>
          <w:t>https://thailandmagazine.com/bangkok/rooftop-bars/madura/</w:t>
        </w:r>
      </w:hyperlink>
      <w:r>
        <w:t xml:space="preserve"> - This article delves into the architecture and interior design of Madura Rooftop Bangkok, located on the 32nd floor of the Skyview Hotel Bangkok. It describes the venue's two distinct spaces: Lucero, an intimate indoor lounge with velvet accents and a central bar, and LUNA, an outdoor terrace offering panoramic views of the Sukhumvit skyline. The piece also discusses the venue's atmosphere, crowd, musical signature, and service, providing a comprehensive overview of the Madura experience.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asalathai.com/food/madura-rooftop-bar-bangkok-review" TargetMode="External"/><Relationship Id="rId10" Type="http://schemas.openxmlformats.org/officeDocument/2006/relationships/hyperlink" Target="https://www.thefinestthai.com/2026/08/11/madura-rooftop-bangkok-guide/" TargetMode="External"/><Relationship Id="rId11" Type="http://schemas.openxmlformats.org/officeDocument/2006/relationships/hyperlink" Target="https://www.therooftopguide.com/rooftop-bars-in-bangkok/madura-rooftop-bangkok.html" TargetMode="External"/><Relationship Id="rId12" Type="http://schemas.openxmlformats.org/officeDocument/2006/relationships/hyperlink" Target="https://thailandmagazine.com/bangkok/rooftop-bars/madura/" TargetMode="External"/><Relationship Id="rId13" Type="http://schemas.openxmlformats.org/officeDocument/2006/relationships/hyperlink" Target="https://www.tripadvisor.com/Hotel_Review-g293916-d10623691-Reviews-Skyview_Hotel_Bangkok-Bangkok.html" TargetMode="External"/><Relationship Id="rId14" Type="http://schemas.openxmlformats.org/officeDocument/2006/relationships/hyperlink" Target="https://www.skyviewhotel.com/blog/articles/skyview-hotel-bangkok-review-what-staying-on-sukhumvit-soi-24-is-actually-like/" TargetMode="External"/><Relationship Id="rId15" Type="http://schemas.openxmlformats.org/officeDocument/2006/relationships/hyperlink" Target="https://thailandaddict.com/en/review-skyview-hotel-bangkok"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