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Khao Lak's new sweet spot: Thailand’s first chocolate-first resort reimagines luxury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Khao Lak has long been the kind of place travellers choose for space, sea and a slower rhythm, but JW Marriott Khao Lak Resort and Spa is giving the destination a sweeter identity. According to Asia361, the beachfront property has reimagined itself as Southern Thailand’s first chocolate destination, turning cacao into a central part of the guest experience rather than a token welcome treat. The resort’s new chocolate programme links a bean-to-bar atelier, tasting sessions, themed dining and even spa rituals to the cocoa grown in nearby Phang Nga, creating a rare holiday idea that feels both indulgent and rooted in place.</w:t>
      </w:r>
      <w:r/>
    </w:p>
    <w:p>
      <w:r/>
      <w:r>
        <w:t>The setting makes the concept work. Marriott says the resort sits on a white-sand beach in Phang Nga and is built around a 2.5-kilometre lagoon pool, while Asia361 describes how a pool-access room can make the water feel like part of the accommodation itself. That combination of beach frontage, broad swimming space and generous room size gives the property the easy, unhurried atmosphere most travellers want in southern Thailand, especially if they are planning a stay that is more about lingering than ticking off sights.</w:t>
      </w:r>
      <w:r/>
    </w:p>
    <w:p>
      <w:r/>
      <w:r>
        <w:t>What distinguishes the chocolate story is its local foundation. TTG Asia reported that the on-site bean-to-bar factory and boutique were developed with Duc de Praslin Chocolaterie Boutique &amp; Atelier, and that at least 85 per cent of the cacao used comes from Phang Nga through fixed-price monthly orders with farming cooperatives. For guests, that means the chocolates are not just a novelty to buy and take home; they are tied to the surrounding agricultural landscape. Asia361 also noted hands-on workshops, including tastings that move from milder bars to 100 per cent cocoa, plus decorative chocolate-making sessions that make the experience feel playful rather than precious.</w:t>
      </w:r>
      <w:r/>
    </w:p>
    <w:p>
      <w:r/>
      <w:r>
        <w:t>Food and drink remain a major reason to stay on property. Marriott lists a broad mix of venues, from Olive’s Italian menu and curated wine list to Ta-Krai’s Thai cooking, Sakura’s Japanese dishes, Drift Beach Bar &amp; Grill’s Mediterranean-leaning seafood and mezze, and more casual stops such as Sala, the Deli and the Beach Bar. Asia361’s account suggests that this variety matters because the resort can absorb an entire holiday without guests needing to look elsewhere for dinner, coffee or a drink by the sea. The JW Garden, which Marriott says supplies fresh seasonal produce, adds another layer of freshness to the dining offer.</w:t>
      </w:r>
      <w:r/>
    </w:p>
    <w:p>
      <w:r/>
      <w:r>
        <w:t>Beyond the plates and pralines, the resort leans into wellness and atmosphere. Asia361 described a cocoa-oil treatment at Quan Spa as a fitting extension of the chocolate theme, while Marriott highlights the spa alongside the property’s nature-inspired setting. For travellers deciding where to stay in Khao Lak, the appeal is straightforward: a polished beachfront base with plenty of dining choice, a long lagoon pool, and an unusual chocolate experience that turns a luxury resort stay into something more memorable than an ordinary sun-and-sea break.</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12">
        <w:r>
          <w:rPr>
            <w:color w:val="0000EE"/>
            <w:u w:val="single"/>
          </w:rPr>
          <w:t>[2]</w:t>
        </w:r>
      </w:hyperlink>
      <w:r>
        <w:t xml:space="preserve">, </w:t>
      </w:r>
      <w:hyperlink r:id="rId9">
        <w:r>
          <w:rPr>
            <w:color w:val="0000EE"/>
            <w:u w:val="single"/>
          </w:rPr>
          <w:t>[1]</w:t>
        </w:r>
      </w:hyperlink>
      <w:r>
        <w:t xml:space="preserve">, </w:t>
      </w:r>
      <w:hyperlink r:id="rId11">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[4]</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https://asia361.com/2026/08/23/a-sweet-escape-discovering-thailands-first-chocolate-destination-at-jw-marriott-khao-lak/</w:t>
        </w:r>
      </w:hyperlink>
      <w:r>
        <w:t xml:space="preserve"> - Please view link - unable to able to access data</w:t>
      </w:r>
      <w:r/>
    </w:p>
    <w:p>
      <w:pPr>
        <w:pStyle w:val="ListNumber"/>
        <w:spacing w:line="240" w:lineRule="auto"/>
        <w:ind w:left="720"/>
      </w:pPr>
      <w:r/>
      <w:hyperlink r:id="rId12">
        <w:r>
          <w:rPr>
            <w:color w:val="0000EE"/>
            <w:u w:val="single"/>
          </w:rPr>
          <w:t>https://www.marriott.com/en-us/hotels/hktkl-jw-marriott-khao-lak-resort-and-spa/dining/</w:t>
        </w:r>
      </w:hyperlink>
      <w:r>
        <w:t xml:space="preserve"> - JW Marriott Khao Lak Resort &amp; Spa offers a diverse culinary experience with multiple dining venues. Drift Beach Bar &amp; Grill presents Mediterranean and Middle Eastern mezze, while Olive serves authentic Italian dishes complemented by a curated wine list. The resort also features Thai and Japanese restaurants, including Ta-Krai and Sakura, providing regional flavours in beachfront settings. For casual dining, Sala and the Deli offer light meals and refreshments, and the Beach Bar provides a relaxed atmosphere with views of the Andaman Sea.</w:t>
      </w:r>
      <w:r/>
    </w:p>
    <w:p>
      <w:pPr>
        <w:pStyle w:val="ListNumber"/>
        <w:spacing w:line="240" w:lineRule="auto"/>
        <w:ind w:left="720"/>
      </w:pPr>
      <w:r/>
      <w:hyperlink r:id="rId10">
        <w:r>
          <w:rPr>
            <w:color w:val="0000EE"/>
            <w:u w:val="single"/>
          </w:rPr>
          <w:t>https://www.ttgasia.com/2026/08/19/southern-thailands-first-chocolate-boutique-debuts-at-jw-marriott-khao-lak/</w:t>
        </w:r>
      </w:hyperlink>
      <w:r>
        <w:t xml:space="preserve"> - JW Marriott Khao Lak Resort &amp; Spa has introduced Southern Thailand's first on-site bean-to-bar chocolate factory and boutique, developed in partnership with Duc de Praslin Chocolaterie Boutique &amp; Atelier. The boutique highlights cacao grown in Phang Nga, with at least 85% of the cacao sourced locally through monthly standing orders with farmer cooperatives at fixed prices. Guests can explore the chocolate-making process through workshops, tastings, and themed menus, offering a unique culinary experience rooted in the local community.</w:t>
      </w:r>
      <w:r/>
    </w:p>
    <w:p>
      <w:pPr>
        <w:pStyle w:val="ListNumber"/>
        <w:spacing w:line="240" w:lineRule="auto"/>
        <w:ind w:left="720"/>
      </w:pPr>
      <w:r/>
      <w:hyperlink r:id="rId11">
        <w:r>
          <w:rPr>
            <w:color w:val="0000EE"/>
            <w:u w:val="single"/>
          </w:rPr>
          <w:t>https://www.marriott.com/en-us/hotels/hktkl-jw-marriott-khao-lak-resort-and-spa/overview/</w:t>
        </w:r>
      </w:hyperlink>
      <w:r>
        <w:t xml:space="preserve"> - JW Marriott Khao Lak Resort &amp; Spa is a luxury beachfront resort located in Phang Nga, Thailand. The resort features a pristine white sand beach, a 2.5-kilometre lagoon pool, and a 27-acre JW Garden that supplies fresh, seasonal ingredients for its dining venues. Guests can indulge in a variety of restaurants and bars, including Drift Beach Bar &amp; Grill, Olive, Ta-Krai, and Sakura, offering diverse cuisines. The resort also provides wellness experiences at Quan Spa and hosts events and weddings in nature-inspired venues.</w:t>
      </w:r>
      <w:r/>
    </w:p>
    <w:p>
      <w:pPr>
        <w:pStyle w:val="ListNumber"/>
        <w:spacing w:line="240" w:lineRule="auto"/>
        <w:ind w:left="720"/>
      </w:pPr>
      <w:r/>
      <w:hyperlink r:id="rId14">
        <w:r>
          <w:rPr>
            <w:color w:val="0000EE"/>
            <w:u w:val="single"/>
          </w:rPr>
          <w:t>https://www.marriott.com/en-us/hotels/hktkl-jw-marriott-khao-lak-resort-and-spa/overview/?msockid=0d4f9fe9d41366bc07ea891fd55d6744</w:t>
        </w:r>
      </w:hyperlink>
      <w:r>
        <w:t xml:space="preserve"> - JW Marriott Khao Lak Resort &amp; Spa offers a luxury stay amidst the natural beauty of Khao Lak, Thailand. The resort features a pristine white sand beach, a 2.5-kilometre lagoon pool, and a 27-acre JW Garden that supplies fresh, seasonal ingredients for its dining venues. Guests can indulge in a variety of restaurants and bars, including Drift Beach Bar &amp; Grill, Olive, Ta-Krai, and Sakura, offering diverse cuisines. The resort also provides wellness experiences at Quan Spa and hosts events and weddings in nature-inspired venues.</w:t>
      </w:r>
      <w:r/>
    </w:p>
    <w:p>
      <w:pPr>
        <w:pStyle w:val="ListNumber"/>
        <w:spacing w:line="240" w:lineRule="auto"/>
        <w:ind w:left="720"/>
      </w:pPr>
      <w:r/>
      <w:hyperlink r:id="rId15">
        <w:r>
          <w:rPr>
            <w:color w:val="0000EE"/>
            <w:u w:val="single"/>
          </w:rPr>
          <w:t>https://www.marriott.com/pt-br/hotels/travel/hktkl-jw-marriott-khao-lak-resort-and-spa/</w:t>
        </w:r>
      </w:hyperlink>
      <w:r>
        <w:t xml:space="preserve"> - JW Marriott Khao Lak Resort &amp; Spa is a luxury beachfront resort located in Phang Nga, Thailand. The resort features a pristine white sand beach, a 2.5-kilometre lagoon pool, and a 27-acre JW Garden that supplies fresh, seasonal ingredients for its dining venues. Guests can indulge in a variety of restaurants and bars, including Drift Beach Bar &amp; Grill, Olive, Ta-Krai, and Sakura, offering diverse cuisines. The resort also provides wellness experiences at Quan Spa and hosts events and weddings in nature-inspired venues.</w:t>
      </w:r>
      <w:r/>
    </w:p>
    <w:p>
      <w:pPr>
        <w:pStyle w:val="ListNumber"/>
        <w:spacing w:line="240" w:lineRule="auto"/>
        <w:ind w:left="720"/>
      </w:pPr>
      <w:r/>
      <w:hyperlink r:id="rId16">
        <w:r>
          <w:rPr>
            <w:color w:val="0000EE"/>
            <w:u w:val="single"/>
          </w:rPr>
          <w:t>https://www.expedia.com/Takua-Pa-Hotels-JW-Marriott-Khao-Lak-Resort-And-Spa.h2776780.Hotel-Information</w:t>
        </w:r>
      </w:hyperlink>
      <w:r>
        <w:t xml:space="preserve"> - JW Marriott Khao Lak Resort &amp; Spa has received positive reviews from guests, with an overall rating of 9.4 out of 10. Guests have praised the cleanliness, staff service, amenities, and property conditions. The resort offers a variety of dining options, including Drift Beach Bar &amp; Grill, Olive, Ta-Krai, and Sakura, providing diverse cuisines. The 2.5-kilometre lagoon pool and 27-acre JW Garden enhance the resort's appeal, offering guests a luxurious and comfortable stay in Khao Lak, Thailand.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sia361.com/2026/08/23/a-sweet-escape-discovering-thailands-first-chocolate-destination-at-jw-marriott-khao-lak/" TargetMode="External"/><Relationship Id="rId10" Type="http://schemas.openxmlformats.org/officeDocument/2006/relationships/hyperlink" Target="https://www.ttgasia.com/2026/08/19/southern-thailands-first-chocolate-boutique-debuts-at-jw-marriott-khao-lak/" TargetMode="External"/><Relationship Id="rId11" Type="http://schemas.openxmlformats.org/officeDocument/2006/relationships/hyperlink" Target="https://www.marriott.com/en-us/hotels/hktkl-jw-marriott-khao-lak-resort-and-spa/overview/" TargetMode="External"/><Relationship Id="rId12" Type="http://schemas.openxmlformats.org/officeDocument/2006/relationships/hyperlink" Target="https://www.marriott.com/en-us/hotels/hktkl-jw-marriott-khao-lak-resort-and-spa/dining/" TargetMode="External"/><Relationship Id="rId13" Type="http://schemas.openxmlformats.org/officeDocument/2006/relationships/hyperlink" Target="https://www.noahwire.com" TargetMode="External"/><Relationship Id="rId14" Type="http://schemas.openxmlformats.org/officeDocument/2006/relationships/hyperlink" Target="https://www.marriott.com/en-us/hotels/hktkl-jw-marriott-khao-lak-resort-and-spa/overview/?msockid=0d4f9fe9d41366bc07ea891fd55d6744" TargetMode="External"/><Relationship Id="rId15" Type="http://schemas.openxmlformats.org/officeDocument/2006/relationships/hyperlink" Target="https://www.marriott.com/pt-br/hotels/travel/hktkl-jw-marriott-khao-lak-resort-and-spa/" TargetMode="External"/><Relationship Id="rId16" Type="http://schemas.openxmlformats.org/officeDocument/2006/relationships/hyperlink" Target="https://www.expedia.com/Takua-Pa-Hotels-JW-Marriott-Khao-Lak-Resort-And-Spa.h2776780.Hotel-In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