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Experience the vibrant street breakfast scene that captures Thailand’s daily rhythm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 breakfast in Thailand is not really a separate category so much as a way of eating: warm, savoury and often sold from street stalls that come alive before sunrise. For travellers, that means the best morning meal may be a bowl of rice porridge, a noodle soup, grilled pork with sticky rice, or even fried dough dipped in sweet custard. According to guides to Thai morning food culture, these dishes are often available from local markets near temples, schools and commuter routes, then sold out by late morning.</w:t>
      </w:r>
      <w:r/>
    </w:p>
    <w:p>
      <w:r/>
      <w:r>
        <w:t>One of the most reliable things to look for is jok, Thailand’s comforting rice congee. It is thick, soft and soothing, usually served with pork, ginger, spring onions and a softly set egg. Khao tom is a lighter cousin: a clear rice soup that feels especially welcome on hot or rainy mornings. Both dishes are easy to find at no-frills shops and market stalls, and they are among the best choices if you want something gentle, filling and unmistakably local.</w:t>
      </w:r>
      <w:r/>
    </w:p>
    <w:p>
      <w:r/>
      <w:r>
        <w:t>If you prefer something more substantial, look for kai jeow, the crisp, puffed Thai omelette served with rice and chilli sauce, or khao khai chiao, a similar dish often eaten as a simple everyday breakfast. In parts of the north-east, kai kata offers a more unusual option: eggs fried in a small skillet with sausage and pork, often served with toast. These dishes show how Thai breakfasts often blur the line between breakfast, lunch and dinner, with familiar ingredients simply adapted to the early hours.</w:t>
      </w:r>
      <w:r/>
    </w:p>
    <w:p>
      <w:r/>
      <w:r>
        <w:t>For many visitors, the most memorable breakfast is also the most portable. Moo ping, grilled pork skewers, are commonly sold with sticky rice in small bags, making them ideal for an early bus ride or a quick market breakfast. Patongo, the airy fried dough sticks, are another staple, especially when dipped into sweet pandan custard or condensed milk. Sweet snacks such as kanom krok, the coconut-rice pancakes cooked in moulded pans, appear in morning markets too, offering a gentler, dessert-like start for anyone who wants breakfast with a sweeter edge.</w:t>
      </w:r>
      <w:r/>
    </w:p>
    <w:p>
      <w:r/>
      <w:r>
        <w:t>Coffee also matters. Traditional Thai mornings are often paired with strong, dark coffee, frequently sweetened with condensed milk, or with hot chocolate drinks such as Ovaltine. In practice, breakfast in Thailand is as much about the stall-side rhythm as the food itself: a plastic stool, a steaming bowl, a vendor working quickly behind a cart, and the sense that the whole city is waking up around you. That is part of the appeal for travellers, especially in busy places where morning food culture is still tied to daily life rather than to cafés alone.</w:t>
      </w:r>
      <w:r/>
    </w:p>
    <w:p>
      <w:r/>
      <w:r>
        <w:t>The best way to experience it is to follow the local flow. Guides to Thai breakfast consistently point to wet markets as the most rewarding places to eat early, where the choices are freshest and the atmosphere feels most authentic. In tourist areas, hotel breakfasts may be more familiar, but they rarely match the character of a market bowl of jok or a roadside plate of rice and omelette eaten at dawn. For visitors, the real value is not only in tasting these dishes, but in seeing how naturally they fit into Thai daily life.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[5]</w:t>
        </w:r>
      </w:hyperlink>
      <w:r>
        <w:t xml:space="preserve">- Paragraph 2: </w:t>
      </w:r>
      <w:hyperlink r:id="rId13">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[5]</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2">
        <w:r>
          <w:rPr>
            <w:color w:val="0000EE"/>
            <w:u w:val="single"/>
          </w:rPr>
          <w:t>[5]</w:t>
        </w:r>
      </w:hyperlink>
      <w:r>
        <w:t xml:space="preserve">, </w:t>
      </w:r>
      <w:hyperlink r:id="rId15">
        <w:r>
          <w:rPr>
            <w:color w:val="0000EE"/>
            <w:u w:val="single"/>
          </w:rPr>
          <w:t>[7]</w:t>
        </w:r>
      </w:hyperlink>
      <w:r>
        <w:t xml:space="preserve">- Paragraph 7: </w:t>
      </w:r>
      <w:hyperlink r:id="rId10">
        <w:r>
          <w:rPr>
            <w:color w:val="0000EE"/>
            <w:u w:val="single"/>
          </w:rPr>
          <w:t>[2]</w:t>
        </w:r>
      </w:hyperlink>
      <w:r>
        <w:t xml:space="preserve">, </w:t>
      </w:r>
      <w:hyperlink r:id="rId12">
        <w:r>
          <w:rPr>
            <w:color w:val="0000EE"/>
            <w:u w:val="single"/>
          </w:rPr>
          <w:t>[5]</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https://fooddrinkdestinations.com/thai-breakfast-dishes/</w:t>
        </w:r>
      </w:hyperlink>
      <w:r>
        <w:t xml:space="preserve"> - Please view link - unable to able to access data</w:t>
      </w:r>
      <w:r/>
    </w:p>
    <w:p>
      <w:pPr>
        <w:pStyle w:val="ListNumber"/>
        <w:spacing w:line="240" w:lineRule="auto"/>
        <w:ind w:left="720"/>
      </w:pPr>
      <w:r/>
      <w:hyperlink r:id="rId10">
        <w:r>
          <w:rPr>
            <w:color w:val="0000EE"/>
            <w:u w:val="single"/>
          </w:rPr>
          <w:t>https://thailandknowledge.com/blog/best-thai-breakfast-foods</w:t>
        </w:r>
      </w:hyperlink>
      <w:r>
        <w:t xml:space="preserve"> - This article delves into the rich variety of Thai breakfast foods, highlighting dishes such as khao tom (rice porridge), jok (congee), khao man gai (poached chicken over rice), and various noodle soups. It emphasizes the cultural significance of these meals, noting that many traditional Thai breakfast spots open before 6 am and wind down by 10 am. The piece also touches upon the influence of Chinese cuisine on Thai breakfast traditions, with dishes like patongo (fried dough sticks) and kanom krok (coconut-rice pancakes) being popular morning treats. The article concludes by suggesting that the best Thai breakfast experiences are found at local wet markets (talat sod) starting around 6–7 am, offering an authentic taste of Thailand's morning food culture.</w:t>
      </w:r>
      <w:r/>
    </w:p>
    <w:p>
      <w:pPr>
        <w:pStyle w:val="ListNumber"/>
        <w:spacing w:line="240" w:lineRule="auto"/>
        <w:ind w:left="720"/>
      </w:pPr>
      <w:r/>
      <w:hyperlink r:id="rId13">
        <w:r>
          <w:rPr>
            <w:color w:val="0000EE"/>
            <w:u w:val="single"/>
          </w:rPr>
          <w:t>https://www.thaifoodguide.com/recipes/jok</w:t>
        </w:r>
      </w:hyperlink>
      <w:r>
        <w:t xml:space="preserve"> - This recipe guide provides a detailed look at 'Jok', Thailand's beloved rice porridge. It describes the dish as a comforting breakfast made from jasmine rice simmered until it reaches a creamy, oatmeal-like consistency. The guide outlines the preparation of savory pork meatballs, soft-boiled eggs, fresh ginger, and aromatic fried garlic, all of which are traditional toppings for Jok. The recipe is adaptable for vegetarians and those following gluten-free diets, making it accessible to a wide audience. The article also offers insights into the regional variations of Jok and its cultural significance in Thai cuisine.</w:t>
      </w:r>
      <w:r/>
    </w:p>
    <w:p>
      <w:pPr>
        <w:pStyle w:val="ListNumber"/>
        <w:spacing w:line="240" w:lineRule="auto"/>
        <w:ind w:left="720"/>
      </w:pPr>
      <w:r/>
      <w:hyperlink r:id="rId11">
        <w:r>
          <w:rPr>
            <w:color w:val="0000EE"/>
            <w:u w:val="single"/>
          </w:rPr>
          <w:t>https://www.asianinfo.org/asianinfo/thailand/pro-food.htm</w:t>
        </w:r>
      </w:hyperlink>
      <w:r>
        <w:t xml:space="preserve"> - This article provides an overview of Thai cuisine, focusing on representative dishes and breakfast options. It highlights that Thai cuisine doesn't have very specific breakfast dishes, and often, meals are not limited to certain times of day but rather by the availability of certain produce and products. The piece mentions that a Thai breakfast can consist of the same dishes which are also eaten for lunch or dinner, such as fried rice, noodle soups, and steamed rice with simple accompaniments like an omelette, fried pork, or chicken. Specific breakfast dishes mentioned include Chok (a rice porridge similar to Chinese congee), Khao khai chiao (an omelet with white rice), and Khao tom (a Thai-style rice soup, usually with pork, chicken, or shrimp).</w:t>
      </w:r>
      <w:r/>
    </w:p>
    <w:p>
      <w:pPr>
        <w:pStyle w:val="ListNumber"/>
        <w:spacing w:line="240" w:lineRule="auto"/>
        <w:ind w:left="720"/>
      </w:pPr>
      <w:r/>
      <w:hyperlink r:id="rId12">
        <w:r>
          <w:rPr>
            <w:color w:val="0000EE"/>
            <w:u w:val="single"/>
          </w:rPr>
          <w:t>https://outthailand.com/guide/thai-breakfast/</w:t>
        </w:r>
      </w:hyperlink>
      <w:r>
        <w:t xml:space="preserve"> - This guide explores the unique aspects of Thai breakfast culture, emphasizing that Thai breakfasts are savoury, not sweet, and are rarely a dedicated 'breakfast food' category. It notes that a bowl of noodle soup, a plate of chicken and rice, or stewed pork leg over rice are all completely normal things to order at 7 am, and the same stalls often serve them into the afternoon. The article lists common Thai breakfast dishes such as Jok (rice porridge), Khao Tom (rice soup), Khao Niew Moo Ping (grilled pork skewers with sticky rice), and Patongo (fried dough sticks). It also highlights that Thai breakfast is street food more than home cooking, with the best of it appearing at dawn near markets, schools, and temples, often sold out by mid-morning.</w:t>
      </w:r>
      <w:r/>
    </w:p>
    <w:p>
      <w:pPr>
        <w:pStyle w:val="ListNumber"/>
        <w:spacing w:line="240" w:lineRule="auto"/>
        <w:ind w:left="720"/>
      </w:pPr>
      <w:r/>
      <w:hyperlink r:id="rId14">
        <w:r>
          <w:rPr>
            <w:color w:val="0000EE"/>
            <w:u w:val="single"/>
          </w:rPr>
          <w:t>https://www.tastingtable.com/1611182/traditional-breakfast-thailand/</w:t>
        </w:r>
      </w:hyperlink>
      <w:r>
        <w:t xml:space="preserve"> - This article provides an in-depth look at traditional Thai breakfast dishes, highlighting the differences between Thai and Western breakfasts. It discusses how plain white rice can be eaten with Thai omelets (khai jiao), which are deep-fried and tend to have a dash of fish sauce, chilis, and spring onions. The piece also mentions that food stalls will generally start setting up shop shortly before sunrise for those craving it. Additionally, it notes that people in Thailand also eat congee (jok), made of boiling down rice in water, which can be eaten plain or with toppings like Thai donuts (patongo) and is often enjoyed with coffee or sweet custard. The article also touches upon other Thai-style breakfast beverages.</w:t>
      </w:r>
      <w:r/>
    </w:p>
    <w:p>
      <w:pPr>
        <w:pStyle w:val="ListNumber"/>
        <w:spacing w:line="240" w:lineRule="auto"/>
        <w:ind w:left="720"/>
      </w:pPr>
      <w:r/>
      <w:hyperlink r:id="rId15">
        <w:r>
          <w:rPr>
            <w:color w:val="0000EE"/>
            <w:u w:val="single"/>
          </w:rPr>
          <w:t>https://businessupturn.com/asia/southeast-asia/thailand/traditional-thai-breakfast-ideas-a-burst-of-flavours-to-begin-the-day/</w:t>
        </w:r>
      </w:hyperlink>
      <w:r>
        <w:t xml:space="preserve"> - This article introduces readers to traditional Thai breakfast ideas, emphasizing the simplicity and big flavour of Thai morning meals. It highlights classic Thai breakfast dishes such as Jok (Thai rice porridge), Khao Tom (rice soup), and Khao Niew Moo Ping (grilled pork skewers with sticky rice). The piece notes that the spirit of Thai breakfast is unpretentious—simple food, big flavour, and warmth in every bite. It also mentions that Thai breakfast is street food more than home cooking, with the best of it appearing at dawn near markets, schools, and temples, often sold out by mid-morning.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ooddrinkdestinations.com/thai-breakfast-dishes/" TargetMode="External"/><Relationship Id="rId10" Type="http://schemas.openxmlformats.org/officeDocument/2006/relationships/hyperlink" Target="https://thailandknowledge.com/blog/best-thai-breakfast-foods" TargetMode="External"/><Relationship Id="rId11" Type="http://schemas.openxmlformats.org/officeDocument/2006/relationships/hyperlink" Target="https://www.asianinfo.org/asianinfo/thailand/pro-food.htm" TargetMode="External"/><Relationship Id="rId12" Type="http://schemas.openxmlformats.org/officeDocument/2006/relationships/hyperlink" Target="https://outthailand.com/guide/thai-breakfast/" TargetMode="External"/><Relationship Id="rId13" Type="http://schemas.openxmlformats.org/officeDocument/2006/relationships/hyperlink" Target="https://www.thaifoodguide.com/recipes/jok" TargetMode="External"/><Relationship Id="rId14" Type="http://schemas.openxmlformats.org/officeDocument/2006/relationships/hyperlink" Target="https://www.tastingtable.com/1611182/traditional-breakfast-thailand/" TargetMode="External"/><Relationship Id="rId15" Type="http://schemas.openxmlformats.org/officeDocument/2006/relationships/hyperlink" Target="https://businessupturn.com/asia/southeast-asia/thailand/traditional-thai-breakfast-ideas-a-burst-of-flavours-to-begin-the-day/"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