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AQUA Bar in Bangkok celebrates 20 years with a garden-inspired cocktail programme and Asian accolade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AQUA Bar at Anantara Siam Bangkok Hotel has emerged as one of Bangkok’s most appealing cocktail stops for travellers who want atmosphere as much as a drink list. Recognised in Asia’s 50 Best Bars 2026, the garden-style venue is being noticed for more than its cocktails: it offers a rare pocket of calm in the middle of Ratchaprasong, with koi ponds, greenery and a setting that feels far removed from the traffic and shopping malls outside.</w:t>
      </w:r>
      <w:r/>
    </w:p>
    <w:p>
      <w:r/>
      <w:r>
        <w:t>The bar’s appeal lies in the way it combines showmanship with restraint. Beverage manager Ryan Dela Vega has built the programme around personalised drinks shaped by seasonal produce, careful technique and a sense of storytelling, while the hotel says the guest experience is designed to feel warm rather than intimidating. That balance appears to be central to its success: a polished bar where the detail matters, but the mood remains relaxed and welcoming.</w:t>
      </w:r>
      <w:r/>
    </w:p>
    <w:p>
      <w:r/>
      <w:r>
        <w:t>AQUA Bar has also leaned into its own history as it marks 20 years of service. South China Morning Post reported that the latest menu draws inspiration from the ducks that once wandered the property’s Parichart Court, a nostalgic touch that now runs through the bar’s identity. Other coverage of the refreshed programme describes cocktails built around the idea of the garden itself, with drinks presented as small narratives rather than just mixed spirits.</w:t>
      </w:r>
      <w:r/>
    </w:p>
    <w:p>
      <w:r/>
      <w:r>
        <w:t>For visitors planning a night out in Bangkok, the bar offers a practical combination of setting, access and distinction. It is at 155 Rajadamri Road and open daily from noon until 12.30am, making it suitable for an early aperitif, a post-dinner drink or a slower evening in a more tranquil corner of the city. Tripadvisor reviews point to live music and classic cocktails with local twists, which should make it especially appealing to travellers looking for somewhere elegant but not overly formal.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https://www.travelandtourworld.com/news/article/e86pyfuo0qbm/</w:t>
        </w:r>
      </w:hyperlink>
      <w:r>
        <w:t xml:space="preserve"> - Please view link - unable to able to access data</w:t>
      </w:r>
      <w:r/>
    </w:p>
    <w:p>
      <w:pPr>
        <w:pStyle w:val="ListNumber"/>
        <w:spacing w:line="240" w:lineRule="auto"/>
        <w:ind w:left="720"/>
      </w:pPr>
      <w:r/>
      <w:hyperlink r:id="rId10">
        <w:r>
          <w:rPr>
            <w:color w:val="0000EE"/>
            <w:u w:val="single"/>
          </w:rPr>
          <w:t>https://media.minorhotels.com/en-GLO/268769-aqua-bar-at-anantara-siam-bangkok-debuts-on-asia-s-50-best-bars-2026/</w:t>
        </w:r>
      </w:hyperlink>
      <w:r>
        <w:t xml:space="preserve"> - AQUA Bar at Anantara Siam Bangkok Hotel has been recognised among Asia's 50 Best Bars 2026. The bar's beverage manager, Ryan Dela Vega, attributes this achievement to the fusion of technical mixology and warm hospitality, creating an environment where guests feel compelled to stay longer. The recognition underscores AQUA Bar's distinctive position in Bangkok's cocktail scene, inviting both new and returning guests to experience its unique offerings. The bar operates daily from 12:00 pm to 00:30 am at 155 Rajadamri Road, Bangkok, Thailand.</w:t>
      </w:r>
      <w:r/>
    </w:p>
    <w:p>
      <w:pPr>
        <w:pStyle w:val="ListNumber"/>
        <w:spacing w:line="240" w:lineRule="auto"/>
        <w:ind w:left="720"/>
      </w:pPr>
      <w:r/>
      <w:hyperlink r:id="rId13">
        <w:r>
          <w:rPr>
            <w:color w:val="0000EE"/>
            <w:u w:val="single"/>
          </w:rPr>
          <w:t>https://www.scmp.com/lifestyle/food-drink/article/3343813/anantara-siam-bangkok-hotels-aqua-bar-marks-20-years-cocktails-inspired-ducks</w:t>
        </w:r>
      </w:hyperlink>
      <w:r>
        <w:t xml:space="preserve"> - To celebrate its 20th anniversary, AQUA Bar at Anantara Siam Bangkok Hotel has introduced a new cocktail menu inspired by the ducks that once roamed its Parichart Court. Beverage manager Ryan Dela Vega highlights the significance of these ducks in the bar's history, noting that guests would return to AQUA because of them. This nostalgic touch adds a unique element to the bar's refreshed identity, blending tradition with innovation in its offerings.</w:t>
      </w:r>
      <w:r/>
    </w:p>
    <w:p>
      <w:pPr>
        <w:pStyle w:val="ListNumber"/>
        <w:spacing w:line="240" w:lineRule="auto"/>
        <w:ind w:left="720"/>
      </w:pPr>
      <w:r/>
      <w:hyperlink r:id="rId15">
        <w:r>
          <w:rPr>
            <w:color w:val="0000EE"/>
            <w:u w:val="single"/>
          </w:rPr>
          <w:t>https://www.tripadvisor.com/Restaurant_Review-g293916-d1051123-Reviews-Aqua_Bar-Bangkok.html</w:t>
        </w:r>
      </w:hyperlink>
      <w:r>
        <w:t xml:space="preserve"> - AQUA Bar, located within Anantara Siam Bangkok Hotel, is renowned for its elegant ambiance and live music performances. Situated in the heart of Bangkok's Ratchaprasong district, the bar offers a tranquil escape with its lush surroundings and serene koi pond. Guests can enjoy a variety of classic cocktails and signature drinks with local twists, making it a preferred destination for both intimate gatherings and lively evenings.</w:t>
      </w:r>
      <w:r/>
    </w:p>
    <w:p>
      <w:pPr>
        <w:pStyle w:val="ListNumber"/>
        <w:spacing w:line="240" w:lineRule="auto"/>
        <w:ind w:left="720"/>
      </w:pPr>
      <w:r/>
      <w:hyperlink r:id="rId14">
        <w:r>
          <w:rPr>
            <w:color w:val="0000EE"/>
            <w:u w:val="single"/>
          </w:rPr>
          <w:t>https://foodies.id/aqua-bar-marks-20-years-with-new-mixology-programme-at-anantara-siam-bangkok/</w:t>
        </w:r>
      </w:hyperlink>
      <w:r>
        <w:t xml:space="preserve"> - AQUA Bar at Anantara Siam Bangkok Hotel is celebrating its 20th anniversary by launching a reimagined cocktail programme. Developed over two years, the new menu focuses on storytelling, technique, and seasonal flavours. The bar's identity is now centred around 'Quill the Duck,' a new emblem inspired by the ducks that once roamed the property's ponds. This narrative-driven approach to mixology reflects the bar's evolution and commitment to innovation.</w:t>
      </w:r>
      <w:r/>
    </w:p>
    <w:p>
      <w:pPr>
        <w:pStyle w:val="ListNumber"/>
        <w:spacing w:line="240" w:lineRule="auto"/>
        <w:ind w:left="720"/>
      </w:pPr>
      <w:r/>
      <w:hyperlink r:id="rId11">
        <w:r>
          <w:rPr>
            <w:color w:val="0000EE"/>
            <w:u w:val="single"/>
          </w:rPr>
          <w:t>https://www.asia-bars.com/2026/07/asias-50-best-bars-2026-full-list-revealed-awards-ceremony-macau/</w:t>
        </w:r>
      </w:hyperlink>
      <w:r>
        <w:t xml:space="preserve"> - The Asia's 50 Best Bars 2026 list was unveiled at an awards ceremony in Macau, highlighting the region's top cocktail destinations. Among the new entries is AQUA Bar at Anantara Siam Bangkok, which secured the 48th position. The bar's serene courtyard, lush greenery, and koi-carp pond provide a chic setting for guests to enjoy expertly crafted cocktails. This recognition underscores Bangkok's growing prominence in the global cocktail scene.</w:t>
      </w:r>
      <w:r/>
    </w:p>
    <w:p>
      <w:pPr>
        <w:pStyle w:val="ListNumber"/>
        <w:spacing w:line="240" w:lineRule="auto"/>
        <w:ind w:left="720"/>
      </w:pPr>
      <w:r/>
      <w:hyperlink r:id="rId12">
        <w:r>
          <w:rPr>
            <w:color w:val="0000EE"/>
            <w:u w:val="single"/>
          </w:rPr>
          <w:t>https://thebeat.asia/bangkok/delish/people/ryan-dela-vega-aqua-bar</w:t>
        </w:r>
      </w:hyperlink>
      <w:r>
        <w:t xml:space="preserve"> - An interview with Ryan Dela Vega, the beverage manager at AQUA Bar in Anantara Siam Bangkok Hotel, delves into his journey from Dubai to Bangkok and his approach to mixology. The discussion covers the influence of social media on bartending, the challenges of the craft, and the bar's latest menu, which features '8 Potions of the Garden,' a cocktail journey inspired by the bar's secret garden setting and lush surroundings.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e86pyfuo0qbm/" TargetMode="External"/><Relationship Id="rId10" Type="http://schemas.openxmlformats.org/officeDocument/2006/relationships/hyperlink" Target="https://media.minorhotels.com/en-GLO/268769-aqua-bar-at-anantara-siam-bangkok-debuts-on-asia-s-50-best-bars-2026/" TargetMode="External"/><Relationship Id="rId11" Type="http://schemas.openxmlformats.org/officeDocument/2006/relationships/hyperlink" Target="https://www.asia-bars.com/2026/07/asias-50-best-bars-2026-full-list-revealed-awards-ceremony-macau/" TargetMode="External"/><Relationship Id="rId12" Type="http://schemas.openxmlformats.org/officeDocument/2006/relationships/hyperlink" Target="https://thebeat.asia/bangkok/delish/people/ryan-dela-vega-aqua-bar" TargetMode="External"/><Relationship Id="rId13" Type="http://schemas.openxmlformats.org/officeDocument/2006/relationships/hyperlink" Target="https://www.scmp.com/lifestyle/food-drink/article/3343813/anantara-siam-bangkok-hotels-aqua-bar-marks-20-years-cocktails-inspired-ducks" TargetMode="External"/><Relationship Id="rId14" Type="http://schemas.openxmlformats.org/officeDocument/2006/relationships/hyperlink" Target="https://foodies.id/aqua-bar-marks-20-years-with-new-mixology-programme-at-anantara-siam-bangkok/" TargetMode="External"/><Relationship Id="rId15" Type="http://schemas.openxmlformats.org/officeDocument/2006/relationships/hyperlink" Target="https://www.tripadvisor.com/Restaurant_Review-g293916-d1051123-Reviews-Aqua_Bar-Bangkok.htm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