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Phulay Bay offers immersive culinary experience centred on Krabi’s authentic flavours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Phulay Bay, a Ritz-Carlton Reserve on the Krabi coast, has added a four-hour food experience that aims to give travellers a more grounded taste of southern Thailand than a standard hotel cooking class. Called "Heritage Flavors of Krabi", it combines a market visit, a chilli paste-making session and a final dish cooked beside the Andaman Sea, offering guests a hands-on route into the region’s food culture.</w:t>
      </w:r>
      <w:r/>
    </w:p>
    <w:p>
      <w:r/>
      <w:r>
        <w:t>According to the resort’s description, the experience begins in a local market, where guests browse seafood, herbs and sweets while learning how seasonal ingredients shape Krabi cooking. The next stop is a Curry Paste House, where participants grind chillies, peppercorns and sea salt by hand in a granite mortar and pestle to make a traditional southern chilli paste they can take away.</w:t>
      </w:r>
      <w:r/>
    </w:p>
    <w:p>
      <w:r/>
      <w:r>
        <w:t>The final stage centres on Hor Mok, a steamed fish curry wrapped in banana leaves and finished by the shoreline. Guided by a local chef, diners learn how to fold the parcels and blend fish, coconut milk and the curry paste they have made themselves before the dish is steamed and served by the water or packed to go. The programme was designed by Chef Laongdao Tohkhot, known as Chef Aong, and is being offered year-round, with JustLuxe reporting a starting price of about $400 for two guests.</w:t>
      </w:r>
      <w:r/>
    </w:p>
    <w:p>
      <w:r/>
      <w:r>
        <w:t>For visitors deciding whether it is worth the detour, the appeal lies in the setting as much as the food. Krabi’s cuisine is known for bright heat, coconut richness and generous use of fresh herbs, with coastal and Muslim influences shaping dishes across the region. Phulay Bay’s own restaurant Sri Trang already showcases that tradition in a more formal setting, but this new experience appears aimed at travellers who want to see where those flavours come from, rather than simply order them at the table.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[4]</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w:t>
      </w:r>
      <w:hyperlink r:id="rId12">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https://www.bwhotelier.com/article/phulay-bay-introduces-heritage-flavors-of-krabi-culinary-experience-619943</w:t>
        </w:r>
      </w:hyperlink>
      <w:r>
        <w:t xml:space="preserve"> - Please view link - unable to able to access data</w:t>
      </w:r>
      <w:r/>
    </w:p>
    <w:p>
      <w:pPr>
        <w:pStyle w:val="ListNumber"/>
        <w:spacing w:line="240" w:lineRule="auto"/>
        <w:ind w:left="720"/>
      </w:pPr>
      <w:r/>
      <w:hyperlink r:id="rId10">
        <w:r>
          <w:rPr>
            <w:color w:val="0000EE"/>
            <w:u w:val="single"/>
          </w:rPr>
          <w:t>https://www.justluxe.com/community/phulay-bay-introduces-heritage-flavors-of-krabi-a-new-culinary-immersion-920045066/</w:t>
        </w:r>
      </w:hyperlink>
      <w:r>
        <w:t xml:space="preserve"> - Phulay Bay, a Ritz-Carlton Reserve in Thailand, has launched 'Heritage Flavors of Krabi', a four-hour culinary immersion that delves into Southern Thai cuisine. The experience includes exploring local markets for seasonal ingredients, learning traditional chili paste-making from local women, and preparing Hor Mok, a cherished Southern Thai dish, overlooking the Andaman Sea. Designed by Chef Laongdao Tohkhot, known as 'Chef Aong', the programme offers guests an authentic taste of Krabi's culinary heritage. The experience is available year-round, starting at approximately $400 USD for two guests.</w:t>
      </w:r>
      <w:r/>
    </w:p>
    <w:p>
      <w:pPr>
        <w:pStyle w:val="ListNumber"/>
        <w:spacing w:line="240" w:lineRule="auto"/>
        <w:ind w:left="720"/>
      </w:pPr>
      <w:r/>
      <w:hyperlink r:id="rId11">
        <w:r>
          <w:rPr>
            <w:color w:val="0000EE"/>
            <w:u w:val="single"/>
          </w:rPr>
          <w:t>https://travelprnews.com/phulay-bay-introduces-heritage-flavors-of-krabi-a-new-culinary-immersion/travel-press-release/2026/07/29/amp/</w:t>
        </w:r>
      </w:hyperlink>
      <w:r>
        <w:t xml:space="preserve"> - Phulay Bay, a Ritz-Carlton Reserve in Thailand, has introduced 'Heritage Flavors of Krabi', a four-hour culinary immersion that takes guests beyond the resort into the communities and kitchens that have shaped Southern Thai cuisine for generations. The experience includes browsing seasonal ingredients at a local market, learning chili paste-making from the women of a coastal Krabi community, and preparing one of Southern Thailand’s most cherished dishes overlooking the Andaman Sea. Designed by Chef Laongdao Tohkhot, affectionately known as 'Chef Aong', the programme offers an authentic taste of Krabi's culinary heritage.</w:t>
      </w:r>
      <w:r/>
    </w:p>
    <w:p>
      <w:pPr>
        <w:pStyle w:val="ListNumber"/>
        <w:spacing w:line="240" w:lineRule="auto"/>
        <w:ind w:left="720"/>
      </w:pPr>
      <w:r/>
      <w:hyperlink r:id="rId12">
        <w:r>
          <w:rPr>
            <w:color w:val="0000EE"/>
            <w:u w:val="single"/>
          </w:rPr>
          <w:t>https://www.top25restaurants.com/thailand/krabi/restaurant/sri-trang-krabi/</w:t>
        </w:r>
      </w:hyperlink>
      <w:r>
        <w:t xml:space="preserve"> - Sri Trang at Phulay Bay, a Ritz-Carlton Reserve, offers refined Southern Thai cuisine rooted in tradition and served in elegant, minimalist surroundings. Under the guidance of Chef Laongdao Tohkhot, known as 'Chef Aong', the menu showcases bold, aromatic flavours rooted in tradition while elevated for a fine dining experience. The restaurant focuses on locally sourced, sustainable ingredients that support regional farmers and fisheries, offering dishes like SENMEE KAENG PU, a spicy yellow crab curry, and MASSAMAN NUA, slow-cooked beef in southern-style Massaman curry.</w:t>
      </w:r>
      <w:r/>
    </w:p>
    <w:p>
      <w:pPr>
        <w:pStyle w:val="ListNumber"/>
        <w:spacing w:line="240" w:lineRule="auto"/>
        <w:ind w:left="720"/>
      </w:pPr>
      <w:r/>
      <w:hyperlink r:id="rId13">
        <w:r>
          <w:rPr>
            <w:color w:val="0000EE"/>
            <w:u w:val="single"/>
          </w:rPr>
          <w:t>https://thingstodoinkrabi.com/food-culture/</w:t>
        </w:r>
      </w:hyperlink>
      <w:r>
        <w:t xml:space="preserve"> - Krabi's food culture is characterised by bold, spicy flavours, with a heavy use of bird's eye chilies, turmeric, and fresh herbs. The region's cuisine is influenced by its Muslim fishing villages, resulting in dishes like Gaeng Som Pla (sour fish curry) and Khao Yam (Southern Thai rice salad). Morning markets in Krabi Town offer fresh seafood, and local vendors serve traditional dishes such as grilled squid and roti, reflecting the area's rich culinary heritage.</w:t>
      </w:r>
      <w:r/>
    </w:p>
    <w:p>
      <w:pPr>
        <w:pStyle w:val="ListNumber"/>
        <w:spacing w:line="240" w:lineRule="auto"/>
        <w:ind w:left="720"/>
      </w:pPr>
      <w:r/>
      <w:hyperlink r:id="rId14">
        <w:r>
          <w:rPr>
            <w:color w:val="0000EE"/>
            <w:u w:val="single"/>
          </w:rPr>
          <w:t>https://excellenceluxuryvillas.com/luxury-travel-guides/krabi-food-and-wine/</w:t>
        </w:r>
      </w:hyperlink>
      <w:r>
        <w:t xml:space="preserve"> - Krabi's cuisine is deeply influenced by its coastal geography, with a strong emphasis on fresh seafood and bold, spicy flavours. Southern Thai cooking is known for its generous use of fresh turmeric, resulting in curries that are thinner and more liquid, infused with kaffir lime leaves and lemongrass. The region's Muslim influence is evident in dishes like roti and slow-cooked curries, highlighting the interaction between ocean and land in Krabi's culinary traditions.</w:t>
      </w:r>
      <w:r/>
    </w:p>
    <w:p>
      <w:pPr>
        <w:pStyle w:val="ListNumber"/>
        <w:spacing w:line="240" w:lineRule="auto"/>
        <w:ind w:left="720"/>
      </w:pPr>
      <w:r/>
      <w:hyperlink r:id="rId15">
        <w:r>
          <w:rPr>
            <w:color w:val="0000EE"/>
            <w:u w:val="single"/>
          </w:rPr>
          <w:t>https://thailand-vloggers.com/en/guides/krabi-street-food/</w:t>
        </w:r>
      </w:hyperlink>
      <w:r>
        <w:t xml:space="preserve"> - Krabi Town's street food scene is a vibrant blend of Thai Buddhist and Muslim culinary traditions. The Krabi Town Night Market on Maharaj Road is the heart of the town's food culture, offering a variety of dishes such as charcoal-grilled satay, roti, and fresh seafood. The market operates most evenings, with a peak in activity on weekends, providing an authentic taste of Krabi's diverse culinary heritage.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whotelier.com/article/phulay-bay-introduces-heritage-flavors-of-krabi-culinary-experience-619943" TargetMode="External"/><Relationship Id="rId10" Type="http://schemas.openxmlformats.org/officeDocument/2006/relationships/hyperlink" Target="https://www.justluxe.com/community/phulay-bay-introduces-heritage-flavors-of-krabi-a-new-culinary-immersion-920045066/" TargetMode="External"/><Relationship Id="rId11" Type="http://schemas.openxmlformats.org/officeDocument/2006/relationships/hyperlink" Target="https://travelprnews.com/phulay-bay-introduces-heritage-flavors-of-krabi-a-new-culinary-immersion/travel-press-release/2026/07/29/amp/" TargetMode="External"/><Relationship Id="rId12" Type="http://schemas.openxmlformats.org/officeDocument/2006/relationships/hyperlink" Target="https://www.top25restaurants.com/thailand/krabi/restaurant/sri-trang-krabi/" TargetMode="External"/><Relationship Id="rId13" Type="http://schemas.openxmlformats.org/officeDocument/2006/relationships/hyperlink" Target="https://thingstodoinkrabi.com/food-culture/" TargetMode="External"/><Relationship Id="rId14" Type="http://schemas.openxmlformats.org/officeDocument/2006/relationships/hyperlink" Target="https://excellenceluxuryvillas.com/luxury-travel-guides/krabi-food-and-wine/" TargetMode="External"/><Relationship Id="rId15" Type="http://schemas.openxmlformats.org/officeDocument/2006/relationships/hyperlink" Target="https://thailand-vloggers.com/en/guides/krabi-street-food/"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