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vibrant café scene offers budget-friendly brunch and coffee experiences with a new wave of affordability and flavour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makes it easy to eat well without spending much, and its café scene is part of the appeal. According to the lead article, travellers can find everything from speciality coffee and sourdough brunches to full breakfast plates and cake-and-coffee stops, often for well under S$20. That makes these cafés useful not just for a treat, but as practical places to pause between sightseeing, shopping and long, hot walks.</w:t>
      </w:r>
      <w:r/>
    </w:p>
    <w:p>
      <w:r/>
      <w:r>
        <w:t>Factory Coffee is one of the city’s best-known speciality stops. Located near Phaya Thai, it has earned a reputation for technically serious coffee, award-winning baristas and creative drinks such as the Phaya Thai, alongside a menu of pastries. The setting is industrial and minimalist rather than cosy, so it suits visitors who care more about the cup than lingering for hours. Prices remain relatively accessible for the quality, with drinks generally in the S$4 to S$7 range and pastries from about 100 to 200 baht.</w:t>
      </w:r>
      <w:r/>
    </w:p>
    <w:p>
      <w:r/>
      <w:r>
        <w:t>For something prettier, B-Story Cafe leans fully into its whimsical, cottage-like look. It is the sort of place travellers choose as much for the atmosphere as for the food, with floral décor and vintage touches that make it especially photogenic. The menu is broad enough for a proper meal, covering comfort dishes, desserts and drinks, and a main plus beverage can still stay within a modest budget. Piccolo Vicolo Cafe offers a different kind of escape: hidden down an alley in Ratchathewi, it sits within a creative pocket of greenery, shops and galleries, which makes it a pleasant stop if you want a calmer break from central Bangkok’s bustle.</w:t>
      </w:r>
      <w:r/>
    </w:p>
    <w:p>
      <w:r/>
      <w:r>
        <w:t>Wallflowers Cafe in Chinatown is another strong choice for anyone who values setting as much as the menu. The café is known for its leafy interiors and well-presented cakes, making it better suited to an afternoon coffee and dessert than a heavy lunch. It can also change character later in the day, with a rooftop area that gives it a more relaxed evening feel once the sun goes down. For travellers exploring Yaowarat, it offers an easy place to cool off without giving up on atmosphere.</w:t>
      </w:r>
      <w:r/>
    </w:p>
    <w:p>
      <w:r/>
      <w:r>
        <w:t>Panna Sourdough Craft Cafe is the brunch option for people who want substance rather than just a pretty plate. The bakery, according to the lead article, is run by a former Iron Chef Thailand competitor, and sourdough is the centrepiece here, from toast to Eggs Benedict. That makes it a strong pick for breakfast or a late-morning meal, especially if you prefer something more filling than the usual café snack. Prices are still manageable for Bangkok, with dishes such as bacon Eggs Benedict landing comfortably below the article’s under-S$20 target.</w:t>
      </w:r>
      <w:r/>
    </w:p>
    <w:p>
      <w:r/>
      <w:r>
        <w:t>White Dragon Cafe and Bistro is especially useful for anyone sightseeing in Chinatown who wants air-conditioning and familiar brunch food. Set in the historic Luen Rit Community, it offers a refuge from the heat while serving Western-style breakfast dishes alongside vegan and gluten-free options. The menu is uncomplicated and traveller-friendly, with items such as Sunrise Pancakes and avocado Eggs Benedict priced so they remain good value by Bangkok standards. It is the sort of place that works well when you want a reliable brunch rather than a culinary adventure.</w:t>
      </w:r>
      <w:r/>
    </w:p>
    <w:p>
      <w:r/>
      <w:r>
        <w:t>If you are staying near Khaosan Road, The Island Bangkok is one of the best-value breakfast stops on the list. The three-storey café and restaurant serves both Thai dishes and Western breakfast staples, but the real draw is the price: full breakfast sets with eggs, toast, juice and coffee cost only around 150 to 160 baht. That makes it one of the easiest places in the city to get a proper morning meal without denting your budget, and its long opening hours add to the convenience.</w:t>
      </w:r>
      <w:r/>
    </w:p>
    <w:p>
      <w:r/>
      <w:r>
        <w:t>Breakfast Story takes a different approach, serving the kind of hearty, American-style breakfast many travellers want before a day of walking or shopping. With generous portions, eggs Benedict and two-egg platters among the standard choices, it is built for comfort rather than novelty. The Asok branch is especially handy for visitors in the Sukhumvit area, close to BTS Asok and easy to fold into a day of errands or sightseeing. Taken together, these cafés show that Bangkok’s affordable food scene is not limited to street stalls; for visitors who want air-conditioning, brunch plates and a decent coffee, there are plenty of budget-friendly options worth seeking out.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Paragraph 7: </w:t>
      </w:r>
      <w:hyperlink r:id="rId9">
        <w:r>
          <w:rPr>
            <w:color w:val="0000EE"/>
            <w:u w:val="single"/>
          </w:rPr>
          <w:t>[1]</w:t>
        </w:r>
      </w:hyperlink>
      <w:r>
        <w:t xml:space="preserve">- Paragraph 8: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https://www.herworld.com/life/best-bangkok-cafes-brunch-coffee-and-meals-under-20</w:t>
        </w:r>
      </w:hyperlink>
      <w:r>
        <w:t xml:space="preserve"> - Please view link - unable to able to access data</w:t>
      </w:r>
      <w:r/>
    </w:p>
    <w:p>
      <w:pPr>
        <w:pStyle w:val="ListNumber"/>
        <w:spacing w:line="240" w:lineRule="auto"/>
        <w:ind w:left="720"/>
      </w:pPr>
      <w:r/>
      <w:hyperlink r:id="rId10">
        <w:r>
          <w:rPr>
            <w:color w:val="0000EE"/>
            <w:u w:val="single"/>
          </w:rPr>
          <w:t>https://www.localspecialtycoffee.com/specialty-coffee-place/factory-coffee-bangkok</w:t>
        </w:r>
      </w:hyperlink>
      <w:r>
        <w:t xml:space="preserve"> - Factory Coffee, located near BTS Phaya Thai, is renowned for its award-winning baristas and unique offerings like the Sicilian cup pour-over. The café's industrial-style interior complements its focus on high-quality, ethically sourced coffee. Signature drinks such as the Phaya Thai, featuring espresso poured from a cocktail shaker with lemon peel, highlight its innovative approach. The menu also includes a variety of pastries, with prices for drinks ranging from $4 to $7 and pastries from 100 to 200 baht, making it an affordable choice for coffee enthusiasts.</w:t>
      </w:r>
      <w:r/>
    </w:p>
    <w:p>
      <w:pPr>
        <w:pStyle w:val="ListNumber"/>
        <w:spacing w:line="240" w:lineRule="auto"/>
        <w:ind w:left="720"/>
      </w:pPr>
      <w:r/>
      <w:hyperlink r:id="rId11">
        <w:r>
          <w:rPr>
            <w:color w:val="0000EE"/>
            <w:u w:val="single"/>
          </w:rPr>
          <w:t>https://www.thefinestthai.com/2026/04/29/factory-coffee-bangkok-specialty-coffee-guide/</w:t>
        </w:r>
      </w:hyperlink>
      <w:r>
        <w:t xml:space="preserve"> - Factory Coffee, situated near Phaya Thai, has significantly contributed to Bangkok's specialty coffee scene. The café offers a range of house blends and single-origin beans, reflecting its commitment to quality. Its proximity to major transport links makes it a convenient stop for both locals and travellers. The minimalist design and focus on coffee quality over ambiance appeal to those seeking a genuine coffee experience. The café's offerings include both accessible flavour profiles and more technical, high-end lots, catering to a diverse clientele.</w:t>
      </w:r>
      <w:r/>
    </w:p>
    <w:p>
      <w:pPr>
        <w:pStyle w:val="ListNumber"/>
        <w:spacing w:line="240" w:lineRule="auto"/>
        <w:ind w:left="720"/>
      </w:pPr>
      <w:r/>
      <w:hyperlink r:id="rId12">
        <w:r>
          <w:rPr>
            <w:color w:val="0000EE"/>
            <w:u w:val="single"/>
          </w:rPr>
          <w:t>https://www.chiangraitimes.com/food/factory-coffee-bangkok/</w:t>
        </w:r>
      </w:hyperlink>
      <w:r>
        <w:t xml:space="preserve"> - Factory Coffee, located at 35/18 Phaya Thai Road, is a prominent café in Bangkok's coffee scene. The café's industrial design, featuring concrete and dark timber, creates a lively atmosphere. Award-winning baristas lead the team, with accolades such as National Thailand Barista Champion 2017. The menu includes creative drinks like the Phaya Thai, combining coffee with tonic, lemon zest, and mint spray. Prices range from ฿100 to ฿300, with popular drinks between ฿120 and ฿250. The café also offers in-house roasted beans and pastries, contributing to its growing reputation.</w:t>
      </w:r>
      <w:r/>
    </w:p>
    <w:p>
      <w:pPr>
        <w:pStyle w:val="ListNumber"/>
        <w:spacing w:line="240" w:lineRule="auto"/>
        <w:ind w:left="720"/>
      </w:pPr>
      <w:r/>
      <w:hyperlink r:id="rId13">
        <w:r>
          <w:rPr>
            <w:color w:val="0000EE"/>
            <w:u w:val="single"/>
          </w:rPr>
          <w:t>https://www.filternotes.com/bangkok/factory-coffee</w:t>
        </w:r>
      </w:hyperlink>
      <w:r>
        <w:t xml:space="preserve"> - Factory Coffee, located near BTS Phaya Thai, is a central hub for Bangkok's specialty coffee scene. The café is known for its signature espresso drinks and competition-backed roasting. While it doesn't offer extensive seating or power outlets, it focuses on delivering high-quality coffee in a bustling environment. The central location makes it a convenient stop for both locals and visitors. The café's offerings include a variety of espresso-based drinks and beans for purchase, catering to coffee enthusiasts seeking a quick yet quality experience.</w:t>
      </w:r>
      <w:r/>
    </w:p>
    <w:p>
      <w:pPr>
        <w:pStyle w:val="ListNumber"/>
        <w:spacing w:line="240" w:lineRule="auto"/>
        <w:ind w:left="720"/>
      </w:pPr>
      <w:r/>
      <w:hyperlink r:id="rId14">
        <w:r>
          <w:rPr>
            <w:color w:val="0000EE"/>
            <w:u w:val="single"/>
          </w:rPr>
          <w:t>https://specialtycoffeemap.com/coffeeshop/factory-coffee-bkk_0NGIbUJ</w:t>
        </w:r>
      </w:hyperlink>
      <w:r>
        <w:t xml:space="preserve"> - Factory Coffee, located at 49 Phaya Thai Rd, is a trendy café in Bangkok known for its exceptional brews, including specialties like Moscow and Factory White. Despite typically long queues, visitors find the experience worthwhile for the distinctive coffee flavours, friendly service, and cozy atmosphere. The café's industrial and modern design adds to its appeal, attracting both locals and tourists. Its proximity to the Airport Rail Link makes it a convenient stop for travellers seeking quality coffee in the city.</w:t>
      </w:r>
      <w:r/>
    </w:p>
    <w:p>
      <w:pPr>
        <w:pStyle w:val="ListNumber"/>
        <w:spacing w:line="240" w:lineRule="auto"/>
        <w:ind w:left="720"/>
      </w:pPr>
      <w:r/>
      <w:hyperlink r:id="rId15">
        <w:r>
          <w:rPr>
            <w:color w:val="0000EE"/>
            <w:u w:val="single"/>
          </w:rPr>
          <w:t>https://thailand-vloggers.com/en/discover/location/factory-coffee-bangkok/</w:t>
        </w:r>
      </w:hyperlink>
      <w:r>
        <w:t xml:space="preserve"> - Factory Coffee, located right below BTS Phaya Thai station, is a cornerstone of Bangkok's specialty coffee scene. Known for freshly roasted beans and expertly crafted espresso drinks at fair prices, it has become a daily stop for locals and travellers alike. The café operates daily from 8:00 AM to 4:00 PM, with last orders at 3:30 PM. Its central location makes it a convenient choice for those exploring the city or en route to the airport.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world.com/life/best-bangkok-cafes-brunch-coffee-and-meals-under-20" TargetMode="External"/><Relationship Id="rId10" Type="http://schemas.openxmlformats.org/officeDocument/2006/relationships/hyperlink" Target="https://www.localspecialtycoffee.com/specialty-coffee-place/factory-coffee-bangkok" TargetMode="External"/><Relationship Id="rId11" Type="http://schemas.openxmlformats.org/officeDocument/2006/relationships/hyperlink" Target="https://www.thefinestthai.com/2026/04/29/factory-coffee-bangkok-specialty-coffee-guide/" TargetMode="External"/><Relationship Id="rId12" Type="http://schemas.openxmlformats.org/officeDocument/2006/relationships/hyperlink" Target="https://www.chiangraitimes.com/food/factory-coffee-bangkok/" TargetMode="External"/><Relationship Id="rId13" Type="http://schemas.openxmlformats.org/officeDocument/2006/relationships/hyperlink" Target="https://www.filternotes.com/bangkok/factory-coffee" TargetMode="External"/><Relationship Id="rId14" Type="http://schemas.openxmlformats.org/officeDocument/2006/relationships/hyperlink" Target="https://specialtycoffeemap.com/coffeeshop/factory-coffee-bkk_0NGIbUJ" TargetMode="External"/><Relationship Id="rId15" Type="http://schemas.openxmlformats.org/officeDocument/2006/relationships/hyperlink" Target="https://thailand-vloggers.com/en/discover/location/factory-coffee-bangko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