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Baan Phraya offers a historic riverside Thai dining experience with modern finesse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Baan Phraya gives Bangkok travellers a compelling reason to cross the Chao Phraya, especially if they enjoy dining that feels rooted in place rather than simply polished on the plate. Set in a beautifully restored riverside residence linked to the Mandarin Oriental, Bangkok, the restaurant combines historic atmosphere with contemporary Thai cooking in a way that feels both elegant and personal. It is the sort of place that rewards a deliberate evening rather than a casual stop.</w:t>
      </w:r>
      <w:r/>
    </w:p>
    <w:p>
      <w:r/>
      <w:r>
        <w:t>The house itself is part of the appeal. According to Mandarin Oriental, it was once the home of Phraya Mahai Savan and Khunying Luean Mahai Savan, and its original teakwood, fretwork and riverside setting still shape the experience today. The building also carries another layer of culinary history: it was associated with Thailand’s first Thai Cooking School in 1986, which gives the restaurant a sense of continuity with Bangkok’s food culture rather than a purely decorative heritage treatment.</w:t>
      </w:r>
      <w:r/>
    </w:p>
    <w:p>
      <w:r/>
      <w:r>
        <w:t>Chef Phatchara "Pom" Pirapak leads the kitchen, drawing on regional and royal Thai recipes while giving them a lighter, more modern finish. That balance is reflected in signature dishes such as Mha Hor, the Thai Honeycomb Biscuit and charcoal-grilled Surat Thani River Prawn. For diners, the result is a menu that feels recognisably Thai but carefully composed for a luxury setting, with enough familiarity to comfort and enough refinement to justify the trip.</w:t>
      </w:r>
      <w:r/>
    </w:p>
    <w:p>
      <w:r/>
      <w:r>
        <w:t>The setting adds to the appeal. Guests can arrive by the hotel’s shuttle boat or via Charoen Nakorn Road, and pre-dinner drinks are served on the outdoor terrace from 5pm to 6pm, weather permitting. Dinner runs from Friday to Tuesday, 6pm to 11pm, and reservations are recommended. For visitors staying at the Mandarin Oriental, the boat crossing is not just transport but part of the evening’s charm.</w:t>
      </w:r>
      <w:r/>
    </w:p>
    <w:p>
      <w:r/>
      <w:r>
        <w:t>What makes Baan Phraya especially attractive for travellers is that it does not rely solely on spectacle. The historic house, the open views to the river, and the calm, intimate dining room create a setting suited to a special occasion, but the food remains the focus. This is a restaurant for people who want Thai fine dining with a strong sense of story, not just a showpiece location.</w:t>
      </w:r>
      <w:r/>
    </w:p>
    <w:p>
      <w:r/>
      <w:r>
        <w:t>For anyone planning a memorable Bangkok meal, Baan Phraya is easiest to think of as a destination in its own right: atmospheric, polished and quietly distinctive. It offers the kind of dinner that lingers in memory because the cooking, the setting and the journey there all feel connected.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[2]</w:t>
        </w:r>
      </w:hyperlink>
      <w:r>
        <w:t xml:space="preserve">, </w:t>
      </w:r>
      <w:hyperlink r:id="rId10">
        <w:r>
          <w:rPr>
            <w:color w:val="0000EE"/>
            <w:u w:val="single"/>
          </w:rPr>
          <w:t>[3]</w:t>
        </w:r>
      </w:hyperlink>
      <w:r>
        <w:t xml:space="preserve">- Paragraph 4: </w:t>
      </w:r>
      <w:hyperlink r:id="rId10">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[2]</w:t>
        </w:r>
      </w:hyperlink>
      <w:r>
        <w:t xml:space="preserve">, </w:t>
      </w:r>
      <w:hyperlink r:id="rId10">
        <w:r>
          <w:rPr>
            <w:color w:val="0000EE"/>
            <w:u w:val="single"/>
          </w:rPr>
          <w:t>[3]</w:t>
        </w:r>
      </w:hyperlink>
      <w:r>
        <w:t xml:space="preserve">- Paragraph 6: </w:t>
      </w:r>
      <w:hyperlink r:id="rId10">
        <w:r>
          <w:rPr>
            <w:color w:val="0000EE"/>
            <w:u w:val="single"/>
          </w:rPr>
          <w:t>[2]</w:t>
        </w:r>
      </w:hyperlink>
      <w:r>
        <w:t xml:space="preserve">, </w:t>
      </w:r>
      <w:hyperlink r:id="rId10">
        <w:r>
          <w:rPr>
            <w:color w:val="0000EE"/>
            <w:u w:val="single"/>
          </w:rPr>
          <w:t>[3]</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https://www.travelifemagazine.com/baan-phraya-mandarin-oriental-bangkok/</w:t>
        </w:r>
      </w:hyperlink>
      <w:r>
        <w:t xml:space="preserve"> - Please view link - unable to able to access data</w:t>
      </w:r>
      <w:r/>
    </w:p>
    <w:p>
      <w:pPr>
        <w:pStyle w:val="ListNumber"/>
        <w:spacing w:line="240" w:lineRule="auto"/>
        <w:ind w:left="720"/>
      </w:pPr>
      <w:r/>
      <w:hyperlink r:id="rId10">
        <w:r>
          <w:rPr>
            <w:color w:val="0000EE"/>
            <w:u w:val="single"/>
          </w:rPr>
          <w:t>https://www.mandarinoriental.com/en/bangkok/chao-phraya-river/dine/baan-phraya</w:t>
        </w:r>
      </w:hyperlink>
      <w:r>
        <w:t xml:space="preserve"> - Baan Phraya is a beautifully restored century-old residence along the Chao Phraya River, once home to Phraya Mahai Savan and Khunying Luean Mahai Savan. The house now serves as a fine-dining restaurant under the guidance of Chef Phatchara 'Pom' Pirapak, who revives regional and royal Thai recipes with a contemporary touch. Signature dishes include Mha Hor, the Thai Honeycomb Biscuit, and charcoal-grilled Surat Thani River Prawn. The restaurant retains original teakwood and intricate fretwork, reflecting its history as Thailand's first Thai Cooking School established in 1986. Guests can access Baan Phraya via Charoen Nakorn Road or the hotel's shuttle boat. Dinner is served from 6:00 PM to 11:00 PM, Friday to Tuesday, with pre-dinner drinks available from 5:00 PM to 6:00 PM on the outdoor terrace. Reservations are recommended.</w:t>
      </w:r>
      <w:r/>
    </w:p>
    <w:p>
      <w:pPr>
        <w:pStyle w:val="ListNumber"/>
        <w:spacing w:line="240" w:lineRule="auto"/>
        <w:ind w:left="720"/>
      </w:pPr>
      <w:r/>
      <w:hyperlink r:id="rId10">
        <w:r>
          <w:rPr>
            <w:color w:val="0000EE"/>
            <w:u w:val="single"/>
          </w:rPr>
          <w:t>https://www.mandarinoriental.com/en/bangkok/chao-phraya-river/dine/baan-phraya</w:t>
        </w:r>
      </w:hyperlink>
      <w:r>
        <w:t xml:space="preserve"> - Baan Phraya is a beautifully restored century-old residence along the Chao Phraya River, once home to Phraya Mahai Savan and Khunying Luean Mahai Savan. The house now serves as a fine-dining restaurant under the guidance of Chef Phatchara 'Pom' Pirapak, who revives regional and royal Thai recipes with a contemporary touch. Signature dishes include Mha Hor, the Thai Honeycomb Biscuit, and charcoal-grilled Surat Thani River Prawn. The restaurant retains original teakwood and intricate fretwork, reflecting its history as Thailand's first Thai Cooking School established in 1986. Guests can access Baan Phraya via Charoen Nakorn Road or the hotel's shuttle boat. Dinner is served from 6:00 PM to 11:00 PM, Friday to Tuesday, with pre-dinner drinks available from 5:00 PM to 6:00 PM on the outdoor terrace. Reservations are recommended.</w:t>
      </w:r>
      <w:r/>
    </w:p>
    <w:p>
      <w:pPr>
        <w:pStyle w:val="ListNumber"/>
        <w:spacing w:line="240" w:lineRule="auto"/>
        <w:ind w:left="720"/>
      </w:pPr>
      <w:r/>
      <w:hyperlink r:id="rId10">
        <w:r>
          <w:rPr>
            <w:color w:val="0000EE"/>
            <w:u w:val="single"/>
          </w:rPr>
          <w:t>https://www.mandarinoriental.com/en/bangkok/chao-phraya-river/dine/baan-phraya</w:t>
        </w:r>
      </w:hyperlink>
      <w:r>
        <w:t xml:space="preserve"> - Baan Phraya is a beautifully restored century-old residence along the Chao Phraya River, once home to Phraya Mahai Savan and Khunying Luean Mahai Savan. The house now serves as a fine-dining restaurant under the guidance of Chef Phatchara 'Pom' Pirapak, who revives regional and royal Thai recipes with a contemporary touch. Signature dishes include Mha Hor, the Thai Honeycomb Biscuit, and charcoal-grilled Surat Thani River Prawn. The restaurant retains original teakwood and intricate fretwork, reflecting its history as Thailand's first Thai Cooking School established in 1986. Guests can access Baan Phraya via Charoen Nakorn Road or the hotel's shuttle boat. Dinner is served from 6:00 PM to 11:00 PM, Friday to Tuesday, with pre-dinner drinks available from 5:00 PM to 6:00 PM on the outdoor terrace. Reservations are recommended.</w:t>
      </w:r>
      <w:r/>
    </w:p>
    <w:p>
      <w:pPr>
        <w:pStyle w:val="ListNumber"/>
        <w:spacing w:line="240" w:lineRule="auto"/>
        <w:ind w:left="720"/>
      </w:pPr>
      <w:r/>
      <w:hyperlink r:id="rId10">
        <w:r>
          <w:rPr>
            <w:color w:val="0000EE"/>
            <w:u w:val="single"/>
          </w:rPr>
          <w:t>https://www.mandarinoriental.com/en/bangkok/chao-phraya-river/dine/baan-phraya</w:t>
        </w:r>
      </w:hyperlink>
      <w:r>
        <w:t xml:space="preserve"> - Baan Phraya is a beautifully restored century-old residence along the Chao Phraya River, once home to Phraya Mahai Savan and Khunying Luean Mahai Savan. The house now serves as a fine-dining restaurant under the guidance of Chef Phatchara 'Pom' Pirapak, who revives regional and royal Thai recipes with a contemporary touch. Signature dishes include Mha Hor, the Thai Honeycomb Biscuit, and charcoal-grilled Surat Thani River Prawn. The restaurant retains original teakwood and intricate fretwork, reflecting its history as Thailand's first Thai Cooking School established in 1986. Guests can access Baan Phraya via Charoen Nakorn Road or the hotel's shuttle boat. Dinner is served from 6:00 PM to 11:00 PM, Friday to Tuesday, with pre-dinner drinks available from 5:00 PM to 6:00 PM on the outdoor terrace. Reservations are recommended.</w:t>
      </w:r>
      <w:r/>
    </w:p>
    <w:p>
      <w:pPr>
        <w:pStyle w:val="ListNumber"/>
        <w:spacing w:line="240" w:lineRule="auto"/>
        <w:ind w:left="720"/>
      </w:pPr>
      <w:r/>
      <w:hyperlink r:id="rId10">
        <w:r>
          <w:rPr>
            <w:color w:val="0000EE"/>
            <w:u w:val="single"/>
          </w:rPr>
          <w:t>https://www.mandarinoriental.com/en/bangkok/chao-phraya-river/dine/baan-phraya</w:t>
        </w:r>
      </w:hyperlink>
      <w:r>
        <w:t xml:space="preserve"> - Baan Phraya is a beautifully restored century-old residence along the Chao Phraya River, once home to Phraya Mahai Savan and Khunying Luean Mahai Savan. The house now serves as a fine-dining restaurant under the guidance of Chef Phatchara 'Pom' Pirapak, who revives regional and royal Thai recipes with a contemporary touch. Signature dishes include Mha Hor, the Thai Honeycomb Biscuit, and charcoal-grilled Surat Thani River Prawn. The restaurant retains original teakwood and intricate fretwork, reflecting its history as Thailand's first Thai Cooking School established in 1986. Guests can access Baan Phraya via Charoen Nakorn Road or the hotel's shuttle boat. Dinner is served from 6:00 PM to 11:00 PM, Friday to Tuesday, with pre-dinner drinks available from 5:00 PM to 6:00 PM on the outdoor terrace. Reservations are recommended.</w:t>
      </w:r>
      <w:r/>
    </w:p>
    <w:p>
      <w:pPr>
        <w:pStyle w:val="ListNumber"/>
        <w:spacing w:line="240" w:lineRule="auto"/>
        <w:ind w:left="720"/>
      </w:pPr>
      <w:r/>
      <w:hyperlink r:id="rId10">
        <w:r>
          <w:rPr>
            <w:color w:val="0000EE"/>
            <w:u w:val="single"/>
          </w:rPr>
          <w:t>https://www.mandarinoriental.com/en/bangkok/chao-phraya-river/dine/baan-phraya</w:t>
        </w:r>
      </w:hyperlink>
      <w:r>
        <w:t xml:space="preserve"> - Baan Phraya is a beautifully restored century-old residence along the Chao Phraya River, once home to Phraya Mahai Savan and Khunying Luean Mahai Savan. The house now serves as a fine-dining restaurant under the guidance of Chef Phatchara 'Pom' Pirapak, who revives regional and royal Thai recipes with a contemporary touch. Signature dishes include Mha Hor, the Thai Honeycomb Biscuit, and charcoal-grilled Surat Thani River Prawn. The restaurant retains original teakwood and intricate fretwork, reflecting its history as Thailand's first Thai Cooking School established in 1986. Guests can access Baan Phraya via Charoen Nakorn Road or the hotel's shuttle boat. Dinner is served from 6:00 PM to 11:00 PM, Friday to Tuesday, with pre-dinner drinks available from 5:00 PM to 6:00 PM on the outdoor terrace. Reservations are recommended.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ifemagazine.com/baan-phraya-mandarin-oriental-bangkok/" TargetMode="External"/><Relationship Id="rId10" Type="http://schemas.openxmlformats.org/officeDocument/2006/relationships/hyperlink" Target="https://www.mandarinoriental.com/en/bangkok/chao-phraya-river/dine/baan-phraya"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