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Deck Beach Club transforms Koh Samui's beach scene with affordable luxury and lively energy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The Deck Beach Club has built its reputation on a simple promise: a polished beach-club day on Koh Samui without the stratospheric price tag. Set on Bangrak Beach near Fisherman’s Village, the venue centres on a 27-metre infinity-style pool looking out towards Koh Phangan, with a modern, ethnic-inspired design that feels more stylish than showy. According to the club’s own information, it opens daily from 10am to 10pm and operates a deposit system rather than a separate entrance fee, with the amount credited back against food and drink.</w:t>
      </w:r>
      <w:r/>
    </w:p>
    <w:p>
      <w:r/>
      <w:r>
        <w:t>For travellers weighing whether it is worth booking, the appeal lies in the mix of comfort and control. Reuters-style consumer advice would be simple: reserve ahead if possible, because same-day walk-ins depend on space, and the most desirable sunbeds go quickly. The Deck’s published pricing varies by season and seating area, with pool sunbeds and sofas starting at 1,500 baht per person in high season and 500 baht in mid-season, while lounge areas, beachfront VIP beds and private salas climb higher. The venue says children under 12 are limited, pool access is reserved for sunbed guests, and outside food and drink are not allowed, all of which helps keep the atmosphere calm rather than chaotic.</w:t>
      </w:r>
      <w:r/>
    </w:p>
    <w:p>
      <w:r/>
      <w:r>
        <w:t>Food and drink are part of the draw, especially for visitors who want to linger from lunch into sunset. Chef Ronnie’s menu leans international, with Mediterranean, Italian and Spanish influences alongside Thai dishes and familiar crowd-pleasers such as burgers, salads and breakfast plates served earlier in the day. Reviews of the food are strongest when they talk about simple dishes done well, with the homemade fries singled out as a highlight by one travel review, while cocktails and bottle service push the bill upwards but suit groups settling in for the afternoon. The setting is most relaxed earlier in the day, then livens up as DJs arrive later, making it better suited to couples and adult groups than to families seeking a quiet beach meal.</w:t>
      </w:r>
      <w:r/>
    </w:p>
    <w:p>
      <w:r/>
      <w:r>
        <w:t>What makes The Deck appealing for many Koh Samui visitors is not exclusivity, but balance. It offers sea views, a decent pool, attentive service and a resort-style feel without demanding the full blow-out of the island’s most expensive clubs. For travellers staying around Bophut or Fisherman’s Village, it is an easy sell: a place to book a sunbed, order a few plates, and spend a slow day with the Gulf of Thailand as the backdrop.</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[5]</w:t>
        </w:r>
      </w:hyperlink>
      <w:r>
        <w:t xml:space="preserve">, </w:t>
      </w:r>
      <w:hyperlink r:id="rId13">
        <w:r>
          <w:rPr>
            <w:color w:val="0000EE"/>
            <w:u w:val="single"/>
          </w:rPr>
          <w:t>[6]</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w:t>
      </w:r>
      <w:hyperlink r:id="rId14">
        <w:r>
          <w:rPr>
            <w:color w:val="0000EE"/>
            <w:u w:val="single"/>
          </w:rPr>
          <w:t>[4]</w:t>
        </w:r>
      </w:hyperlink>
      <w:r>
        <w:t xml:space="preserve">- Paragraph 3: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[4]</w:t>
        </w:r>
      </w:hyperlink>
      <w:r>
        <w:t xml:space="preserve">, </w:t>
      </w:r>
      <w:hyperlink r:id="rId12">
        <w:r>
          <w:rPr>
            <w:color w:val="0000EE"/>
            <w:u w:val="single"/>
          </w:rPr>
          <w:t>[5]</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https://fooddrinkdestinations.com/the-deck-beach-club-koh-samui-bophuts-affordable-oasis/</w:t>
        </w:r>
      </w:hyperlink>
      <w:r>
        <w:t xml:space="preserve"> - Please view link - unable to able to access data</w:t>
      </w:r>
      <w:r/>
    </w:p>
    <w:p>
      <w:pPr>
        <w:pStyle w:val="ListNumber"/>
        <w:spacing w:line="240" w:lineRule="auto"/>
        <w:ind w:left="720"/>
      </w:pPr>
      <w:r/>
      <w:hyperlink r:id="rId10">
        <w:r>
          <w:rPr>
            <w:color w:val="0000EE"/>
            <w:u w:val="single"/>
          </w:rPr>
          <w:t>https://www.samuibeachclub.com/venues/the-deck-beach-club</w:t>
        </w:r>
      </w:hyperlink>
      <w:r>
        <w:t xml:space="preserve"> - The Deck Beach Club, located on Bangrak Beach near Fisherman's Village, features a 27-meter infinity pool overlooking the Gulf of Thailand and Koh Phangan. Guests can enjoy crafted cocktails and Chef Ronnie's global cuisine, including tapas boards and fine Western dishes, in an ethnic-modern setting. The venue attracts sophisticated sun-seekers and sunset enthusiasts seeking relaxed elegance. Highlights include sunset views, beachfront location, homemade food, live music, DJs, comfy sunbeds, and delicious cocktails. The club operates daily from 10:00 AM to 10:00 PM. Reservations are recommended, and a deposit is required upon arrival, fully credited toward food and drinks. The amount depends on the area selected and is non-refundable once the booking is confirmed. High season rates apply from December 15 to April 30 and July 1 to September 15, with lounge areas starting from 1,000 THB per person, pool sunbeds and sofas from 1,500 THB per person, VIP beachfront sunbeds from 2,000 THB per person, and private salas from 6,000 THB. Mid-season rates apply from May 1 to June 30 and September 16 to December 14, with pool sunbeds and sofas starting from 500 THB per person and VIP beachfront sunbeds from 1,000 THB per person. A 500 THB deposit is required for children under 12 years old sharing their parents' sunbeds, fully usable on food and drinks. For same-day bookings, contact via WhatsApp or call +66 (0) 63 085 4087. The club is located at 147/41, Tambon Bophut, Ko Samui District, Surat Thani 84320. Outside food and drinks are not permitted, and a 3% surcharge applies to credit and debit card payments. Pool access is exclusively reserved for guests with sunbed bookings; restaurant-only guests do not have pool access. To ensure a safe and comfortable environment, access for children under 12 is limited to a maximum of 5 per day. Strollers are not accepted by the pool. The club kindly asks that children do not run, shout, or dive in the pool to maintain a serene atmosphere.</w:t>
      </w:r>
      <w:r/>
    </w:p>
    <w:p>
      <w:pPr>
        <w:pStyle w:val="ListNumber"/>
        <w:spacing w:line="240" w:lineRule="auto"/>
        <w:ind w:left="720"/>
      </w:pPr>
      <w:r/>
      <w:hyperlink r:id="rId11">
        <w:r>
          <w:rPr>
            <w:color w:val="0000EE"/>
            <w:u w:val="single"/>
          </w:rPr>
          <w:t>https://www.thedeck-samui.com/</w:t>
        </w:r>
      </w:hyperlink>
      <w:r>
        <w:t xml:space="preserve"> - The Deck Beach Club in Koh Samui offers a relaxing atmosphere with international chill-out music. Located within walking distance from Fisherman's Village on the road to Bangrak, the club features an ethnic and modern style, making it one of the island's trendiest spots for sunny days. Built around fine Western cuisine, specially crafted cocktails, and a 27-meter infinity sea-view swimming pool, the club provides a unique experience. The restaurant operates from 10:00 AM to 9:00 PM, offering breakfast, lunch, and dinner options facing the sea. A deposit is required upon arrival and is fully credited toward food and drinks. The amount depends on the area selected and is non-refundable once the booking is confirmed. High season rates apply from December 15 to April 30 and July 1 to September 15, with lounge areas starting from 1,000 THB per person, pool sunbeds and sofas from 1,500 THB per person, VIP beachfront sunbeds from 2,000 THB per person, and private salas from 6,000 THB. Mid-season rates apply from May 1 to June 30 and September 16 to December 14, with pool sunbeds and sofas starting from 500 THB per person and VIP beachfront sunbeds from 1,000 THB per person. A 500 THB deposit is required for children under 12 years old sharing their parents' sunbeds, fully usable on food and drinks. For same-day bookings, contact via WhatsApp or call +66 (0) 63 085 4087. The club is located at 147/41, Tambon Bophut, Ko Samui District, Surat Thani 84320. Outside food and drinks are not permitted, and a 3% surcharge applies to credit and debit card payments. Pool access is exclusively reserved for guests with sunbed bookings; restaurant-only guests do not have pool access. To ensure a safe and comfortable environment, access for children under 12 is limited to a maximum of 5 per day. Strollers are not accepted by the pool. The club kindly asks that children do not run, shout, or dive in the pool to maintain a serene atmosphere.</w:t>
      </w:r>
      <w:r/>
    </w:p>
    <w:p>
      <w:pPr>
        <w:pStyle w:val="ListNumber"/>
        <w:spacing w:line="240" w:lineRule="auto"/>
        <w:ind w:left="720"/>
      </w:pPr>
      <w:r/>
      <w:hyperlink r:id="rId14">
        <w:r>
          <w:rPr>
            <w:color w:val="0000EE"/>
            <w:u w:val="single"/>
          </w:rPr>
          <w:t>https://kohsamui.fr/e-torismes/deck-beach-club/</w:t>
        </w:r>
      </w:hyperlink>
      <w:r>
        <w:t xml:space="preserve"> - Located on Bangrak Beach, not far from the famous Fisherman's Village, The Deck Beach Club offers an experience where elegance meets relaxation in an idyllic setting. With its 27-meter swimming pool and breathtaking views over the Gulf of Thailand and the island of Koh Phangan, The Deck creates an environment conducive to relaxation. Comfortable deckchairs and lounges around the pool invite you to relax, while shaded areas let you enjoy the surroundings in complete serenity. The bar offers a wide selection of signature cocktails, perfect for a quiet moment by the water. What sets The Deck apart from other Koh Samui beach clubs is its attentive service and excellent value for money. Unlike other, more exclusive clubs, The Deck offers an affordable luxury experience, making it a preferred choice for travelers looking to enjoy an exceptional time without breaking the bank. The Deck’s restaurant, under the direction of Chef Ronnie, will allow you to sample dishes carefully prepared with quality ingredients, and to savor both Western and Thai recipes.</w:t>
      </w:r>
      <w:r/>
    </w:p>
    <w:p>
      <w:pPr>
        <w:pStyle w:val="ListNumber"/>
        <w:spacing w:line="240" w:lineRule="auto"/>
        <w:ind w:left="720"/>
      </w:pPr>
      <w:r/>
      <w:hyperlink r:id="rId12">
        <w:r>
          <w:rPr>
            <w:color w:val="0000EE"/>
            <w:u w:val="single"/>
          </w:rPr>
          <w:t>https://samuitotheworld.com/business/the-deck-beach-club</w:t>
        </w:r>
      </w:hyperlink>
      <w:r>
        <w:t xml:space="preserve"> - The Deck Beach Club, located just a few steps from the fishing village on Bangrak Highway in Koh Samui, is designed with a perfect combination of ethnic and modern style. The club quickly establishes itself as one of the island's trendiest venues, offering a relaxing and stylish atmosphere ideal for long sunny days by the sea. At The Deck Beach Club, guests can unwind in style while enjoying spectacular ocean views, signature cocktails, and fine Western cuisine. The club's special feature is its stunning 27-meter infinity pool, which offers panoramic sea views, making it the perfect place to enjoy the beauty of Koh Samui's coastline. Whether looking to relax poolside, enjoy a signature cocktail, or savor a delicious meal, The Deck Beach Club offers the perfect combination of leisure and luxury.</w:t>
      </w:r>
      <w:r/>
    </w:p>
    <w:p>
      <w:pPr>
        <w:pStyle w:val="ListNumber"/>
        <w:spacing w:line="240" w:lineRule="auto"/>
        <w:ind w:left="720"/>
      </w:pPr>
      <w:r/>
      <w:hyperlink r:id="rId13">
        <w:r>
          <w:rPr>
            <w:color w:val="0000EE"/>
            <w:u w:val="single"/>
          </w:rPr>
          <w:t>https://kohsamui.website/beach-clubs/deck-beach-club/</w:t>
        </w:r>
      </w:hyperlink>
      <w:r>
        <w:t xml:space="preserve"> - The Deck Beach Club is a tropical paradise catering to both locals and visitors, seamlessly blending leisure with excitement, making it an essential stop on any itinerary in Koh Samui. Discover this enchanting destination and explore other beach clubs at www.kohsamui.website, where your journey toward an unforgettable holiday begins. The Deck Beach Club is your gateway to joy and relaxation, capturing the very essence of island living. The club is located at 147/41, Tambon Bophut, Ko Samui District, Surat Thani 84320, and operates daily from 10:00 AM to 10:00 PM.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ooddrinkdestinations.com/the-deck-beach-club-koh-samui-bophuts-affordable-oasis/" TargetMode="External"/><Relationship Id="rId10" Type="http://schemas.openxmlformats.org/officeDocument/2006/relationships/hyperlink" Target="https://www.samuibeachclub.com/venues/the-deck-beach-club" TargetMode="External"/><Relationship Id="rId11" Type="http://schemas.openxmlformats.org/officeDocument/2006/relationships/hyperlink" Target="https://www.thedeck-samui.com/" TargetMode="External"/><Relationship Id="rId12" Type="http://schemas.openxmlformats.org/officeDocument/2006/relationships/hyperlink" Target="https://samuitotheworld.com/business/the-deck-beach-club" TargetMode="External"/><Relationship Id="rId13" Type="http://schemas.openxmlformats.org/officeDocument/2006/relationships/hyperlink" Target="https://kohsamui.website/beach-clubs/deck-beach-club/" TargetMode="External"/><Relationship Id="rId14" Type="http://schemas.openxmlformats.org/officeDocument/2006/relationships/hyperlink" Target="https://kohsamui.fr/e-torismes/deck-beach-club/"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