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Tembo Beach Club on Koh Samui offers a relaxed alternative to the island’s busy nightlife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Tembo Beach Club &amp; Resort sits on Bangrak Beach on Koh Samui’s quieter north coast, offering a gentler alternative to the louder, party-heavy venues around Chaweng. The setting is part of the appeal: colonial-style architecture, a pool with uninterrupted Gulf views, Balearic music and an easygoing beachside atmosphere make it feel more like a relaxed day retreat than a full-blown club. The resort’s own material also links the name Tembo, meaning “elephant” in Swahili, to its support for elephant conservation in south-east Asia.</w:t>
      </w:r>
      <w:r/>
    </w:p>
    <w:p>
      <w:r/>
      <w:r>
        <w:t>For travellers deciding whether to base themselves here for the day, the practical answer is that Tembo is built around comfort rather than spectacle. Day guests can choose between sun loungers and more private cabana-style seating, with the cost credited against food and drink rather than treated as a dead entry fee. That makes it a better-value option for couples or small groups who plan to eat, drink and linger by the sea, especially if they prefer a calmer north-coast setting over the noisier beach-club scene elsewhere on the island.</w:t>
      </w:r>
      <w:r/>
    </w:p>
    <w:p>
      <w:r/>
      <w:r>
        <w:t>The food offering is broader than many beach clubs, with the kitchen serving a mix of Thai and international dishes, alongside Mediterranean-leaning plates and tapas-style sharing food. That range makes it especially useful if one person wants Thai flavours while another is after a burger, flatbread or something lighter by the pool. The resort’s own descriptions also point to all-day dining, from breakfast and brunch through to dinner, which adds to its usefulness as a drop-in stop rather than a one-meal venue.</w:t>
      </w:r>
      <w:r/>
    </w:p>
    <w:p>
      <w:r/>
      <w:r>
        <w:t>Facilities are another strong point. Tembo says it has a poolside bar, spa services, a boutique and accommodation, including beachfront bungalows and a villa, so it works both as a day club and a place to stay. For visitors arriving from elsewhere on Samui, the contact details and Bangrak address are straightforward, and the location near Bangrak Pier and the airport makes it relatively easy to reach compared with some of the island’s more remote beach clubs.</w:t>
      </w:r>
      <w:r/>
    </w:p>
    <w:p>
      <w:r/>
      <w:r>
        <w:t>The result is a venue that is best suited to travellers who want a relaxed, good-looking place to swim, eat and spend the afternoon without the rowdiness of Koh Samui’s busier nightlife strip. It is not the most secluded choice, and it is unlikely to suit anyone looking for a children’s splash zone or a hard-party atmosphere, but it does offer a polished and accessible beach day with a clear sense of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Paragraph 2: </w:t>
      </w:r>
      <w:hyperlink r:id="rId9">
        <w:r>
          <w:rPr>
            <w:color w:val="0000EE"/>
            <w:u w:val="single"/>
          </w:rPr>
          <w:t>[1]</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5">
        <w:r>
          <w:rPr>
            <w:color w:val="0000EE"/>
            <w:u w:val="single"/>
          </w:rPr>
          <w:t>[4]</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https://fooddrinkdestinations.com/tembo-beach-club-koh-samui-review/</w:t>
        </w:r>
      </w:hyperlink>
      <w:r>
        <w:t xml:space="preserve"> - Please view link - unable to able to access data</w:t>
      </w:r>
      <w:r/>
    </w:p>
    <w:p>
      <w:pPr>
        <w:pStyle w:val="ListNumber"/>
        <w:spacing w:line="240" w:lineRule="auto"/>
        <w:ind w:left="720"/>
      </w:pPr>
      <w:r/>
      <w:hyperlink r:id="rId10">
        <w:r>
          <w:rPr>
            <w:color w:val="0000EE"/>
            <w:u w:val="single"/>
          </w:rPr>
          <w:t>https://www.tembo-samui.com/</w:t>
        </w:r>
      </w:hyperlink>
      <w:r>
        <w:t xml:space="preserve"> - Tembo Beach Club &amp; Resort is a colonial-style beachfront property located on Bangrak Beach in Koh Samui, Thailand. The resort offers a relaxed atmosphere with uninterrupted views of the Gulf of Thailand. Guests can enjoy a variety of amenities, including a poolside bar, beachfront dining, and comfortable sun loungers. The on-site restaurant serves a mix of Thai and international cuisine, and the resort also features a boutique shop and spa facilities. The name 'Tembo' means 'elephant' in Swahili, reflecting the resort's commitment to elephant conservation in Southeast Asia.</w:t>
      </w:r>
      <w:r/>
    </w:p>
    <w:p>
      <w:pPr>
        <w:pStyle w:val="ListNumber"/>
        <w:spacing w:line="240" w:lineRule="auto"/>
        <w:ind w:left="720"/>
      </w:pPr>
      <w:r/>
      <w:hyperlink r:id="rId11">
        <w:r>
          <w:rPr>
            <w:color w:val="0000EE"/>
            <w:u w:val="single"/>
          </w:rPr>
          <w:t>https://www.tembo-samui.com/our-resort/</w:t>
        </w:r>
      </w:hyperlink>
      <w:r>
        <w:t xml:space="preserve"> - Tembo Beach Club &amp; Resort offers a unique beachfront experience on Bangrak Beach in Koh Samui. The resort features colonial-style architecture, a serene infinity pool, and Balearic beats for a relaxed island vibe. Guests can indulge in Thai-European cuisine at the poolside or beachfront, with friendly service enhancing the chilled atmosphere. The resort provides various accommodations, including beachfront bungalows and a beachfront villa. Amenities include a spa, boutique, and a European-style delicatessen. The name 'Tembo' means 'elephant' in Swahili, reflecting the resort's dedication to elephant conservation in Southeast Asia.</w:t>
      </w:r>
      <w:r/>
    </w:p>
    <w:p>
      <w:pPr>
        <w:pStyle w:val="ListNumber"/>
        <w:spacing w:line="240" w:lineRule="auto"/>
        <w:ind w:left="720"/>
      </w:pPr>
      <w:r/>
      <w:hyperlink r:id="rId15">
        <w:r>
          <w:rPr>
            <w:color w:val="0000EE"/>
            <w:u w:val="single"/>
          </w:rPr>
          <w:t>https://www.tembo-samui.com/contact/</w:t>
        </w:r>
      </w:hyperlink>
      <w:r>
        <w:t xml:space="preserve"> - For inquiries or special requests, guests can contact Tembo Beach Club &amp; Resort via phone at +66 (0) 81 161 8828 or email at [email protected]. The resort is located at 23/2 Moo 4 Bophut, Bangrak Beach, Koh Samui, Suratthani, 84320, Thailand. The staff is available to assist with any questions or arrangements to ensure a comfortable stay.</w:t>
      </w:r>
      <w:r/>
    </w:p>
    <w:p>
      <w:pPr>
        <w:pStyle w:val="ListNumber"/>
        <w:spacing w:line="240" w:lineRule="auto"/>
        <w:ind w:left="720"/>
      </w:pPr>
      <w:r/>
      <w:hyperlink r:id="rId12">
        <w:r>
          <w:rPr>
            <w:color w:val="0000EE"/>
            <w:u w:val="single"/>
          </w:rPr>
          <w:t>https://www.tembo-samui.com/our-community/</w:t>
        </w:r>
      </w:hyperlink>
      <w:r>
        <w:t xml:space="preserve"> - Tembo Beach Club &amp; Resort is a beachfront property located on Bangrak Beach in Koh Samui, Thailand. The resort offers a relaxed atmosphere with colonial-style architecture, a serene infinity pool, and Balearic beats for a laid-back island vibe. Guests can enjoy Thai-European cuisine at the poolside or beachfront, with friendly service enhancing the chilled atmosphere. The resort also features a boutique shop and spa facilities. The name 'Tembo' means 'elephant' in Swahili, reflecting the resort's commitment to elephant conservation in Southeast Asia.</w:t>
      </w:r>
      <w:r/>
    </w:p>
    <w:p>
      <w:pPr>
        <w:pStyle w:val="ListNumber"/>
        <w:spacing w:line="240" w:lineRule="auto"/>
        <w:ind w:left="720"/>
      </w:pPr>
      <w:r/>
      <w:hyperlink r:id="rId13">
        <w:r>
          <w:rPr>
            <w:color w:val="0000EE"/>
            <w:u w:val="single"/>
          </w:rPr>
          <w:t>https://www.tembo-samui.com/activities/tembo-beach-club-and-resort</w:t>
        </w:r>
      </w:hyperlink>
      <w:r>
        <w:t xml:space="preserve"> - Tembo Beach Club &amp; Resort is a sophisticated beachfront venue located directly on Bangrak Beach in Koh Samui. The resort features colonial-style architecture, offering an all-day experience with dining, shopping, a deli, and even accommodation. The menu offers beautifully prepared dishes for breakfast, brunch, lunch, dinner, or just a snack. The atmosphere is laid-back, catering to those seeking a quieter setting, with curated evening events for entertainment. The resort is ideal for couples and discerning travellers seeking sophisticated yet approachable beachfront indulgence.</w:t>
      </w:r>
      <w:r/>
    </w:p>
    <w:p>
      <w:pPr>
        <w:pStyle w:val="ListNumber"/>
        <w:spacing w:line="240" w:lineRule="auto"/>
        <w:ind w:left="720"/>
      </w:pPr>
      <w:r/>
      <w:hyperlink r:id="rId14">
        <w:r>
          <w:rPr>
            <w:color w:val="0000EE"/>
            <w:u w:val="single"/>
          </w:rPr>
          <w:t>https://samui-map.info/listing/tembo-resort/</w:t>
        </w:r>
      </w:hyperlink>
      <w:r>
        <w:t xml:space="preserve"> - Tembo Beach Club &amp; Resort is a delightful restaurant nestled in the scenic Bangrak area of Koh Samui, Thailand. Offering a relaxed and inviting atmosphere, the resort is the perfect spot to unwind and savour delicious meals while enjoying the island's beautiful surroundings. With its prime location, guests can easily access the restaurant and treat themselves to a memorable dining experience. Whether seeking a romantic dinner or a casual meal with friends, Tembo Beach Club &amp; Resort provides a charming setting for any occasion.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oddrinkdestinations.com/tembo-beach-club-koh-samui-review/" TargetMode="External"/><Relationship Id="rId10" Type="http://schemas.openxmlformats.org/officeDocument/2006/relationships/hyperlink" Target="https://www.tembo-samui.com/" TargetMode="External"/><Relationship Id="rId11" Type="http://schemas.openxmlformats.org/officeDocument/2006/relationships/hyperlink" Target="https://www.tembo-samui.com/our-resort/" TargetMode="External"/><Relationship Id="rId12" Type="http://schemas.openxmlformats.org/officeDocument/2006/relationships/hyperlink" Target="https://www.tembo-samui.com/our-community/" TargetMode="External"/><Relationship Id="rId13" Type="http://schemas.openxmlformats.org/officeDocument/2006/relationships/hyperlink" Target="https://www.tembo-samui.com/activities/tembo-beach-club-and-resort" TargetMode="External"/><Relationship Id="rId14" Type="http://schemas.openxmlformats.org/officeDocument/2006/relationships/hyperlink" Target="https://samui-map.info/listing/tembo-resort/" TargetMode="External"/><Relationship Id="rId15" Type="http://schemas.openxmlformats.org/officeDocument/2006/relationships/hyperlink" Target="https://www.tembo-samui.com/contac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