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Luz Bangkok Tapas Bar launches vibrant Ladies’ Night with Spanish flair and skyline views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LUZ Bangkok Tapas Bar has added a new weekly draw for nightlife-seekers in Bangkok with "Viva La Fiesta: Ladies’ Night", a Wednesday evening event built around complimentary bubbles for women, Spanish small plates and a high-rise setting above Sukhumvit. The venue sits on the 33rd and 34th floors of INNSiDE by Meliá Bangkok Sukhumvit, where diners get wide skyline views and a clear-bottom infinity pool overhead adding to the sense of occasion. </w:t>
      </w:r>
      <w:r/>
    </w:p>
    <w:p>
      <w:r/>
      <w:r>
        <w:t xml:space="preserve">The kitchen is led by Madrid-born chef Juan Ignacio García Racionero, known as Chef Nacho, whom Thai PR describes as a Spanish chef de cuisine with experience at acclaimed kitchens including Saddle and DiverXO, alongside other respected Spanish restaurants. That background helps explain why LUZ is leaning into a more distinctly Spanish identity rather than a generic rooftop bar menu. </w:t>
      </w:r>
      <w:r/>
    </w:p>
    <w:p>
      <w:r/>
      <w:r>
        <w:t xml:space="preserve">For diners, the appeal is as much in the food as the view. The special ladies’ night menu includes tableside Huevos Rotos con Gambas al Ajillo y Caviar, a rich plate of potatoes, prawns, caviar and fried eggs, while the drinks list features Agua de Valencia and sangria served in generous measures. On the broader menu, Chef Nacho has added dishes rooted in Spanish regional cooking, including wagyu tartare with anchovies and pickles, oxtail tacos with smoked Idiazabal cheese, and squid-ink fideuà with red prawns and octopus. </w:t>
      </w:r>
      <w:r/>
    </w:p>
    <w:p>
      <w:r/>
      <w:r>
        <w:t xml:space="preserve">The atmosphere is designed to stay lively rather than hushed: live percussionists and guest DJs keep the room moving with Spanish-modern house and tribal beats. Beyond Wednesday, LUZ also offers daily social hours and late-night drinks promotions, making it a useful option for travellers looking for a rooftop spot that works as well for pre-dinner drinks as for a full evening out.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w:t>
      </w:r>
      <w:hyperlink r:id="rId12">
        <w:r>
          <w:rPr>
            <w:color w:val="0000EE"/>
            <w:u w:val="single"/>
          </w:rPr>
          <w:t>[6]</w:t>
        </w:r>
      </w:hyperlink>
      <w:r>
        <w:t xml:space="preserve">- Paragraph 2: </w:t>
      </w:r>
      <w:hyperlink r:id="rId13">
        <w:r>
          <w:rPr>
            <w:color w:val="0000EE"/>
            <w:u w:val="single"/>
          </w:rPr>
          <w:t>[2]</w:t>
        </w:r>
      </w:hyperlink>
      <w:r>
        <w:t xml:space="preserve">- Paragraph 3: </w:t>
      </w:r>
      <w:hyperlink r:id="rId10">
        <w:r>
          <w:rPr>
            <w:color w:val="0000EE"/>
            <w:u w:val="single"/>
          </w:rPr>
          <w:t>[3]</w:t>
        </w:r>
      </w:hyperlink>
      <w:r>
        <w:t xml:space="preserve">, </w:t>
      </w:r>
      <w:hyperlink r:id="rId11">
        <w:r>
          <w:rPr>
            <w:color w:val="0000EE"/>
            <w:u w:val="single"/>
          </w:rPr>
          <w:t>[4]</w:t>
        </w:r>
      </w:hyperlink>
      <w:r>
        <w:t xml:space="preserve">, </w:t>
      </w:r>
      <w:hyperlink r:id="rId14">
        <w:r>
          <w:rPr>
            <w:color w:val="0000EE"/>
            <w:u w:val="single"/>
          </w:rPr>
          <w:t>[5]</w:t>
        </w:r>
      </w:hyperlink>
      <w:r>
        <w:t xml:space="preserve">, </w:t>
      </w:r>
      <w:hyperlink r:id="rId12">
        <w:r>
          <w:rPr>
            <w:color w:val="0000EE"/>
            <w:u w:val="single"/>
          </w:rPr>
          <w:t>[6]</w:t>
        </w:r>
      </w:hyperlink>
      <w:r>
        <w:t xml:space="preserve">, </w:t>
      </w:r>
      <w:hyperlink r:id="rId15">
        <w:r>
          <w:rPr>
            <w:color w:val="0000EE"/>
            <w:u w:val="single"/>
          </w:rPr>
          <w:t>[7]</w:t>
        </w:r>
      </w:hyperlink>
      <w:r>
        <w:t xml:space="preserve">- Paragraph 4: </w:t>
      </w:r>
      <w:hyperlink r:id="rId11">
        <w:r>
          <w:rPr>
            <w:color w:val="0000EE"/>
            <w:u w:val="single"/>
          </w:rPr>
          <w:t>[4]</w:t>
        </w:r>
      </w:hyperlink>
      <w:r>
        <w:t xml:space="preserve">, </w:t>
      </w:r>
      <w:hyperlink r:id="rId14">
        <w:r>
          <w:rPr>
            <w:color w:val="0000EE"/>
            <w:u w:val="single"/>
          </w:rPr>
          <w:t>[5]</w:t>
        </w:r>
      </w:hyperlink>
      <w:r>
        <w:t xml:space="preserve">, </w:t>
      </w:r>
      <w:hyperlink r:id="rId12">
        <w:r>
          <w:rPr>
            <w:color w:val="0000EE"/>
            <w:u w:val="single"/>
          </w:rPr>
          <w:t>[6]</w:t>
        </w:r>
      </w:hyperlink>
      <w:r>
        <w:t xml:space="preserve">, </w:t>
      </w:r>
      <w:hyperlink r:id="rId15">
        <w:r>
          <w:rPr>
            <w:color w:val="0000EE"/>
            <w:u w:val="single"/>
          </w:rPr>
          <w:t>[7]</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https://greattravelmagazine.com/2026/08/14/soaring-luz-bangkok-tapas-bar-launches-viva-la-fiesta-ladies-night/</w:t>
        </w:r>
      </w:hyperlink>
      <w:r>
        <w:t xml:space="preserve"> - Please view link - unable to able to access data</w:t>
      </w:r>
      <w:r/>
    </w:p>
    <w:p>
      <w:pPr>
        <w:pStyle w:val="ListNumber"/>
        <w:spacing w:line="240" w:lineRule="auto"/>
        <w:ind w:left="720"/>
      </w:pPr>
      <w:r/>
      <w:hyperlink r:id="rId13">
        <w:r>
          <w:rPr>
            <w:color w:val="0000EE"/>
            <w:u w:val="single"/>
          </w:rPr>
          <w:t>https://www.thaipr.net/en/life_en/3479450</w:t>
        </w:r>
      </w:hyperlink>
      <w:r>
        <w:t xml:space="preserve"> - INNSiDE by Meliá Bangkok Sukhumvit has appointed Madrid-born Juan Ignacio García Racionero as Spanish Chef de Cuisine. Chef Racionero brings a wealth of experience from Spain's esteemed kitchens, including Michelin-starred establishments like Saddle and DiverXO, as well as renowned restaurants such as El Jardín de la Máquina and Montellén. His culinary journey also includes stints at Puerta 57, Café Pino, Restaurante La Chans, and Rios De Luz, along with roles in hotels and catering services. He studied at the Pérez Valladolid International Cooking School and Le Cordon Bleu in Madrid, interning at Montellén and Saddle restaurants.</w:t>
      </w:r>
      <w:r/>
    </w:p>
    <w:p>
      <w:pPr>
        <w:pStyle w:val="ListNumber"/>
        <w:spacing w:line="240" w:lineRule="auto"/>
        <w:ind w:left="720"/>
      </w:pPr>
      <w:r/>
      <w:hyperlink r:id="rId10">
        <w:r>
          <w:rPr>
            <w:color w:val="0000EE"/>
            <w:u w:val="single"/>
          </w:rPr>
          <w:t>https://www.thaipr.net/en/life_en/3719665</w:t>
        </w:r>
      </w:hyperlink>
      <w:r>
        <w:t xml:space="preserve"> - LUZ Bangkok Tapas Bar, located on the 33rd and 34th floors of INNSiDE by Meliá Bangkok Sukhumvit, has unveiled a new menu that pays homage to Spain's bold regional flavours. Crafted by Chef Juan Ignacio García Racionero, the menu features dishes like San Sebastian-style pintxos, Basque-inspired creations, Madrid street-food favourites, Andalusian seafood specialities, and hearty rice and fideuà dishes from Spain's eastern coastal regions. The venue offers diners panoramic views of Bangkok's skyline, with the transparent base of the hotel's infinity pool allowing a unique dining experience.</w:t>
      </w:r>
      <w:r/>
    </w:p>
    <w:p>
      <w:pPr>
        <w:pStyle w:val="ListNumber"/>
        <w:spacing w:line="240" w:lineRule="auto"/>
        <w:ind w:left="720"/>
      </w:pPr>
      <w:r/>
      <w:hyperlink r:id="rId11">
        <w:r>
          <w:rPr>
            <w:color w:val="0000EE"/>
            <w:u w:val="single"/>
          </w:rPr>
          <w:t>https://www.malaysianfoodie.com/2025/05/sky-high-luz-bangkok-tapas-bar-unveils-viva-la-fiesta.html</w:t>
        </w:r>
      </w:hyperlink>
      <w:r>
        <w:t xml:space="preserve"> - LUZ Bangkok Tapas Bar has introduced a 'Viva la Fiesta' experience, featuring guest DJs, live percussionists, a giant pan of paella, and sweeping views of Bangkok's skyline by night. Held every Wednesday from 7 pm until late, the event showcases Spanish Chef de Cuisine Juan Ignacio García Racionero's menu, which includes dishes like 'Pulpo A Feira' (octopus with potatoes and spicy paprika), 'Chanquetes fritos' (fried fish with fried eggs and roasted peppers), and 'Croquetas de ternera y tartar de tuna' (oxtail croquettes paired with fresh tuna tartar).</w:t>
      </w:r>
      <w:r/>
    </w:p>
    <w:p>
      <w:pPr>
        <w:pStyle w:val="ListNumber"/>
        <w:spacing w:line="240" w:lineRule="auto"/>
        <w:ind w:left="720"/>
      </w:pPr>
      <w:r/>
      <w:hyperlink r:id="rId14">
        <w:r>
          <w:rPr>
            <w:color w:val="0000EE"/>
            <w:u w:val="single"/>
          </w:rPr>
          <w:t>https://www.asianitinerary.com/sky-high-luz-bangkok-viva-la-fiesta/</w:t>
        </w:r>
      </w:hyperlink>
      <w:r>
        <w:t xml:space="preserve"> - LUZ Bangkok Tapas Bar has launched a 'Viva la Fiesta' experience, complete with guest DJs, live percussionists, a giant pan of paella, and panoramic views of Bangkok's skyline by night. The event, held every Wednesday from 7 pm until late, features Spanish Chef de Cuisine Juan Ignacio García Racionero's menu, including dishes like 'Pulpo A Feira' (octopus with potatoes and spicy paprika), 'Chanquetes fritos' (fried fish with fried eggs and roasted peppers), and 'Croquetas de ternera y tartar de tuna' (oxtail croquettes paired with fresh tuna tartar).</w:t>
      </w:r>
      <w:r/>
    </w:p>
    <w:p>
      <w:pPr>
        <w:pStyle w:val="ListNumber"/>
        <w:spacing w:line="240" w:lineRule="auto"/>
        <w:ind w:left="720"/>
      </w:pPr>
      <w:r/>
      <w:hyperlink r:id="rId12">
        <w:r>
          <w:rPr>
            <w:color w:val="0000EE"/>
            <w:u w:val="single"/>
          </w:rPr>
          <w:t>https://www.thebeat.asia/bangkok/delish/happenings/viva-la-fiesta-luz-tapas-bar</w:t>
        </w:r>
      </w:hyperlink>
      <w:r>
        <w:t xml:space="preserve"> - LUZ Bangkok Tapas Bar has unveiled a 'Viva la Fiesta' experience, featuring guest DJs, live percussionists, a giant pan of paella, and sweeping views of Bangkok's skyline by night. Held every Wednesday from 7 pm until late, the event showcases Spanish Chef de Cuisine Juan Ignacio García Racionero's menu, which includes dishes like 'Pulpo a Feira' (octopus with potatoes and spicy paprika), 'Chanquetes Fritos' (fried fish with fried eggs and roasted peppers), and 'Croquetas de Ternera y Tartar de Tuna' (oxtail croquettes paired with fresh tuna tartar).</w:t>
      </w:r>
      <w:r/>
    </w:p>
    <w:p>
      <w:pPr>
        <w:pStyle w:val="ListNumber"/>
        <w:spacing w:line="240" w:lineRule="auto"/>
        <w:ind w:left="720"/>
      </w:pPr>
      <w:r/>
      <w:hyperlink r:id="rId15">
        <w:r>
          <w:rPr>
            <w:color w:val="0000EE"/>
            <w:u w:val="single"/>
          </w:rPr>
          <w:t>https://www.top25restaurants.com/restaurant-dining-news/luz-bangkok-tapas-bar-unveils-viva-la-fiesta/</w:t>
        </w:r>
      </w:hyperlink>
      <w:r>
        <w:t xml:space="preserve"> - LUZ Bangkok Tapas Bar has introduced a 'Viva la Fiesta' experience, complete with guest DJs, live percussionists, a giant pan of paella, and sweeping views of Bangkok's skyline by night. Held every Wednesday from 7 pm until late, the event showcases Spanish Chef de Cuisine Juan Ignacio García Racionero's menu, which includes dishes like 'Pulpo A Feira' (octopus with potatoes and spicy paprika), 'Chanquetes fritos' (fried fish with fried eggs and roasted peppers), and 'Croquetas de ternera y tartar de tuna' (oxtail croquettes paired with fresh tuna tartar).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reattravelmagazine.com/2026/08/14/soaring-luz-bangkok-tapas-bar-launches-viva-la-fiesta-ladies-night/" TargetMode="External"/><Relationship Id="rId10" Type="http://schemas.openxmlformats.org/officeDocument/2006/relationships/hyperlink" Target="https://www.thaipr.net/en/life_en/3719665" TargetMode="External"/><Relationship Id="rId11" Type="http://schemas.openxmlformats.org/officeDocument/2006/relationships/hyperlink" Target="https://www.malaysianfoodie.com/2025/05/sky-high-luz-bangkok-tapas-bar-unveils-viva-la-fiesta.html" TargetMode="External"/><Relationship Id="rId12" Type="http://schemas.openxmlformats.org/officeDocument/2006/relationships/hyperlink" Target="https://www.thebeat.asia/bangkok/delish/happenings/viva-la-fiesta-luz-tapas-bar" TargetMode="External"/><Relationship Id="rId13" Type="http://schemas.openxmlformats.org/officeDocument/2006/relationships/hyperlink" Target="https://www.thaipr.net/en/life_en/3479450" TargetMode="External"/><Relationship Id="rId14" Type="http://schemas.openxmlformats.org/officeDocument/2006/relationships/hyperlink" Target="https://www.asianitinerary.com/sky-high-luz-bangkok-viva-la-fiesta/" TargetMode="External"/><Relationship Id="rId15" Type="http://schemas.openxmlformats.org/officeDocument/2006/relationships/hyperlink" Target="https://www.top25restaurants.com/restaurant-dining-news/luz-bangkok-tapas-bar-unveils-viva-la-fiesta/"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