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Akira Back Bangkok offers exclusive caviar and Champagne dinner in a one-night-only luxury event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Akira Back Bangkok is set to stage a one-night-only "Caviar &amp; Bubbles" dinner on August 31, 2026, giving diners a chance to experience the restaurant’s glossy Japanese-Korean style in a more extravagant format. According to Now Travel Asia, the five-course menu will lean heavily on premium ingredients and Champagne pairings, with limited seating that makes this more of a special-occasion booking than a casual night out. For travellers staying in Bangkok and looking for a high-end tasting experience, it is designed to feel theatrical as well as indulgent.</w:t>
      </w:r>
      <w:r/>
    </w:p>
    <w:p>
      <w:r/>
      <w:r>
        <w:t>The meal begins with a choice of Tuna or Mushroom Pizza topped with Classic Osciètre caviar, truffle and micro shiso, alongside a glass of Veuve Clicquot Brut NV. That is followed by Flounder Carpaccio with Classic Baerii caviar, jalapeño and nanbanzu sauce, matched with Gremillet Blanc de Blancs Brut NV, before Argentinian prawn with Osciètre caviar arrives with nori butter and nasturtium, paired with La Burgondie Crémant de Bourgogne Blanc de Noirs Brut NV. The menu then moves to Kagoshima A5 Wagyu Striploin with Prestige Baerii caviar, rounded off with dessert and a final pour of Champagne Drappier Rosé de Saignée Brut NV, according to the event listing.</w:t>
      </w:r>
      <w:r/>
    </w:p>
    <w:p>
      <w:r/>
      <w:r>
        <w:t>The dinner costs THB 6,000++ per person, placing it firmly in the splurge category even by Bangkok standards, but it also fits with Akira Back’s recent run of short-term dining offers. Earlier in 2026, the restaurant ran a "Double the Back – Double the Experience" promotion and a summer truffle menu that highlighted dishes such as its signature truffle mushroom pizza, scallops and Kagoshima beef, underscoring how often the kitchen uses limited-time menus to draw in diners. For visitors deciding whether to book, the appeal here is not just the food but the rarity: a single evening, a compact menu and a setting built for those who want a polished, luxurious night in the city.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[1]</w:t>
        </w:r>
      </w:hyperlink>
      <w:r>
        <w:t xml:space="preserve">, </w:t>
      </w:r>
      <w:hyperlink r:id="rId9">
        <w:r>
          <w:rPr>
            <w:color w:val="0000EE"/>
            <w:u w:val="single"/>
          </w:rPr>
          <w:t>[2]</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https://www.nowtravelasia.com/taste-the-luxury-with-an-exclusive-evening-of-caviar-bubbles-at-akira-back-bangkok/?utm_source=rss&amp;utm_medium=rss&amp;utm_campaign=taste-the-luxury-with-an-exclusive-evening-of-caviar-bubbles-at-akira-back-bangkok</w:t>
        </w:r>
      </w:hyperlink>
      <w:r>
        <w:t xml:space="preserve"> - Please view link - unable to able to access data</w:t>
      </w:r>
      <w:r/>
    </w:p>
    <w:p>
      <w:pPr>
        <w:pStyle w:val="ListNumber"/>
        <w:spacing w:line="240" w:lineRule="auto"/>
        <w:ind w:left="720"/>
      </w:pPr>
      <w:r/>
      <w:hyperlink r:id="rId9">
        <w:r>
          <w:rPr>
            <w:color w:val="0000EE"/>
            <w:u w:val="single"/>
          </w:rPr>
          <w:t>https://www.nowtravelasia.com/taste-the-luxury-with-an-exclusive-evening-of-caviar-bubbles-at-akira-back-bangkok/?utm_source=rss&amp;utm_medium=rss&amp;utm_campaign=taste-the-luxury-with-an-exclusive-evening-of-caviar-bubbles-at-akira-back-bangkok</w:t>
        </w:r>
      </w:hyperlink>
      <w:r>
        <w:t xml:space="preserve"> - Akira Back Bangkok is hosting a one-night-only 'Caviar &amp; Bubbles' event on August 31, 2026. The five-course set menu features dishes like Tuna or Mushroom Pizza with Classic Osciètre Caviar, Flounder Carpaccio with Classic Baerii Caviar, and Kagoshima A5 Wagyu Striploin with Prestige Baerii Caviar. Each course is paired with premium French sparkling wines, including Champagne Veuve Clicquot Brut NV and Champagne Drappier Rosé de Saignée Brut NV. The event is priced at THB 6,000++ per person, with limited seating available.</w:t>
      </w:r>
      <w:r/>
    </w:p>
    <w:p>
      <w:pPr>
        <w:pStyle w:val="ListNumber"/>
        <w:spacing w:line="240" w:lineRule="auto"/>
        <w:ind w:left="720"/>
      </w:pPr>
      <w:r/>
      <w:hyperlink r:id="rId10">
        <w:r>
          <w:rPr>
            <w:color w:val="0000EE"/>
            <w:u w:val="single"/>
          </w:rPr>
          <w:t>https://www.austchamthailand.com/resources/advance-blog/akira-back-unveils-double-back-double-experience-limited-time-culinary</w:t>
        </w:r>
      </w:hyperlink>
      <w:r>
        <w:t xml:space="preserve"> - From March 9 to April 30, 2026, Akira Back Bangkok offered the 'Double the Back – Double the Experience' promotion. This 'buy one get one free' campaign featured a rotating selection of the restaurant's signature dishes, allowing diners to enjoy a second serving of the same dish for free each week. The promotion aimed to showcase the venue's most iconic menu items. (</w:t>
      </w:r>
      <w:hyperlink r:id="rId15">
        <w:r>
          <w:rPr>
            <w:color w:val="0000EE"/>
            <w:u w:val="single"/>
          </w:rPr>
          <w:t>austchamthailand.com</w:t>
        </w:r>
      </w:hyperlink>
      <w:r>
        <w:t>)</w:t>
      </w:r>
      <w:r/>
    </w:p>
    <w:p>
      <w:pPr>
        <w:pStyle w:val="ListNumber"/>
        <w:spacing w:line="240" w:lineRule="auto"/>
        <w:ind w:left="720"/>
      </w:pPr>
      <w:r/>
      <w:hyperlink r:id="rId11">
        <w:r>
          <w:rPr>
            <w:color w:val="0000EE"/>
            <w:u w:val="single"/>
          </w:rPr>
          <w:t>https://www.austchamthailand.com/resources/advance-blog/akira-back-bangkok-presents-taste-summer-truffles-bangkok-marriott-marquis</w:t>
        </w:r>
      </w:hyperlink>
      <w:r>
        <w:t xml:space="preserve"> - From July 1 to August 31, 2026, Akira Back Bangkok presented the 'Taste of Summer Truffles' promotion. This event featured four dishes highlighting summer truffles imported from the French Alps and Italy, including AB Truffle Mushroom Pizza, Seared Hokkaido Scallop, Kagoshima A5 Ribeye, and Black Truffle Macaron. Each dish was available starting from THB 390++, with lunch and dinner service periods specified. (</w:t>
      </w:r>
      <w:hyperlink r:id="rId16">
        <w:r>
          <w:rPr>
            <w:color w:val="0000EE"/>
            <w:u w:val="single"/>
          </w:rPr>
          <w:t>austchamthailand.com</w:t>
        </w:r>
      </w:hyperlink>
      <w:r>
        <w:t>)</w:t>
      </w:r>
      <w:r/>
    </w:p>
    <w:p>
      <w:pPr>
        <w:pStyle w:val="ListNumber"/>
        <w:spacing w:line="240" w:lineRule="auto"/>
        <w:ind w:left="720"/>
      </w:pPr>
      <w:r/>
      <w:hyperlink r:id="rId12">
        <w:r>
          <w:rPr>
            <w:color w:val="0000EE"/>
            <w:u w:val="single"/>
          </w:rPr>
          <w:t>https://www.timeout.com/bangkok/things-to-do/akira-back-goes-all-in-on-summer-truffles</w:t>
        </w:r>
      </w:hyperlink>
      <w:r>
        <w:t xml:space="preserve"> - Akira Back Bangkok is offering a 'Taste of Summer Truffles' promotion until August 31, 2026. The menu includes four limited dishes built around truffles sourced from the French Alps and Italy, such as the restaurant's signature AB Truffle Mushroom Pizza, Seared Hokkaido Scallop with Miso Cream Butter, Kagoshima A5 Ribeye with Truffle Beef Jus, and a Black Truffle Macaron for dessert. Each dish is available from THB 390++ and is served during lunch and dinner hours. (</w:t>
      </w:r>
      <w:hyperlink r:id="rId17">
        <w:r>
          <w:rPr>
            <w:color w:val="0000EE"/>
            <w:u w:val="single"/>
          </w:rPr>
          <w:t>timeout.com</w:t>
        </w:r>
      </w:hyperlink>
      <w:r>
        <w:t>)</w:t>
      </w:r>
      <w:r/>
    </w:p>
    <w:p>
      <w:pPr>
        <w:pStyle w:val="ListNumber"/>
        <w:spacing w:line="240" w:lineRule="auto"/>
        <w:ind w:left="720"/>
      </w:pPr>
      <w:r/>
      <w:hyperlink r:id="rId13">
        <w:r>
          <w:rPr>
            <w:color w:val="0000EE"/>
            <w:u w:val="single"/>
          </w:rPr>
          <w:t>https://www.bangkokbigears.com/2026/06/14/a-rare-kimoto-sake-dinner-arrives-in-bangkok/</w:t>
        </w:r>
      </w:hyperlink>
      <w:r>
        <w:t xml:space="preserve"> - On June 26, 2026, Akira Back Bangkok hosted 'The Art of Kimoto,' a six-course dinner paired with sake from Kurosawa Brewery. The event featured the kimoto method of sake brewing, a traditional technique from the Edo Period. Dishes included Salmon Pizza, Domi (red snapper), and Miso Halibut, each paired with specific Maruto Junmai Kimoto sakes. The dinner was priced at THB 4,500++ per person, with limited seating available. (</w:t>
      </w:r>
      <w:hyperlink r:id="rId18">
        <w:r>
          <w:rPr>
            <w:color w:val="0000EE"/>
            <w:u w:val="single"/>
          </w:rPr>
          <w:t>bangkokbigears.com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taste-the-luxury-with-an-exclusive-evening-of-caviar-bubbles-at-akira-back-bangkok/?utm_source=rss&amp;utm_medium=rss&amp;utm_campaign=taste-the-luxury-with-an-exclusive-evening-of-caviar-bubbles-at-akira-back-bangkok" TargetMode="External"/><Relationship Id="rId10" Type="http://schemas.openxmlformats.org/officeDocument/2006/relationships/hyperlink" Target="https://www.austchamthailand.com/resources/advance-blog/akira-back-unveils-double-back-double-experience-limited-time-culinary" TargetMode="External"/><Relationship Id="rId11" Type="http://schemas.openxmlformats.org/officeDocument/2006/relationships/hyperlink" Target="https://www.austchamthailand.com/resources/advance-blog/akira-back-bangkok-presents-taste-summer-truffles-bangkok-marriott-marquis" TargetMode="External"/><Relationship Id="rId12" Type="http://schemas.openxmlformats.org/officeDocument/2006/relationships/hyperlink" Target="https://www.timeout.com/bangkok/things-to-do/akira-back-goes-all-in-on-summer-truffles" TargetMode="External"/><Relationship Id="rId13" Type="http://schemas.openxmlformats.org/officeDocument/2006/relationships/hyperlink" Target="https://www.bangkokbigears.com/2026/06/14/a-rare-kimoto-sake-dinner-arrives-in-bangkok/" TargetMode="External"/><Relationship Id="rId14" Type="http://schemas.openxmlformats.org/officeDocument/2006/relationships/hyperlink" Target="https://www.noahwire.com" TargetMode="External"/><Relationship Id="rId15" Type="http://schemas.openxmlformats.org/officeDocument/2006/relationships/hyperlink" Target="https://www.austchamthailand.com/resources/advance-blog/akira-back-unveils-double-back-double-experience-limited-time-culinary?utm_source=openai" TargetMode="External"/><Relationship Id="rId16" Type="http://schemas.openxmlformats.org/officeDocument/2006/relationships/hyperlink" Target="https://www.austchamthailand.com/resources/advance-blog/akira-back-bangkok-presents-taste-summer-truffles-bangkok-marriott-marquis?utm_source=openai" TargetMode="External"/><Relationship Id="rId17" Type="http://schemas.openxmlformats.org/officeDocument/2006/relationships/hyperlink" Target="https://www.timeout.com/bangkok/things-to-do/akira-back-goes-all-in-on-summer-truffles?utm_source=openai" TargetMode="External"/><Relationship Id="rId18" Type="http://schemas.openxmlformats.org/officeDocument/2006/relationships/hyperlink" Target="https://www.bangkokbigears.com/2026/06/14/a-rare-kimoto-sake-dinner-arrives-in-bangko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