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Jaras at InterContinental Hua Hin earns Thai SELECT 2 Stars for authentic regional cuisine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Jaras, the Thai restaurant at InterContinental Hua Hin Resort, has been awarded a Thai SELECT 2 Stars distinction by Thailand’s Ministry of Commerce, placing it among a select group of restaurants recognised for authenticity, quality and a polished dining experience. For travellers, the accolade suggests a venue worth planning into a Hua Hin stay, especially for diners seeking Thai cooking that is rooted in place rather than adapted for the international market.</w:t>
      </w:r>
      <w:r/>
    </w:p>
    <w:p>
      <w:r/>
      <w:r>
        <w:t>Thai SELECT is the ministry’s certification mark for Thai restaurants and food products, with awards ranging from one to three stars, plus a separate casual category. The programme evaluates factors including ambience, service and culinary standards, and it has become a marker of trusted Thai dining well beyond the country’s borders. According to the Thai SELECT programme, 1,956 restaurants in 73 countries have now been certified.</w:t>
      </w:r>
      <w:r/>
    </w:p>
    <w:p>
      <w:r/>
      <w:r>
        <w:t>The recognition for Jaras also reflects the way the restaurant presents regional Thai flavours through carefully sourced ingredients and considered technique. The dishes highlighted in the announcement include char-grilled Kamphaeng Saen Thai Angus in cassia leaf curry with Phetchaburi fleur de sel, Hua Hin tiger prawns smoked over coconut husk in chu chee sauce, and stir-fried Hua Hin tiger prawns with smoked shrimp oil essence and chilli jam. For visitors, that means a menu that leans into local produce and coastal character, rather than broad, generic Thai staples.</w:t>
      </w:r>
      <w:r/>
    </w:p>
    <w:p>
      <w:r/>
      <w:r>
        <w:t>Sabrina Hofstetter, general manager of InterContinental Hua Hin Resort, said the award was meaningful for the whole team and reflected more than what is served on the plate. Her comments point to the appeal of Jaras for travellers who value a sense of provenance and a strong connection to the destination. With Thai SELECT continuing to expand its global profile and Thailand’s Ministry of Commerce using the scheme to promote the country’s culinary identity, Jaras now has an added reason to stand out for those looking for a memorable Thai meal in Hua Hin.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w:t>
      </w:r>
      <w:hyperlink r:id="rId12">
        <w:r>
          <w:rPr>
            <w:color w:val="0000EE"/>
            <w:u w:val="single"/>
          </w:rPr>
          <w:t>[6]</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https://www.nowtravelasia.com/jaras-hua-hin-awarded-thai-select-2-stars-2026/?utm_source=rss&amp;utm_medium=rss&amp;utm_campaign=jaras-hua-hin-awarded-thai-select-2-stars-2026</w:t>
        </w:r>
      </w:hyperlink>
      <w:r>
        <w:t xml:space="preserve"> - Please view link - unable to able to access data</w:t>
      </w:r>
      <w:r/>
    </w:p>
    <w:p>
      <w:pPr>
        <w:pStyle w:val="ListNumber"/>
        <w:spacing w:line="240" w:lineRule="auto"/>
        <w:ind w:left="720"/>
      </w:pPr>
      <w:r/>
      <w:hyperlink r:id="rId10">
        <w:r>
          <w:rPr>
            <w:color w:val="0000EE"/>
            <w:u w:val="single"/>
          </w:rPr>
          <w:t>https://thaiselect.com/</w:t>
        </w:r>
      </w:hyperlink>
      <w:r>
        <w:t xml:space="preserve"> - Thai SELECT is a certification mark awarded by Thailand's Ministry of Commerce to Thai restaurants and food products that demonstrate authenticity and quality. The program categorizes restaurants into three tiers: 1-Star, 2-Star, and 3-Star, based on factors such as ambiance, service, and culinary excellence. As of now, 1,956 restaurants across 73 countries have received the Thai SELECT certification, reflecting the global recognition of authentic Thai cuisine.</w:t>
      </w:r>
      <w:r/>
    </w:p>
    <w:p>
      <w:pPr>
        <w:pStyle w:val="ListNumber"/>
        <w:spacing w:line="240" w:lineRule="auto"/>
        <w:ind w:left="720"/>
      </w:pPr>
      <w:r/>
      <w:hyperlink r:id="rId14">
        <w:r>
          <w:rPr>
            <w:color w:val="0000EE"/>
            <w:u w:val="single"/>
          </w:rPr>
          <w:t>https://www.thaipr.net/en/general_en/3676345</w:t>
        </w:r>
      </w:hyperlink>
      <w:r>
        <w:t xml:space="preserve"> - In December 2025, the Ministry of Commerce awarded the highest 3-Star Thai SELECT certifications to Blue Elephant Restaurants in Thailand. This prestigious recognition was presented by Mrs. Suphajee Suthumpun, Minister of Commerce, at the Bangkok Marriott Marquis Queen’s Park. The Thai SELECT Award 2025 honoured 202 restaurants, including 12 with 3 Stars, 30 with 2 Stars, and 160 with 1 Star, highlighting the excellence of Thai cuisine.</w:t>
      </w:r>
      <w:r/>
    </w:p>
    <w:p>
      <w:pPr>
        <w:pStyle w:val="ListNumber"/>
        <w:spacing w:line="240" w:lineRule="auto"/>
        <w:ind w:left="720"/>
      </w:pPr>
      <w:r/>
      <w:hyperlink r:id="rId15">
        <w:r>
          <w:rPr>
            <w:color w:val="0000EE"/>
            <w:u w:val="single"/>
          </w:rPr>
          <w:t>https://www.travelfoundation.org/global-travel-news/commerce-ministry-awards-highest-3-star-thai-select-certifications-to-blue-elephant-restaurants/</w:t>
        </w:r>
      </w:hyperlink>
      <w:r>
        <w:t xml:space="preserve"> - The Travel &amp; Tourism Foundation reported that in December 2025, Blue Elephant Restaurants in Thailand received the highest 3-Star Thai SELECT certifications from the Ministry of Commerce. The awards were presented by Mrs. Suphajee Suthumpun, Minister of Commerce, at the Bangkok Marriott Marquis Queen’s Park. The Thai SELECT Award 2025 recognised 202 restaurants, including 12 with 3 Stars, 30 with 2 Stars, and 160 with 1 Star, underscoring the global appreciation of authentic Thai cuisine.</w:t>
      </w:r>
      <w:r/>
    </w:p>
    <w:p>
      <w:pPr>
        <w:pStyle w:val="ListNumber"/>
        <w:spacing w:line="240" w:lineRule="auto"/>
        <w:ind w:left="720"/>
      </w:pPr>
      <w:r/>
      <w:hyperlink r:id="rId11">
        <w:r>
          <w:rPr>
            <w:color w:val="0000EE"/>
            <w:u w:val="single"/>
          </w:rPr>
          <w:t>https://www.nationthailand.com/pr-news/pr-news/40049463</w:t>
        </w:r>
      </w:hyperlink>
      <w:r>
        <w:t xml:space="preserve"> - In May 2025, Mr. Pichai Naripthaphan, Minister of Commerce, announced the elevation of the Thai SELECT certification with a new 'Star' system to enhance Thai cuisine's global presence. The redesigned logo and updated criteria now include four tiers: Thai SELECT 1 Star, 2 Stars, 3 Stars, and Thai SELECT Casual. This initiative aims to promote Thai cuisine as a global soft power by ensuring authenticity and quality in Thai restaurants worldwide.</w:t>
      </w:r>
      <w:r/>
    </w:p>
    <w:p>
      <w:pPr>
        <w:pStyle w:val="ListNumber"/>
        <w:spacing w:line="240" w:lineRule="auto"/>
        <w:ind w:left="720"/>
      </w:pPr>
      <w:r/>
      <w:hyperlink r:id="rId12">
        <w:r>
          <w:rPr>
            <w:color w:val="0000EE"/>
            <w:u w:val="single"/>
          </w:rPr>
          <w:t>https://www.thestorythailand.com/en/ditp-expands-thai-select/</w:t>
        </w:r>
      </w:hyperlink>
      <w:r>
        <w:t xml:space="preserve"> - In May 2026, the Department of International Trade Promotion (DITP), Ministry of Commerce, expanded the Thai SELECT program to boost Thailand's cultural soft power. The initiative aims to enhance the competitiveness of overseas Thai restaurant entrepreneurs by certifying authentic, world-class Thai cuisine. As of May 2026, 1,419 restaurants across 70 countries have achieved certification under the updated 'Orchid Star' evaluation criteria, reflecting the global reach and recognition of Thai cuisine.</w:t>
      </w:r>
      <w:r/>
    </w:p>
    <w:p>
      <w:pPr>
        <w:pStyle w:val="ListNumber"/>
        <w:spacing w:line="240" w:lineRule="auto"/>
        <w:ind w:left="720"/>
      </w:pPr>
      <w:r/>
      <w:hyperlink r:id="rId16">
        <w:r>
          <w:rPr>
            <w:color w:val="0000EE"/>
            <w:u w:val="single"/>
          </w:rPr>
          <w:t>https://en.thairath.co.th/news/governmentpolicy/2897921</w:t>
        </w:r>
      </w:hyperlink>
      <w:r>
        <w:t xml:space="preserve"> - In November 2025, the Ministry of Commerce awarded the Thai SELECT label to 202 quality restaurants nationwide, promoting Thai cuisine as the nation's top soft power and a key economic driver. The awards ceremony, presided over by Mrs. Supachai Sutthipan, Minister of Commerce, recognised 12 restaurants with 3 Stars, 30 with 2 Stars, and 160 with 1 Star. This initiative underscores the global recognition and appreciation of authentic Thai cuisine.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jaras-hua-hin-awarded-thai-select-2-stars-2026/?utm_source=rss&amp;utm_medium=rss&amp;utm_campaign=jaras-hua-hin-awarded-thai-select-2-stars-2026" TargetMode="External"/><Relationship Id="rId10" Type="http://schemas.openxmlformats.org/officeDocument/2006/relationships/hyperlink" Target="https://thaiselect.com/" TargetMode="External"/><Relationship Id="rId11" Type="http://schemas.openxmlformats.org/officeDocument/2006/relationships/hyperlink" Target="https://www.nationthailand.com/pr-news/pr-news/40049463" TargetMode="External"/><Relationship Id="rId12" Type="http://schemas.openxmlformats.org/officeDocument/2006/relationships/hyperlink" Target="https://www.thestorythailand.com/en/ditp-expands-thai-select/" TargetMode="External"/><Relationship Id="rId13" Type="http://schemas.openxmlformats.org/officeDocument/2006/relationships/hyperlink" Target="https://www.noahwire.com" TargetMode="External"/><Relationship Id="rId14" Type="http://schemas.openxmlformats.org/officeDocument/2006/relationships/hyperlink" Target="https://www.thaipr.net/en/general_en/3676345" TargetMode="External"/><Relationship Id="rId15" Type="http://schemas.openxmlformats.org/officeDocument/2006/relationships/hyperlink" Target="https://www.travelfoundation.org/global-travel-news/commerce-ministry-awards-highest-3-star-thai-select-certifications-to-blue-elephant-restaurants/" TargetMode="External"/><Relationship Id="rId16" Type="http://schemas.openxmlformats.org/officeDocument/2006/relationships/hyperlink" Target="https://en.thairath.co.th/news/governmentpolicy/28979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