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Courtyard by Marriott Phuket’s diverse dining options enhance beachside holiday experience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Courtyard by Marriott Phuket, Patong Beach Resort is leaning into Patong’s easygoing, beach-first rhythm with a dining line-up that gives travellers plenty of choice without leaving the property. Just a short walk from Patong Beach, the resort combines a waterfront setting with nine food-and-drink venues, ranging from early-morning coffee stops to sunset cocktails and relaxed poolside meals.</w:t>
      </w:r>
      <w:r/>
    </w:p>
    <w:p>
      <w:r/>
      <w:r>
        <w:t>For guests who want the classic Phuket holiday mix of sun, casual dining and social energy, Endless Summer Beach Club is the most obvious draw. Set on the sand, it pairs sea views with sunbeds, drinks and a menu that spans seafood and wood-fired pizza, while family-friendly entertainment helps keep the atmosphere lively into the evening. The resort also points to its four outdoor pools and Kids’ Club, making it a practical base for families who want easy meals and entertainment on hand.</w:t>
      </w:r>
      <w:r/>
    </w:p>
    <w:p>
      <w:r/>
      <w:r>
        <w:t>The strongest food options appear to be Smokestack BBQ &amp; Grill and Goodfellas Pizzeria. Smokestack focuses on hearty barbecue plates such as brisket, ribs and grilled seafood in an open-air setting, while Goodfellas offers Neapolitan-style pizzas straight from the wood fire, pitched as an easy choice for sharing. For something more casual, the resort’s café, lounge, pool deck and swim-up bars add flexibility for coffee, light bites and drinks between beach visits or nights out in Patong.</w:t>
      </w:r>
      <w:r/>
    </w:p>
    <w:p>
      <w:r/>
      <w:r>
        <w:t>That location remains one of the hotel’s biggest selling points. Marriott says the property sits within easy reach of Bangla Road, local markets and shopping, so diners can move from a poolside lunch to Patong’s nightlife without much planning. For travellers who value convenience as much as variety, the resort’s dining set-up is designed to cover most occasions in one place, from a quick pastry and coffee to a full dinner and late drink.</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[5]</w:t>
        </w:r>
      </w:hyperlink>
      <w:r>
        <w:t xml:space="preserve">, </w:t>
      </w:r>
      <w:hyperlink r:id="rId13">
        <w:r>
          <w:rPr>
            <w:color w:val="0000EE"/>
            <w:u w:val="single"/>
          </w:rPr>
          <w:t>[6]</w:t>
        </w:r>
      </w:hyperlink>
      <w:r>
        <w:t xml:space="preserve">- Paragraph 3: </w:t>
      </w:r>
      <w:hyperlink r:id="rId10">
        <w:r>
          <w:rPr>
            <w:color w:val="0000EE"/>
            <w:u w:val="single"/>
          </w:rPr>
          <w:t>[2]</w:t>
        </w:r>
      </w:hyperlink>
      <w:r>
        <w:t xml:space="preserve">, </w:t>
      </w:r>
      <w:hyperlink r:id="rId14">
        <w:r>
          <w:rPr>
            <w:color w:val="0000EE"/>
            <w:u w:val="single"/>
          </w:rPr>
          <w:t>[4]</w:t>
        </w:r>
      </w:hyperlink>
      <w:r>
        <w:t xml:space="preserve">, </w:t>
      </w:r>
      <w:hyperlink r:id="rId13">
        <w:r>
          <w:rPr>
            <w:color w:val="0000EE"/>
            <w:u w:val="single"/>
          </w:rPr>
          <w:t>[6]</w:t>
        </w:r>
      </w:hyperlink>
      <w:r>
        <w:t xml:space="preserve">, </w:t>
      </w:r>
      <w:hyperlink r:id="rId10">
        <w:r>
          <w:rPr>
            <w:color w:val="0000EE"/>
            <w:u w:val="single"/>
          </w:rPr>
          <w:t>[7]</w:t>
        </w:r>
      </w:hyperlink>
      <w:r>
        <w:t xml:space="preserve">- Paragraph 4: </w:t>
      </w:r>
      <w:hyperlink r:id="rId11">
        <w:r>
          <w:rPr>
            <w:color w:val="0000EE"/>
            <w:u w:val="single"/>
          </w:rPr>
          <w:t>[3]</w:t>
        </w:r>
      </w:hyperlink>
      <w:r>
        <w:t xml:space="preserve">, </w:t>
      </w:r>
      <w:hyperlink r:id="rId12">
        <w:r>
          <w:rPr>
            <w:color w:val="0000EE"/>
            <w:u w:val="single"/>
          </w:rPr>
          <w:t>[5]</w:t>
        </w:r>
      </w:hyperlink>
      <w:r>
        <w:t xml:space="preserve">, </w:t>
      </w:r>
      <w:hyperlink r:id="rId13">
        <w:r>
          <w:rPr>
            <w:color w:val="0000EE"/>
            <w:u w:val="single"/>
          </w:rPr>
          <w:t>[6]</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https://www.bastillepost.com/global/article/6081742-dine-unwind-food-drinks-poolside-experiences-at-courtyard-by-marriott-phuket-patong-beach-resort</w:t>
        </w:r>
      </w:hyperlink>
      <w:r>
        <w:t xml:space="preserve"> - Please view link - unable to able to access data</w:t>
      </w:r>
      <w:r/>
    </w:p>
    <w:p>
      <w:pPr>
        <w:pStyle w:val="ListNumber"/>
        <w:spacing w:line="240" w:lineRule="auto"/>
        <w:ind w:left="720"/>
      </w:pPr>
      <w:r/>
      <w:hyperlink r:id="rId10">
        <w:r>
          <w:rPr>
            <w:color w:val="0000EE"/>
            <w:u w:val="single"/>
          </w:rPr>
          <w:t>https://www.marriott.com/en-us/hotels/hktcp-courtyard-phuket-patong-beach-resort/dining/</w:t>
        </w:r>
      </w:hyperlink>
      <w:r>
        <w:t xml:space="preserve"> - Courtyard by Marriott Phuket, Patong Beach Resort offers a diverse dining experience with nine distinctive venues. Guests can enjoy beachfront dining at Endless Summer Beach Club, savour wood-fired pizzas at Goodfellas Pizzeria, and indulge in smoky barbecue at Smokestack BBQ &amp; Grill. Additional options include ES Café for coffee and pastries, The Phuket Eatery serving international dishes, The Lounge for cocktails, The Pool Deck for poolside bites, Below 23 and Below 47 swim-up pool bars, and The Pool Deck for relaxed poolside dining. Each venue provides a unique atmosphere, capturing the vibrant spirit of Patong Beach.</w:t>
      </w:r>
      <w:r/>
    </w:p>
    <w:p>
      <w:pPr>
        <w:pStyle w:val="ListNumber"/>
        <w:spacing w:line="240" w:lineRule="auto"/>
        <w:ind w:left="720"/>
      </w:pPr>
      <w:r/>
      <w:hyperlink r:id="rId11">
        <w:r>
          <w:rPr>
            <w:color w:val="0000EE"/>
            <w:u w:val="single"/>
          </w:rPr>
          <w:t>https://www.marriott.com/en-us/hotels/hktcp-courtyard-phuket-patong-beach-resort/overview/</w:t>
        </w:r>
      </w:hyperlink>
      <w:r>
        <w:t xml:space="preserve"> - Courtyard by Marriott Phuket, Patong Beach Resort is a beachfront hotel located just steps from Patong Beach. The resort offers a variety of dining options, including Endless Summer Beach Club, Goodfellas Pizzeria, and Smokestack BBQ &amp; Grill. Guests can also enjoy amenities such as four outdoor pools, a fitness centre, and a Kids’ Club. The resort's prime location provides easy access to local markets, shopping malls, and Patong's vibrant nightlife, including Bangla Road, known for its live music and entertainment.</w:t>
      </w:r>
      <w:r/>
    </w:p>
    <w:p>
      <w:pPr>
        <w:pStyle w:val="ListNumber"/>
        <w:spacing w:line="240" w:lineRule="auto"/>
        <w:ind w:left="720"/>
      </w:pPr>
      <w:r/>
      <w:hyperlink r:id="rId14">
        <w:r>
          <w:rPr>
            <w:color w:val="0000EE"/>
            <w:u w:val="single"/>
          </w:rPr>
          <w:t>https://www.phuket101.net/restaurants-at-courtyard-by-marriott-phuket-patong-beach-resort/attachment/a302edd6a1c54c168dbc0f0465630fe3/</w:t>
        </w:r>
      </w:hyperlink>
      <w:r>
        <w:t xml:space="preserve"> - An article detailing the dining options at Courtyard by Marriott Phuket, Patong Beach Resort, highlighting the resort's five restaurants and bars. The piece provides insights into the resort's offerings, including the Phuket Eatery, Endless Summer Beach Club, The Pool Deck, Below 23 Swim Up Pool Bar, Below 47 Swim Up Bar, The Lounge, Goodfellas Pizzeria, Smokestack BBQ &amp; Grill, and ES Café. Each venue is described in terms of its ambiance, cuisine, and unique features, offering a comprehensive overview of the resort's dining experiences.</w:t>
      </w:r>
      <w:r/>
    </w:p>
    <w:p>
      <w:pPr>
        <w:pStyle w:val="ListNumber"/>
        <w:spacing w:line="240" w:lineRule="auto"/>
        <w:ind w:left="720"/>
      </w:pPr>
      <w:r/>
      <w:hyperlink r:id="rId12">
        <w:r>
          <w:rPr>
            <w:color w:val="0000EE"/>
            <w:u w:val="single"/>
          </w:rPr>
          <w:t>https://www.amayaescapes.com/hotels/courtyard-by-marriott-phuket-patong-beach-resort/</w:t>
        </w:r>
      </w:hyperlink>
      <w:r>
        <w:t xml:space="preserve"> - A review of Courtyard by Marriott Phuket, Patong Beach Resort, focusing on its dining experiences. The review highlights the resort's diverse culinary offerings, including Endless Summer Beach Club, Goodfellas Pizzeria, and Smokestack BBQ &amp; Grill. It also mentions the resort's beachfront location, proximity to Patong Beach, and the variety of dining venues available to guests. The review provides insights into the resort's ambiance, cuisine, and overall dining experience, offering a comprehensive look at the resort's food and beverage options.</w:t>
      </w:r>
      <w:r/>
    </w:p>
    <w:p>
      <w:pPr>
        <w:pStyle w:val="ListNumber"/>
        <w:spacing w:line="240" w:lineRule="auto"/>
        <w:ind w:left="720"/>
      </w:pPr>
      <w:r/>
      <w:hyperlink r:id="rId13">
        <w:r>
          <w:rPr>
            <w:color w:val="0000EE"/>
            <w:u w:val="single"/>
          </w:rPr>
          <w:t>https://www.phuket101.net/courtyard-phuket-patong-beach-resort/</w:t>
        </w:r>
      </w:hyperlink>
      <w:r>
        <w:t xml:space="preserve"> - A comprehensive review of Courtyard by Marriott Phuket, Patong Beach Resort, covering various aspects of the resort, including its dining venues. The review provides detailed descriptions of the resort's restaurants and bars, such as The Phuket Eatery, Endless Summer Beach Club, The Pool Deck, Below 23 Swim Up Pool Bar, Below 47 Swim Up Bar, The Lounge, Goodfellas Pizzeria, Smokestack BBQ &amp; Grill, and ES Café. Each venue is discussed in terms of its offerings, ambiance, and unique features, providing readers with a thorough understanding of the resort's dining options.</w:t>
      </w:r>
      <w:r/>
    </w:p>
    <w:p>
      <w:pPr>
        <w:pStyle w:val="ListNumber"/>
        <w:spacing w:line="240" w:lineRule="auto"/>
        <w:ind w:left="720"/>
      </w:pPr>
      <w:r/>
      <w:hyperlink r:id="rId10">
        <w:r>
          <w:rPr>
            <w:color w:val="0000EE"/>
            <w:u w:val="single"/>
          </w:rPr>
          <w:t>https://www.marriott.com/en-us/hotels/hktcp-courtyard-phuket-patong-beach-resort/dining/</w:t>
        </w:r>
      </w:hyperlink>
      <w:r>
        <w:t xml:space="preserve"> - Courtyard by Marriott Phuket, Patong Beach Resort offers a diverse dining experience with nine distinctive venues. Guests can enjoy beachfront dining at Endless Summer Beach Club, savour wood-fired pizzas at Goodfellas Pizzeria, and indulge in smoky barbecue at Smokestack BBQ &amp; Grill. Additional options include ES Café for coffee and pastries, The Phuket Eatery serving international dishes, The Lounge for cocktails, The Pool Deck for poolside bites, Below 23 and Below 47 swim-up pool bars, and The Pool Deck for relaxed poolside dining. Each venue provides a unique atmosphere, capturing the vibrant spirit of Patong Beach.</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astillepost.com/global/article/6081742-dine-unwind-food-drinks-poolside-experiences-at-courtyard-by-marriott-phuket-patong-beach-resort" TargetMode="External"/><Relationship Id="rId10" Type="http://schemas.openxmlformats.org/officeDocument/2006/relationships/hyperlink" Target="https://www.marriott.com/en-us/hotels/hktcp-courtyard-phuket-patong-beach-resort/dining/" TargetMode="External"/><Relationship Id="rId11" Type="http://schemas.openxmlformats.org/officeDocument/2006/relationships/hyperlink" Target="https://www.marriott.com/en-us/hotels/hktcp-courtyard-phuket-patong-beach-resort/overview/" TargetMode="External"/><Relationship Id="rId12" Type="http://schemas.openxmlformats.org/officeDocument/2006/relationships/hyperlink" Target="https://www.amayaescapes.com/hotels/courtyard-by-marriott-phuket-patong-beach-resort/" TargetMode="External"/><Relationship Id="rId13" Type="http://schemas.openxmlformats.org/officeDocument/2006/relationships/hyperlink" Target="https://www.phuket101.net/courtyard-phuket-patong-beach-resort/" TargetMode="External"/><Relationship Id="rId14" Type="http://schemas.openxmlformats.org/officeDocument/2006/relationships/hyperlink" Target="https://www.phuket101.net/restaurants-at-courtyard-by-marriott-phuket-patong-beach-resort/attachment/a302edd6a1c54c168dbc0f0465630fe3/" TargetMode="External"/><Relationship Id="rId15"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