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Quiet beaches and new experiences redefine Phuket’s west coast for relaxed travellers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For travellers who want a Phuket trip with more breathing room and fewer Patong crowds, a west-coast itinerary built around beaches, a cooking class, a yoga session and a few easy-going food stops offers a more relaxed way to experience the island. Freedom Beach is one of the clearest examples of that quieter side of Phuket: according to We Love Phuket, it is a secluded cove just south of Patong with white sand, turquoise water and a coral reef that makes it good for snorkelling, while Confirm Good notes that visitors should expect a bit of effort getting there and should wear proper shoes for the trail down. </w:t>
      </w:r>
      <w:r/>
    </w:p>
    <w:p>
      <w:r/>
      <w:r>
        <w:t xml:space="preserve">Bang Tao Beach, meanwhile, gives a very different mood. Travel guides from Signature of Phuket, Silq Haus and Phuket Expat Guide describe it as one of Phuket’s longest beaches, stretching for about 8 kilometres along the island’s west coast, with a quieter northern stretch and a more resort-led southern end around Laguna Phuket. Confirm Good’s account fits that picture, with its mention of a shuttle boat linking guests from Cassia Phuket to the sand, which makes Bang Tao a practical base for visitors who want space without giving up convenience. </w:t>
      </w:r>
      <w:r/>
    </w:p>
    <w:p>
      <w:r/>
      <w:r>
        <w:t xml:space="preserve">If you want a beach evening with a bit more theatre, Tann Beach Club on Karon Beach is pitched as the splurge option in this itinerary. Confirm Good says the draw is the twice-nightly fire show, held at 7pm and 9pm, with the best views from reserved seating and the possibility of watching from outside the main dining area if you would rather avoid the minimum spend. That makes it the sort of place to book for sunset drinks or a one-off dinner, rather than an everyday stop. </w:t>
      </w:r>
      <w:r/>
    </w:p>
    <w:p>
      <w:r/>
      <w:r>
        <w:t xml:space="preserve">The itinerary also leans into hands-on activities that suit holidaymakers who want something memorable but manageable. Confirm Good’s cooking class at The Front Village in Karon is framed as a practical, friendly introduction to Thai dishes, complete with a recipe booklet and lunch in air-conditioned comfort afterwards. Nearby, CC’s Hideaway offers a morning yoga class in the hills above Kata and Karon, which may appeal to travellers who want a slow start before heading back to the beach. Phuket’s wider travel guides also point to Bang Tao as a place where cooking classes and yoga sit naturally alongside the beach lifestyle. </w:t>
      </w:r>
      <w:r/>
    </w:p>
    <w:p>
      <w:r/>
      <w:r>
        <w:t xml:space="preserve">For a softer adventure, Khai Nai Island is the sort of snorkelling stop that works well for casual swimmers as well as first-timers. Confirm Good highlights the calm water, easy shore entry and reef fish close to the beach, while the island’s relaxed setup, with deck chairs and a beachfront restaurant, makes it easy to spend a few hours there without overplanning the day. </w:t>
      </w:r>
      <w:r/>
    </w:p>
    <w:p>
      <w:r/>
      <w:r>
        <w:t xml:space="preserve">The food picks in this itinerary are broad rather than strictly local, which is useful for travellers who want variety between beach stops. Mamasita Mexican in Bang Tao is a casual choice for tacos, burritos and margaritas, while Have a Bagel Day in Cherngtalay offers a slower brunch option with freshly baked bagels and sandwich-style breakfasts. Kiri, with branches across Kata, Karon and Naithon, is the most flexible of the lot, serving a mix of Thai, Japanese, Indian and Western dishes at a mid-range price point, making it an easy resort-area option when everyone wants something different.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9">
        <w:r>
          <w:rPr>
            <w:color w:val="0000EE"/>
            <w:u w:val="single"/>
          </w:rPr>
          <w:t>[1]</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Paragraph 6: </w:t>
      </w:r>
      <w:hyperlink r:id="rId9">
        <w:r>
          <w:rPr>
            <w:color w:val="0000EE"/>
            <w:u w:val="single"/>
          </w:rPr>
          <w:t>[1]</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https://confirmgood.com/post/phuket-itinerary-travel-guide/</w:t>
        </w:r>
      </w:hyperlink>
      <w:r>
        <w:t xml:space="preserve"> - Please view link - unable to able to access data</w:t>
      </w:r>
      <w:r/>
    </w:p>
    <w:p>
      <w:pPr>
        <w:pStyle w:val="ListNumber"/>
        <w:spacing w:line="240" w:lineRule="auto"/>
        <w:ind w:left="720"/>
      </w:pPr>
      <w:r/>
      <w:hyperlink r:id="rId10">
        <w:r>
          <w:rPr>
            <w:color w:val="0000EE"/>
            <w:u w:val="single"/>
          </w:rPr>
          <w:t>https://welovephuket.com/beaches/freedom-beach/</w:t>
        </w:r>
      </w:hyperlink>
      <w:r>
        <w:t xml:space="preserve"> - Freedom Beach is a secluded cove located just south of Patong Beach in Phuket, Thailand. Accessible only by boat, it offers pristine white sands, clear turquoise waters, and a healthy coral reef, making it an ideal spot for snorkeling. The absence of road access has helped maintain its natural beauty, free from commercial development. Visitors can reach the beach via long-tail boats from Patong Beach pier or Tri Trang Beach, with the journey itself being part of the experience. The beach remains undeveloped, with no sunbed vendors or beach bars, preserving its untouched charm.</w:t>
      </w:r>
      <w:r/>
    </w:p>
    <w:p>
      <w:pPr>
        <w:pStyle w:val="ListNumber"/>
        <w:spacing w:line="240" w:lineRule="auto"/>
        <w:ind w:left="720"/>
      </w:pPr>
      <w:r/>
      <w:hyperlink r:id="rId11">
        <w:r>
          <w:rPr>
            <w:color w:val="0000EE"/>
            <w:u w:val="single"/>
          </w:rPr>
          <w:t>https://www.signatureofphuket.com/bang-tao-travel-guide/</w:t>
        </w:r>
      </w:hyperlink>
      <w:r>
        <w:t xml:space="preserve"> - Bang Tao Beach, located on Phuket's west coast, is one of the island's longest and most scenic shorelines. Stretching approximately 8 kilometers, it offers a serene environment with fine sand and clear, warm waters. The beach is divided into two distinct sections: the southern end is home to the prestigious Laguna Phuket resort complex, featuring luxury accommodations and amenities, while the northern end remains quiet, local, and largely undeveloped. This contrast makes Bang Tao appealing to a wide range of travelers seeking both luxury and tranquility.</w:t>
      </w:r>
      <w:r/>
    </w:p>
    <w:p>
      <w:pPr>
        <w:pStyle w:val="ListNumber"/>
        <w:spacing w:line="240" w:lineRule="auto"/>
        <w:ind w:left="720"/>
      </w:pPr>
      <w:r/>
      <w:hyperlink r:id="rId12">
        <w:r>
          <w:rPr>
            <w:color w:val="0000EE"/>
            <w:u w:val="single"/>
          </w:rPr>
          <w:t>https://www.phuket-plaza.com/travel-guide/bang-tao-beach/</w:t>
        </w:r>
      </w:hyperlink>
      <w:r>
        <w:t xml:space="preserve"> - Bang Tao Beach is situated on Phuket's west coast, past Surin Beach when coming from Patong. The area is known for its luxurious resorts, including the Laguna Phuket complex, which comprises hotels like Sheraton Grande, Dusit Laguna, Allamanda, Laguna Beach, Banyan Tree Phuket, and Laguna Holiday Club. The beach offers a range of activities for both children and adults, such as Camp Laguna, elephant trekking, horseback riding, wall climbing, Thai cooking classes, and yoga lessons. The surrounding area features shopping options like Canal Village, Cherng Thalay Shrine, and Cherng Thalay Temple.</w:t>
      </w:r>
      <w:r/>
    </w:p>
    <w:p>
      <w:pPr>
        <w:pStyle w:val="ListNumber"/>
        <w:spacing w:line="240" w:lineRule="auto"/>
        <w:ind w:left="720"/>
      </w:pPr>
      <w:r/>
      <w:hyperlink r:id="rId13">
        <w:r>
          <w:rPr>
            <w:color w:val="0000EE"/>
            <w:u w:val="single"/>
          </w:rPr>
          <w:t>https://www.silqhaus.com/guides/bang-tao-beach-phuket</w:t>
        </w:r>
      </w:hyperlink>
      <w:r>
        <w:t xml:space="preserve"> - Bang Tao Beach is Phuket's longest beach, extending for 8 kilometers along the northwest coast. The beach is divided into two distinct areas: the southern end is home to the Laguna Phuket resort complex, a five-hotel enclave linked by tropical lagoons with free shuttles and boats, while the northern end is more local and raw, offering a more authentic experience. The beach features fine white sand and gently sloping ocean, with no rocks or rip currents to worry about during the dry season. The area offers a range of activities, including beach clubs, dining options, and water sports.</w:t>
      </w:r>
      <w:r/>
    </w:p>
    <w:p>
      <w:pPr>
        <w:pStyle w:val="ListNumber"/>
        <w:spacing w:line="240" w:lineRule="auto"/>
        <w:ind w:left="720"/>
      </w:pPr>
      <w:r/>
      <w:hyperlink r:id="rId14">
        <w:r>
          <w:rPr>
            <w:color w:val="0000EE"/>
            <w:u w:val="single"/>
          </w:rPr>
          <w:t>https://www.phuketexpatguide.com/blog/bang-tao-beach-phuket/</w:t>
        </w:r>
      </w:hyperlink>
      <w:r>
        <w:t xml:space="preserve"> - Bang Tao Beach is Phuket's longest west coast beach, approximately 8 kilometers from north to south. The beach is divided into two main sections: the southern part, which includes the Laguna Phuket resort complex, and the northern part, which is quieter and more local. The beach offers a range of activities, including beach clubs, dining options, and water sports. The area is known for its spaciousness and relatively low crowds compared to other Phuket beaches, making it suitable for those seeking a more relaxed and less commercialized environment.</w:t>
      </w:r>
      <w:r/>
    </w:p>
    <w:p>
      <w:pPr>
        <w:pStyle w:val="ListNumber"/>
        <w:spacing w:line="240" w:lineRule="auto"/>
        <w:ind w:left="720"/>
      </w:pPr>
      <w:r/>
      <w:hyperlink r:id="rId16">
        <w:r>
          <w:rPr>
            <w:color w:val="0000EE"/>
            <w:u w:val="single"/>
          </w:rPr>
          <w:t>https://www.youtube.com/watch?v=m3t8XyEOgeM</w:t>
        </w:r>
      </w:hyperlink>
      <w:r>
        <w:t xml:space="preserve"> - This video provides a comprehensive travel guide to Bang Tao Beach in Phuket, Thailand. It discusses the beach's unique characteristics, including its length, layout, and the contrast between the luxury resorts in the south and the more local, raw northern end. The video also covers aspects such as transportation challenges, the Laguna area, night markets, and the suitability of Bang Tao for different types of travelers, including couples, families, and party-goers. The guide offers insights into the area's atmosphere and what visitors can expect during their stay.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nfirmgood.com/post/phuket-itinerary-travel-guide/" TargetMode="External"/><Relationship Id="rId10" Type="http://schemas.openxmlformats.org/officeDocument/2006/relationships/hyperlink" Target="https://welovephuket.com/beaches/freedom-beach/" TargetMode="External"/><Relationship Id="rId11" Type="http://schemas.openxmlformats.org/officeDocument/2006/relationships/hyperlink" Target="https://www.signatureofphuket.com/bang-tao-travel-guide/" TargetMode="External"/><Relationship Id="rId12" Type="http://schemas.openxmlformats.org/officeDocument/2006/relationships/hyperlink" Target="https://www.phuket-plaza.com/travel-guide/bang-tao-beach/" TargetMode="External"/><Relationship Id="rId13" Type="http://schemas.openxmlformats.org/officeDocument/2006/relationships/hyperlink" Target="https://www.silqhaus.com/guides/bang-tao-beach-phuket" TargetMode="External"/><Relationship Id="rId14" Type="http://schemas.openxmlformats.org/officeDocument/2006/relationships/hyperlink" Target="https://www.phuketexpatguide.com/blog/bang-tao-beach-phuket/" TargetMode="External"/><Relationship Id="rId15" Type="http://schemas.openxmlformats.org/officeDocument/2006/relationships/hyperlink" Target="https://www.noahwire.com" TargetMode="External"/><Relationship Id="rId16" Type="http://schemas.openxmlformats.org/officeDocument/2006/relationships/hyperlink" Target="https://www.youtube.com/watch?v=m3t8XyEOg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