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Khum Hom offers a curated Thai Mother’s Day feast in Bangkok’s tranquil resort setting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Khum Hom is leaning into Mother’s Day with a five-course Thai set menu in Bangkok, and the appeal is as much about the setting as the food. The restaurant, at Mövenpick BDMS Wellness Resort, is presented as a calm, greenery-filled space suited to family gatherings, with service pitched around thoughtful, personal attention. For travellers looking for a polished but not intimidating Thai meal in the city, it offers an easy special-occasion option.</w:t>
      </w:r>
      <w:r/>
    </w:p>
    <w:p>
      <w:r/>
      <w:r>
        <w:t>According to NOW Travel Asia, the menu runs from 12 to 16 August 2026 and is available for both lunch and dinner, priced at THB 1,800++ per person. Accor+ Explorer members get 30% off food, while ALL Accor members can earn dining points. Reservations are being taken by phone and through the restaurant’s website.</w:t>
      </w:r>
      <w:r/>
    </w:p>
    <w:p>
      <w:r/>
      <w:r>
        <w:t>The dishes on the menu point firmly to Thai comfort and regional flavour, rather than fine-dining reinvention. Chef Ian Kittichai’s selection includes Kang Kao Puek, Yum Chom Phu, Gaeng Ran Juan Seekrong Mhoo, Gaeng Hoi Sapparod and Kanom Ko Sai I-Tim, giving diners a mix of savoury, spicy and sweet courses. That combination should suit visitors who want a more traditional tasting sequence without having to order widely from a menu.</w:t>
      </w:r>
      <w:r/>
    </w:p>
    <w:p>
      <w:r/>
      <w:r>
        <w:t>Khum Hom is part of a wider collection of restaurants associated with Chef Ian Kittichai, whose name carries considerable weight in Bangkok dining. His venues range from the villa-set Issaya Siamese Club to the beachside Anaalā in Phuket, and his background has long been tied to modern presentations of Thai cooking built on local ingredients. For visitors, that means Khum Hom is not just a festive promotion; it is also a chance to experience one of Bangkok’s better-known Thai chefs in an elegant, resort setting.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9">
        <w:r>
          <w:rPr>
            <w:color w:val="0000EE"/>
            <w:u w:val="single"/>
          </w:rPr>
          <w:t>[2]</w:t>
        </w:r>
      </w:hyperlink>
      <w:r>
        <w:t xml:space="preserve">- Paragraph 3: </w:t>
      </w:r>
      <w:hyperlink r:id="rId9">
        <w:r>
          <w:rPr>
            <w:color w:val="0000EE"/>
            <w:u w:val="single"/>
          </w:rPr>
          <w:t>[2]</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1">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https://www.nowtravelasia.com/celebrate-mothers-day-at-khum-hom-with-chef-ian-kittichais-sumrub-thai/?utm_source=rss&amp;utm_medium=rss&amp;utm_campaign=celebrate-mothers-day-at-khum-hom-with-chef-ian-kittichais-sumrub-thai</w:t>
        </w:r>
      </w:hyperlink>
      <w:r>
        <w:t xml:space="preserve"> - Please view link - unable to able to access data</w:t>
      </w:r>
      <w:r/>
    </w:p>
    <w:p>
      <w:pPr>
        <w:pStyle w:val="ListNumber"/>
        <w:spacing w:line="240" w:lineRule="auto"/>
        <w:ind w:left="720"/>
      </w:pPr>
      <w:r/>
      <w:hyperlink r:id="rId9">
        <w:r>
          <w:rPr>
            <w:color w:val="0000EE"/>
            <w:u w:val="single"/>
          </w:rPr>
          <w:t>https://www.nowtravelasia.com/celebrate-mothers-day-at-khum-hom-with-chef-ian-kittichais-sumrub-thai/?utm_source=rss&amp;utm_medium=rss&amp;utm_campaign=celebrate-mothers-day-at-khum-hom-with-chef-ian-kittichais-sumrub-thai</w:t>
        </w:r>
      </w:hyperlink>
      <w:r>
        <w:t xml:space="preserve"> - NOW Travel Asia announces a special five-course Mother's Day set menu at Khum Hom, a MICHELIN Guide Thailand-recommended restaurant in Bangkok's Mövenpick BDMS Wellness Resort. Available daily from 12 to 16 August 2026, the menu features traditional Thai dishes crafted by acclaimed Chef Ian Kittichai, including Kang Kao Puek, Yum Chom Phu, Gaeng Ran Juan Seekrong Mhoo, Gaeng Hoi Sapparod, and Kanom Ko Sai I-Tim. The set menu is priced at THB 1,800++ per person, with Accor+ Explorer members receiving a 30% discount on food. Reservations can be made by calling +66 2 666 3311 or visiting khumhomrestaurant.com.</w:t>
      </w:r>
      <w:r/>
    </w:p>
    <w:p>
      <w:pPr>
        <w:pStyle w:val="ListNumber"/>
        <w:spacing w:line="240" w:lineRule="auto"/>
        <w:ind w:left="720"/>
      </w:pPr>
      <w:r/>
      <w:hyperlink r:id="rId10">
        <w:r>
          <w:rPr>
            <w:color w:val="0000EE"/>
            <w:u w:val="single"/>
          </w:rPr>
          <w:t>https://www.iankittichai.com/restaurants/khum-hom</w:t>
        </w:r>
      </w:hyperlink>
      <w:r>
        <w:t xml:space="preserve"> - Khum Hom, located in Bangkok's Mövenpick BDMS Wellness Resort, is a contemporary Thai restaurant helmed by Chef Ian Kittichai. The restaurant offers a modern take on traditional Thai cuisine, focusing on fresh, locally sourced ingredients. The elegant setting provides a serene backdrop for diners seeking an authentic Thai dining experience. Khum Hom is part of Chef Kittichai's portfolio, which includes other notable establishments like Issaya Siamese Club and Anaalā.</w:t>
      </w:r>
      <w:r/>
    </w:p>
    <w:p>
      <w:pPr>
        <w:pStyle w:val="ListNumber"/>
        <w:spacing w:line="240" w:lineRule="auto"/>
        <w:ind w:left="720"/>
      </w:pPr>
      <w:r/>
      <w:hyperlink r:id="rId11">
        <w:r>
          <w:rPr>
            <w:color w:val="0000EE"/>
            <w:u w:val="single"/>
          </w:rPr>
          <w:t>https://www.iankittichai.com/restaurants/issaya-siamese-club</w:t>
        </w:r>
      </w:hyperlink>
      <w:r>
        <w:t xml:space="preserve"> - Issaya Siamese Club, established in 2011, is a contemporary Thai restaurant located in a 107-year-old villa in Bangkok. Founded by Chef Ian Kittichai, the restaurant offers a unique dining experience with a menu that blends traditional Thai ingredients and flavors with international cooking methods. Signature dishes include Mussuman Curry Lamb Shank and Jasmine Flower Flan. The restaurant also features a garden where aromatic Thai herbs are grown year-round, emphasizing Chef Kittichai's commitment to local ingredients.</w:t>
      </w:r>
      <w:r/>
    </w:p>
    <w:p>
      <w:pPr>
        <w:pStyle w:val="ListNumber"/>
        <w:spacing w:line="240" w:lineRule="auto"/>
        <w:ind w:left="720"/>
      </w:pPr>
      <w:r/>
      <w:hyperlink r:id="rId12">
        <w:r>
          <w:rPr>
            <w:color w:val="0000EE"/>
            <w:u w:val="single"/>
          </w:rPr>
          <w:t>https://www.iankittichai.com/restaurants/anaalā</w:t>
        </w:r>
      </w:hyperlink>
      <w:r>
        <w:t xml:space="preserve"> - Anaalā, meaning 'fire' in Sanskrit, is a Thai beach barbecue concept by Chef Ian Kittichai, located on the sands of Natai Beach at Iniala Beach House in Phuket, Thailand. The restaurant offers a daily-changing 'samrub'—a family-style sharing set menu—that showcases the distinct flavors of Thailand's four regions. In addition to elevated Thai dishes, Anaalā features freshly grilled fish and premium meats, providing a unique dining experience that harnesses the primordial power of the flame.</w:t>
      </w:r>
      <w:r/>
    </w:p>
    <w:p>
      <w:pPr>
        <w:pStyle w:val="ListNumber"/>
        <w:spacing w:line="240" w:lineRule="auto"/>
        <w:ind w:left="720"/>
      </w:pPr>
      <w:r/>
      <w:hyperlink r:id="rId13">
        <w:r>
          <w:rPr>
            <w:color w:val="0000EE"/>
            <w:u w:val="single"/>
          </w:rPr>
          <w:t>https://www.iankittichai.com/about</w:t>
        </w:r>
      </w:hyperlink>
      <w:r>
        <w:t xml:space="preserve"> - Chef Ian Kittichai is an award-winning Thai chef, restaurateur, cookbook author, and television personality. His culinary journey began in Bangkok, where he accompanied his mother to the wet market and later sold her curry rice from a cart. After studying culinary arts in London and Sydney, he became the first Thai national to serve as Executive Chef of a five-star hotel. Chef Kittichai has opened several acclaimed restaurants, including Issaya Siamese Club and Anaalā, and has appeared on television shows like Iron Chef America and MasterChef Thailand.</w:t>
      </w:r>
      <w:r/>
    </w:p>
    <w:p>
      <w:pPr>
        <w:pStyle w:val="ListNumber"/>
        <w:spacing w:line="240" w:lineRule="auto"/>
        <w:ind w:left="720"/>
      </w:pPr>
      <w:r/>
      <w:hyperlink r:id="rId11">
        <w:r>
          <w:rPr>
            <w:color w:val="0000EE"/>
            <w:u w:val="single"/>
          </w:rPr>
          <w:t>https://www.iankittichai.com/restaurants/issaya-siamese-club</w:t>
        </w:r>
      </w:hyperlink>
      <w:r>
        <w:t xml:space="preserve"> - Issaya Siamese Club, established in 2011, is a contemporary Thai restaurant located in a 107-year-old villa in Bangkok. Founded by Chef Ian Kittichai, the restaurant offers a unique dining experience with a menu that blends traditional Thai ingredients and flavors with international cooking methods. Signature dishes include Mussuman Curry Lamb Shank and Jasmine Flower Flan. The restaurant also features a garden where aromatic Thai herbs are grown year-round, emphasizing Chef Kittichai's commitment to local ingredients.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celebrate-mothers-day-at-khum-hom-with-chef-ian-kittichais-sumrub-thai/?utm_source=rss&amp;utm_medium=rss&amp;utm_campaign=celebrate-mothers-day-at-khum-hom-with-chef-ian-kittichais-sumrub-thai" TargetMode="External"/><Relationship Id="rId10" Type="http://schemas.openxmlformats.org/officeDocument/2006/relationships/hyperlink" Target="https://www.iankittichai.com/restaurants/khum-hom" TargetMode="External"/><Relationship Id="rId11" Type="http://schemas.openxmlformats.org/officeDocument/2006/relationships/hyperlink" Target="https://www.iankittichai.com/restaurants/issaya-siamese-club" TargetMode="External"/><Relationship Id="rId12" Type="http://schemas.openxmlformats.org/officeDocument/2006/relationships/hyperlink" Target="https://www.iankittichai.com/restaurants/anaal&#257;" TargetMode="External"/><Relationship Id="rId13" Type="http://schemas.openxmlformats.org/officeDocument/2006/relationships/hyperlink" Target="https://www.iankittichai.com/about"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