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Hua Hin's rooftop Stella Restaurant hosts exclusive Italian dinner with panoramic views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Travellers looking for a special-occasion dinner in Hua Hin will find a brief but appealing draw at Stella Restaurant this month, as the rooftop venue at Holiday Inn Vana Nava Hua Hin plans a two-night "4 Hands Dinner" on 21 and 22 August 2026. The meal is priced at THB 1,800 net per person and includes a four-course Italian menu with Italian wine pairings, making it a relatively accessible premium dining option for visitors who want a memorable evening without committing to a long tasting menu.</w:t>
      </w:r>
      <w:r/>
    </w:p>
    <w:p>
      <w:r/>
      <w:r>
        <w:t>Stella already positions itself as one of Hua Hin's more scenic dinner spots, sitting on the 27th floor with wide coastal views, an open-air terrace and an indoor lounge overlooking the skyline. The restaurant serves Southern Italy-inspired dishes, including Neapolitan-style pizzas, fresh pasta and classic Italian plates, and it is open daily from 5pm to midnight. For many guests, the setting is as much of the attraction as the food: reviews and hotel listings both point to a polished atmosphere suited to romantic dinners and celebrations.</w:t>
      </w:r>
      <w:r/>
    </w:p>
    <w:p>
      <w:r/>
      <w:r>
        <w:t>The special event brings together Chef Michele Bravo and Stella's resident Chef Puchong for a menu built around the idea of moving "from coast to countryside", according to the restaurant's announcement. Chef Michele brings experience in Italian, Mediterranean and European cooking, including time in Bangkok, while Chef Puchong contributes a modern, creative touch. The result is intended to balance traditional Italian flavours with a more contemporary presentation, which should appeal to diners who want familiar cuisine handled with a bit more ambition.</w:t>
      </w:r>
      <w:r/>
    </w:p>
    <w:p>
      <w:r/>
      <w:r>
        <w:t>For travellers already planning an evening in Hua Hin, the dinner may be worth booking for the view, the limited run and the included wine pairing as much as for the food itself. Reservations can be made through the hotel's channels, and the event is likely to suit couples, small groups and anyone seeking a scenic rooftop meal with a distinctly Italian focus.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[1]</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t xml:space="preserve">- Paragraph 3: </w:t>
      </w:r>
      <w:hyperlink r:id="rId9">
        <w:r>
          <w:rPr>
            <w:color w:val="0000EE"/>
            <w:u w:val="single"/>
          </w:rPr>
          <w:t>[1]</w:t>
        </w:r>
      </w:hyperlink>
      <w:r>
        <w:t xml:space="preserve">- Paragraph 4: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[3]</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wtravelasia.com/stella-restaurant-presents-an-exclusive-4-hands-dinner-celebrating-the-art-of-italian-cuisine-through-two-talented-chefs/?utm_source=rss&amp;utm_medium=rss&amp;utm_campaign=stella-restaurant-presents-an-exclusive-4-hands-dinner-celebrating-the-art-of-italian-cuisine-through-two-talented-chefs</w:t>
        </w:r>
      </w:hyperlink>
      <w:r>
        <w:t xml:space="preserve"> - Please view link - unable to able to access data</w:t>
      </w:r>
      <w:r/>
    </w:p>
    <w:p>
      <w:pPr>
        <w:pStyle w:val="ListNumber"/>
        <w:spacing w:line="240" w:lineRule="auto"/>
        <w:ind w:left="720"/>
      </w:pPr>
      <w:r/>
      <w:hyperlink r:id="rId10">
        <w:r>
          <w:rPr>
            <w:color w:val="0000EE"/>
            <w:u w:val="single"/>
          </w:rPr>
          <w:t>https://theskyhuahin.com/stella-rooftop-italian-restaurant-hua-hin/</w:t>
        </w:r>
      </w:hyperlink>
      <w:r>
        <w:t xml:space="preserve"> - Stella is an Italian rooftop dining destination located on the 27th floor of Holiday Inn Vana Nava Hua Hin. The restaurant offers elevated Italian cuisine, panoramic coastal views, and a stylish ambiance suitable for romantic dinners, special celebrations, and casual gatherings. Guests can enjoy authentic Neapolitan pizzas, fresh pastas, and signature dishes inspired by southern Italy. The venue features an open-air terrace with sweeping views of Hua Hin's coastline and an indoor lounge with floor-to-ceiling windows overlooking the city skyline. Stella is open daily from 5:00 PM to midnight.</w:t>
      </w:r>
      <w:r/>
    </w:p>
    <w:p>
      <w:pPr>
        <w:pStyle w:val="ListNumber"/>
        <w:spacing w:line="240" w:lineRule="auto"/>
        <w:ind w:left="720"/>
      </w:pPr>
      <w:r/>
      <w:hyperlink r:id="rId11">
        <w:r>
          <w:rPr>
            <w:color w:val="0000EE"/>
            <w:u w:val="single"/>
          </w:rPr>
          <w:t>https://vananavahuahin.holidayinnresorts.com/stella-italian-restaurant-hua-hin</w:t>
        </w:r>
      </w:hyperlink>
      <w:r>
        <w:t xml:space="preserve"> - Stella, located on the rooftop of Holiday Inn Vana Nava Hua Hin, offers an elevated Italian dining experience with panoramic ocean views. The restaurant serves Neapolitan-style pizzas, freshly made pastas, and classic Italian dishes crafted with high-quality ingredients. Stella's signature trolley service adds a touch of theatre to the dining experience, with freshly tossed salads prepared tableside. The venue includes an open-air terrace and an elegant indoor lounge, both providing stunning views of Hua Hin's coastline and skyline. Stella is open daily from 5:00 PM to midnight.</w:t>
      </w:r>
      <w:r/>
    </w:p>
    <w:p>
      <w:pPr>
        <w:pStyle w:val="ListNumber"/>
        <w:spacing w:line="240" w:lineRule="auto"/>
        <w:ind w:left="720"/>
      </w:pPr>
      <w:r/>
      <w:hyperlink r:id="rId12">
        <w:r>
          <w:rPr>
            <w:color w:val="0000EE"/>
            <w:u w:val="single"/>
          </w:rPr>
          <w:t>https://www.tripadvisor.com/Restaurant_Review-g297922-d33202208-Reviews-Stella_Restaurant-Hua_Hin_Prachuap_Khiri_Khan_Province.html</w:t>
        </w:r>
      </w:hyperlink>
      <w:r>
        <w:t xml:space="preserve"> - Stella Restaurant in Hua Hin has received positive reviews for its modern and luxurious atmosphere, excellent service, and delicious food. Guests have praised the attentive staff and the quality of the dishes, noting that the prices are reasonable. The restaurant offers a stylish setting with panoramic views of Hua Hin, making it a popular choice for both locals and visitors. The reviews highlight the memorable dining experience and the professionalism of the staff, contributing to the restaurant's reputation as a must-visit destination in Hua Hin.</w:t>
      </w:r>
      <w:r/>
    </w:p>
    <w:p>
      <w:pPr>
        <w:pStyle w:val="ListNumber"/>
        <w:spacing w:line="240" w:lineRule="auto"/>
        <w:ind w:left="720"/>
      </w:pPr>
      <w:r/>
      <w:hyperlink r:id="rId13">
        <w:r>
          <w:rPr>
            <w:color w:val="0000EE"/>
            <w:u w:val="single"/>
          </w:rPr>
          <w:t>https://nowtravelasiaawards.com/stella-restaurant/</w:t>
        </w:r>
      </w:hyperlink>
      <w:r>
        <w:t xml:space="preserve"> - Stella Restaurant, located on the rooftop of Holiday Inn Vana Nava Hua Hin, is a stylish dining destination offering elevated cuisine, panoramic coastal views, and a relaxed yet sophisticated atmosphere. The menu features Neapolitan-style pizzas and classic Italian dishes crafted with high-quality ingredients. Stella's signature trolley service adds a touch of theatre to the dining experience, with freshly tossed salads prepared tableside. The venue includes an open-air terrace and an elegant indoor lounge, both providing stunning views of Hua Hin's coastline and skyline. Stella is open daily from 5:00 PM to midnight.</w:t>
      </w:r>
      <w:r/>
    </w:p>
    <w:p>
      <w:pPr>
        <w:pStyle w:val="ListNumber"/>
        <w:spacing w:line="240" w:lineRule="auto"/>
        <w:ind w:left="720"/>
      </w:pPr>
      <w:r/>
      <w:hyperlink r:id="rId14">
        <w:r>
          <w:rPr>
            <w:color w:val="0000EE"/>
            <w:u w:val="single"/>
          </w:rPr>
          <w:t>https://www.opentable.com/r/vana-nava-sky-restaurant-and-bar-hua-hin-district?lang=es</w:t>
        </w:r>
      </w:hyperlink>
      <w:r>
        <w:t xml:space="preserve"> - Stella &amp; THE SKY offers two distinct dining experiences on the same level. Stella Restaurant provides Italian dining with Southern Italy–inspired dishes in a warm, welcoming setting, ideal for relaxed dinners, romantic evenings, and special occasions. THE SKY offers an elevated space for unwinding and socializing, with panoramic views of the mountains, the sea, and one of Thailand’s most beautiful coastlines—perfect for sunset moments and casual gatherings. The venue is located at 129/129 Phetkasem Rd, Hua Hin District, 77110 Prachuap Khiri Khan.</w:t>
      </w:r>
      <w:r/>
    </w:p>
    <w:p>
      <w:pPr>
        <w:pStyle w:val="ListNumber"/>
        <w:spacing w:line="240" w:lineRule="auto"/>
        <w:ind w:left="720"/>
      </w:pPr>
      <w:r/>
      <w:hyperlink r:id="rId15">
        <w:r>
          <w:rPr>
            <w:color w:val="0000EE"/>
            <w:u w:val="single"/>
          </w:rPr>
          <w:t>https://www.opentable.co.th/r/vana-nava-sky-restaurant-and-bar-hua-hin-district</w:t>
        </w:r>
      </w:hyperlink>
      <w:r>
        <w:t xml:space="preserve"> - Stella &amp; THE SKY Restaurant in Hua Hin offers two distinct dining experiences on the same level. Stella Restaurant provides Italian dining with Southern Italy–inspired dishes in a warm, welcoming setting, ideal for relaxed dinners, romantic evenings, and special occasions. THE SKY offers an elevated space for unwinding and socializing, with panoramic views of the mountains, the sea, and one of Thailand’s most beautiful coastlines—perfect for sunset moments and casual gatherings. The venue is located at 129/129 Phetkasem Rd, Hua Hin District, 77110 Prachuap Khiri Khan.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wtravelasia.com/stella-restaurant-presents-an-exclusive-4-hands-dinner-celebrating-the-art-of-italian-cuisine-through-two-talented-chefs/?utm_source=rss&amp;utm_medium=rss&amp;utm_campaign=stella-restaurant-presents-an-exclusive-4-hands-dinner-celebrating-the-art-of-italian-cuisine-through-two-talented-chefs" TargetMode="External"/><Relationship Id="rId10" Type="http://schemas.openxmlformats.org/officeDocument/2006/relationships/hyperlink" Target="https://theskyhuahin.com/stella-rooftop-italian-restaurant-hua-hin/" TargetMode="External"/><Relationship Id="rId11" Type="http://schemas.openxmlformats.org/officeDocument/2006/relationships/hyperlink" Target="https://vananavahuahin.holidayinnresorts.com/stella-italian-restaurant-hua-hin" TargetMode="External"/><Relationship Id="rId12" Type="http://schemas.openxmlformats.org/officeDocument/2006/relationships/hyperlink" Target="https://www.tripadvisor.com/Restaurant_Review-g297922-d33202208-Reviews-Stella_Restaurant-Hua_Hin_Prachuap_Khiri_Khan_Province.html" TargetMode="External"/><Relationship Id="rId13" Type="http://schemas.openxmlformats.org/officeDocument/2006/relationships/hyperlink" Target="https://nowtravelasiaawards.com/stella-restaurant/" TargetMode="External"/><Relationship Id="rId14" Type="http://schemas.openxmlformats.org/officeDocument/2006/relationships/hyperlink" Target="https://www.opentable.com/r/vana-nava-sky-restaurant-and-bar-hua-hin-district?lang=es" TargetMode="External"/><Relationship Id="rId15" Type="http://schemas.openxmlformats.org/officeDocument/2006/relationships/hyperlink" Target="https://www.opentable.co.th/r/vana-nava-sky-restaurant-and-bar-hua-hin-district"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