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Dinner in the Sky Phuket elevates dining with spectacular aerial views and gourmet menus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Dinner in the Sky Phuket turns a meal into a spectacle, lifting diners about 50 metres above Karon Beach for wide-open views over the Andaman Sea. According to the official site, the platform is supported by a 200-ton crane and seats up to 22 guests, with the table rotating so everyone gets a turn at the scenery. For travellers looking for something more memorable than a standard sunset dinner, that alone makes it worth considering.</w:t>
      </w:r>
      <w:r/>
    </w:p>
    <w:p>
      <w:r/>
      <w:r>
        <w:t>The setting is part of the appeal. The experience takes place on Patak Road in Karon, between Patong and Kata, which makes it relatively easy to reach by taxi, Grab or Bolt. Thailand Magazine notes that there is no beachside setting here; instead, guests arrive at a purpose-built lounge before heading up to the platform. That indoor-to-airborne contrast is a big part of the theatre, and it also means the experience works best if you arrive early and allow extra time for Phuket traffic.</w:t>
      </w:r>
      <w:r/>
    </w:p>
    <w:p>
      <w:r/>
      <w:r>
        <w:t>The food is designed around the practical limits of serving in the open air, but the menus still sound polished. Guests choose in advance from Seafood, Meat or Signature Thai, with a simple three-course format and a shared dessert. Thailand Magazine says the chef has Michelin-level experience, while the official site also points to a high-end kitchen approach. The most distinctive option for visitors wanting a local flavour is the Signature Thai menu, which leans into ingredients such as tom yum, octopus and tropical accents. Drinks can be added too, including cocktail, wine and non-alcoholic pairings.</w:t>
      </w:r>
      <w:r/>
    </w:p>
    <w:p>
      <w:r/>
      <w:r>
        <w:t>What makes the experience especially appealing for travellers is the combination of atmosphere and novelty. Reviews and listings describe a lively, social setting rather than a hushed fine-dining room, with music, cocktails and plenty of opportunity for photos. Thailand Magazine recommends the sunset slot for the best views, and that is the clearest advice for most visitors: book early, choose the sunset session if you can, and treat it as a once-in-a-trip highlight rather than an everyday dinner.</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https://thailandmagazine.com/phuket/eat-drink/dinner-in-the-sky/</w:t>
        </w:r>
      </w:hyperlink>
      <w:r>
        <w:t xml:space="preserve"> - Please view link - unable to able to access data</w:t>
      </w:r>
      <w:r/>
    </w:p>
    <w:p>
      <w:pPr>
        <w:pStyle w:val="ListNumber"/>
        <w:spacing w:line="240" w:lineRule="auto"/>
        <w:ind w:left="720"/>
      </w:pPr>
      <w:r/>
      <w:hyperlink r:id="rId10">
        <w:r>
          <w:rPr>
            <w:color w:val="0000EE"/>
            <w:u w:val="single"/>
          </w:rPr>
          <w:t>https://dinnerintheskyphuket.com/</w:t>
        </w:r>
      </w:hyperlink>
      <w:r>
        <w:t xml:space="preserve"> - Dinner in the Sky Phuket offers a unique dining experience by elevating guests 50 meters above Karon Beach, providing panoramic views of the Andaman Sea. The platform, suspended by a 200-ton crane, accommodates up to 22 guests and rotates to ensure every diner enjoys the breathtaking scenery. The experience includes a three-course meal with options like Seafood, Meat, or Signature Thai, prepared by chefs with Michelin-level backgrounds. The venue operates daily from 10 AM to 10 PM, and reservations can be made through their official website.</w:t>
      </w:r>
      <w:r/>
    </w:p>
    <w:p>
      <w:pPr>
        <w:pStyle w:val="ListNumber"/>
        <w:spacing w:line="240" w:lineRule="auto"/>
        <w:ind w:left="720"/>
      </w:pPr>
      <w:r/>
      <w:hyperlink r:id="rId11">
        <w:r>
          <w:rPr>
            <w:color w:val="0000EE"/>
            <w:u w:val="single"/>
          </w:rPr>
          <w:t>https://www.phuket101.net/dinner-in-the-sky-phuket/</w:t>
        </w:r>
      </w:hyperlink>
      <w:r>
        <w:t xml:space="preserve"> - Dinner in the Sky Phuket is a distinctive dining adventure where guests are hoisted 50 meters above Karon Beach to enjoy a meal with expansive views. This operation is the only one of its kind in Thailand and is part of a global franchise present in over 60 countries. The experience features a three-course meal with choices such as meat, seafood, or vegetarian options, all prepared by a chef with Michelin-restaurant experience. The location is on Patak Road in Karon, easily accessible by various modes of transport.</w:t>
      </w:r>
      <w:r/>
    </w:p>
    <w:p>
      <w:pPr>
        <w:pStyle w:val="ListNumber"/>
        <w:spacing w:line="240" w:lineRule="auto"/>
        <w:ind w:left="720"/>
      </w:pPr>
      <w:r/>
      <w:hyperlink r:id="rId12">
        <w:r>
          <w:rPr>
            <w:color w:val="0000EE"/>
            <w:u w:val="single"/>
          </w:rPr>
          <w:t>https://www.phuket.net/directory/profile/dinner-in-the-sky-phuket/</w:t>
        </w:r>
      </w:hyperlink>
      <w:r>
        <w:t xml:space="preserve"> - Dinner in the Sky Phuket provides a one-of-a-kind dining experience by elevating guests 50 meters above Karon Beach, offering stunning views of the Andaman Sea. The platform, suspended by a crane, accommodates up to 22 guests and rotates to ensure everyone enjoys the panoramic scenery. The experience includes a three-course meal with options like Seafood, Meat, or Signature Thai, prepared by chefs with Michelin-level backgrounds. The venue operates daily from 9:00 AM to 9:30 PM, and reservations can be made through their official website.</w:t>
      </w:r>
      <w:r/>
    </w:p>
    <w:p>
      <w:pPr>
        <w:pStyle w:val="ListNumber"/>
        <w:spacing w:line="240" w:lineRule="auto"/>
        <w:ind w:left="720"/>
      </w:pPr>
      <w:r/>
      <w:hyperlink r:id="rId13">
        <w:r>
          <w:rPr>
            <w:color w:val="0000EE"/>
            <w:u w:val="single"/>
          </w:rPr>
          <w:t>https://www.tripadvisor.com/Attraction_Review-g1215780-d27239543-Reviews-Dinner_In_The_Sky_Phuket-Karon_Phuket.html</w:t>
        </w:r>
      </w:hyperlink>
      <w:r>
        <w:t xml:space="preserve"> - Dinner in the Sky Phuket offers a unique dining experience where guests are suspended 50 meters above Karon Beach, enjoying panoramic views of the Andaman Sea. The platform accommodates up to 22 guests and rotates to ensure everyone enjoys the breathtaking scenery. The experience includes a three-course meal with options like Seafood, Meat, or Signature Thai, prepared by chefs with Michelin-level backgrounds. The venue operates daily, and reservations can be made through their official website.</w:t>
      </w:r>
      <w:r/>
    </w:p>
    <w:p>
      <w:pPr>
        <w:pStyle w:val="ListNumber"/>
        <w:spacing w:line="240" w:lineRule="auto"/>
        <w:ind w:left="720"/>
      </w:pPr>
      <w:r/>
      <w:hyperlink r:id="rId14">
        <w:r>
          <w:rPr>
            <w:color w:val="0000EE"/>
            <w:u w:val="single"/>
          </w:rPr>
          <w:t>https://www.klook.com/en-MY/activity/133652-dinner-in-the-sky-dining-experience-in-phuket/</w:t>
        </w:r>
      </w:hyperlink>
      <w:r>
        <w:t xml:space="preserve"> - Dinner in the Sky Phuket offers a unique dining experience where guests are suspended 50 meters above Karon Beach, enjoying panoramic views of the Andaman Sea. The platform accommodates up to 22 guests and rotates to ensure everyone enjoys the breathtaking scenery. The experience includes a three-course meal with options like Seafood, Meat, or Signature Thai, prepared by chefs with Michelin-level backgrounds. The venue operates daily, and reservations can be made through their official website.</w:t>
      </w:r>
      <w:r/>
    </w:p>
    <w:p>
      <w:pPr>
        <w:pStyle w:val="ListNumber"/>
        <w:spacing w:line="240" w:lineRule="auto"/>
        <w:ind w:left="720"/>
      </w:pPr>
      <w:r/>
      <w:hyperlink r:id="rId16">
        <w:r>
          <w:rPr>
            <w:color w:val="0000EE"/>
            <w:u w:val="single"/>
          </w:rPr>
          <w:t>https://horizonjumpers.com/reviews/dinner-in-the-sky-phuket-restaurant-phuket/</w:t>
        </w:r>
      </w:hyperlink>
      <w:r>
        <w:t xml:space="preserve"> - Dinner in the Sky Phuket provides a unique dining experience by elevating guests 50 meters above Karon Beach, offering panoramic views of the Andaman Sea. The platform, suspended by a 200-ton crane, accommodates up to 22 guests and rotates to ensure every diner enjoys the breathtaking scenery. The experience includes a three-course meal with options like Seafood, Meat, or Signature Thai, prepared by chefs with Michelin-level backgrounds. The venue operates daily from 10 AM to 10 PM, and reservations can be made through their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ilandmagazine.com/phuket/eat-drink/dinner-in-the-sky/" TargetMode="External"/><Relationship Id="rId10" Type="http://schemas.openxmlformats.org/officeDocument/2006/relationships/hyperlink" Target="https://dinnerintheskyphuket.com/" TargetMode="External"/><Relationship Id="rId11" Type="http://schemas.openxmlformats.org/officeDocument/2006/relationships/hyperlink" Target="https://www.phuket101.net/dinner-in-the-sky-phuket/" TargetMode="External"/><Relationship Id="rId12" Type="http://schemas.openxmlformats.org/officeDocument/2006/relationships/hyperlink" Target="https://www.phuket.net/directory/profile/dinner-in-the-sky-phuket/" TargetMode="External"/><Relationship Id="rId13" Type="http://schemas.openxmlformats.org/officeDocument/2006/relationships/hyperlink" Target="https://www.tripadvisor.com/Attraction_Review-g1215780-d27239543-Reviews-Dinner_In_The_Sky_Phuket-Karon_Phuket.html" TargetMode="External"/><Relationship Id="rId14" Type="http://schemas.openxmlformats.org/officeDocument/2006/relationships/hyperlink" Target="https://www.klook.com/en-MY/activity/133652-dinner-in-the-sky-dining-experience-in-phuket/" TargetMode="External"/><Relationship Id="rId15" Type="http://schemas.openxmlformats.org/officeDocument/2006/relationships/hyperlink" Target="https://www.noahwire.com" TargetMode="External"/><Relationship Id="rId16" Type="http://schemas.openxmlformats.org/officeDocument/2006/relationships/hyperlink" Target="https://horizonjumpers.com/reviews/dinner-in-the-sky-phuket-restaurant-phu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