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Colette Bangkok launches collaborative dining event pairing French and Neapolitan cuisine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Colette Bangkok is adding a new reason to book a table on Sukhumvit with the launch of Les Amis de Colette: La Série, a collaborative dining programme designed to put Bangkok’s hospitality community in the spotlight. The first edition, titled "Naples on the Terrace", is a one-night-only evening pairing the French bistro’s style with the flavours of L’Antica Pizzeria Da Michele Bangkok. According to the announcement, the event will take place on 21 August 2026. </w:t>
      </w:r>
      <w:r/>
    </w:p>
    <w:p>
      <w:r/>
      <w:r>
        <w:t xml:space="preserve">For diners, the appeal is straightforward: it brings together two crowd-pleasing cuisines in one setting, with French bistro dishes sharing the stage with Neapolitan staples. The menu is said to include Margherita and Napoletana pizzas alongside Lobster &amp; Salmon Ravioli and Wagyu Tenderloin, while Naples-born DJ Joe Cola will provide the soundtrack. Colette’s broader identity as a polished but relaxed French-inspired venue makes the concept feel well suited to Bangkok’s social dining crowd, whether the plan is brunch, a date night or drinks that run late. </w:t>
      </w:r>
      <w:r/>
    </w:p>
    <w:p>
      <w:r/>
      <w:r>
        <w:t xml:space="preserve">The restaurant itself sits on the ground floor of KROMO Bangkok, Curio Collection by Hilton, and has been positioned as a French bistro and wine bar with both indoor and outdoor seating. Colette’s usual offering leans into comforting classics and familiar luxuries, including cheese fondue, raclette, seared foie gras and beef tartare, backed by a sizeable by-the-glass wine list. Other listings describe the atmosphere as modern and inviting, with an open bar, soft lighting and a menu that moves comfortably from breakfast through to dinner. </w:t>
      </w:r>
      <w:r/>
    </w:p>
    <w:p>
      <w:r/>
      <w:r>
        <w:t xml:space="preserve">That makes "Naples on the Terrace" less of a one-off gimmick than an extension of what Colette already sells well: an easygoing but refined place to eat and linger. For travellers staying in central Bangkok, it is the kind of collaborative dinner that offers both novelty and a recognisable level of comfort, especially for those who want a French-leaning meal without losing sight of the city’s more casual, sociable dining energy.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[1]</w:t>
        </w:r>
      </w:hyperlink>
      <w:r>
        <w:t xml:space="preserve">- Paragraph 2: </w:t>
      </w:r>
      <w:hyperlink r:id="rId9">
        <w:r>
          <w:rPr>
            <w:color w:val="0000EE"/>
            <w:u w:val="single"/>
          </w:rPr>
          <w:t>[2]</w:t>
        </w:r>
      </w:hyperlink>
      <w:r>
        <w:t xml:space="preserve">, </w:t>
      </w:r>
      <w:hyperlink r:id="rId10">
        <w:r>
          <w:rPr>
            <w:color w:val="0000EE"/>
            <w:u w:val="single"/>
          </w:rPr>
          <w:t>[6]</w:t>
        </w:r>
      </w:hyperlink>
      <w:r>
        <w:t xml:space="preserve">- Paragraph 3: </w:t>
      </w:r>
      <w:hyperlink r:id="rId11">
        <w:r>
          <w:rPr>
            <w:color w:val="0000EE"/>
            <w:u w:val="single"/>
          </w:rPr>
          <w:t>[3]</w:t>
        </w:r>
      </w:hyperlink>
      <w:r>
        <w:t xml:space="preserve">, </w:t>
      </w:r>
      <w:hyperlink r:id="rId12">
        <w:r>
          <w:rPr>
            <w:color w:val="0000EE"/>
            <w:u w:val="single"/>
          </w:rPr>
          <w:t>[5]</w:t>
        </w:r>
      </w:hyperlink>
      <w:r>
        <w:t xml:space="preserve">, </w:t>
      </w:r>
      <w:hyperlink r:id="rId13">
        <w:r>
          <w:rPr>
            <w:color w:val="0000EE"/>
            <w:u w:val="single"/>
          </w:rPr>
          <w:t>[7]</w:t>
        </w:r>
      </w:hyperlink>
      <w:r>
        <w:t xml:space="preserve">- Paragraph 4: </w:t>
      </w:r>
      <w:hyperlink r:id="rId10">
        <w:r>
          <w:rPr>
            <w:color w:val="0000EE"/>
            <w:u w:val="single"/>
          </w:rPr>
          <w:t>[6]</w:t>
        </w:r>
      </w:hyperlink>
      <w:r>
        <w:t xml:space="preserve">, </w:t>
      </w:r>
      <w:hyperlink r:id="rId13">
        <w:r>
          <w:rPr>
            <w:color w:val="0000EE"/>
            <w:u w:val="single"/>
          </w:rPr>
          <w:t>[7]</w:t>
        </w:r>
      </w:hyperlink>
      <w:r>
        <w:t xml:space="preserve">, </w:t>
      </w:r>
      <w:hyperlink r:id="rId12">
        <w:r>
          <w:rPr>
            <w:color w:val="0000EE"/>
            <w:u w:val="single"/>
          </w:rPr>
          <w:t>[5]</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https://www.masalathai.com/food/colette-bangkok-les-amis-de-colette-naples-on-the-terrace</w:t>
        </w:r>
      </w:hyperlink>
      <w:r>
        <w:t xml:space="preserve"> - Please view link - unable to able to access data</w:t>
      </w:r>
      <w:r/>
    </w:p>
    <w:p>
      <w:pPr>
        <w:pStyle w:val="ListNumber"/>
        <w:spacing w:line="240" w:lineRule="auto"/>
        <w:ind w:left="720"/>
      </w:pPr>
      <w:r/>
      <w:hyperlink r:id="rId9">
        <w:r>
          <w:rPr>
            <w:color w:val="0000EE"/>
            <w:u w:val="single"/>
          </w:rPr>
          <w:t>https://www.masalathai.com/food/colette-bangkok-les-amis-de-colette-naples-on-the-terrace</w:t>
        </w:r>
      </w:hyperlink>
      <w:r>
        <w:t xml:space="preserve"> - Colette Bangkok has launched 'Les Amis de Colette: La Série', a collaborative dining series celebrating Bangkok's hospitality scene. The inaugural event, 'Naples on the Terrace', is a one-night-only collaboration with L’Antica Pizzeria Da Michele Bangkok, combining French bistro classics with Neapolitan favourites. The event is scheduled for 21 August 2026, featuring dishes like Margherita and Napoletana pizzas, Lobster &amp; Salmon Ravioli, and Wagyu Tenderloin, accompanied by music from Naples-born DJ Joe Cola.</w:t>
      </w:r>
      <w:r/>
    </w:p>
    <w:p>
      <w:pPr>
        <w:pStyle w:val="ListNumber"/>
        <w:spacing w:line="240" w:lineRule="auto"/>
        <w:ind w:left="720"/>
      </w:pPr>
      <w:r/>
      <w:hyperlink r:id="rId11">
        <w:r>
          <w:rPr>
            <w:color w:val="0000EE"/>
            <w:u w:val="single"/>
          </w:rPr>
          <w:t>https://colettegroup.com/</w:t>
        </w:r>
      </w:hyperlink>
      <w:r>
        <w:t xml:space="preserve"> - Colette French Bistro &amp; Wine Bar offers a homely and modern French dining experience in Bangkok. Open from Tuesday to Sunday, 11:30 AM to 11:00 PM, with the kitchen's last order at 9:45 PM, it features a wine bar with 32 wines-by-the-glass and a deli corner with retail-priced products. The menu includes French classics and signature dishes like cheese fondue, raclette, seared foie gras, and beef tartare.</w:t>
      </w:r>
      <w:r/>
    </w:p>
    <w:p>
      <w:pPr>
        <w:pStyle w:val="ListNumber"/>
        <w:spacing w:line="240" w:lineRule="auto"/>
        <w:ind w:left="720"/>
      </w:pPr>
      <w:r/>
      <w:hyperlink r:id="rId15">
        <w:r>
          <w:rPr>
            <w:color w:val="0000EE"/>
            <w:u w:val="single"/>
          </w:rPr>
          <w:t>https://www.colettesainttropez.com/en/histoire</w:t>
        </w:r>
      </w:hyperlink>
      <w:r>
        <w:t xml:space="preserve"> - Restaurant Colette in Saint-Tropez is inspired by the writer Colette, who hosted notable figures in the 1920s. The restaurant, located near Hotel Sezz, offers dishes made with vegetables from the kitchen garden, reflecting Colette's free-spirited philosophy. Chef Philippe Colinet collaborates with local producers to create a menu that resonates with Colette's spirit and the essence of Saint-Tropez.</w:t>
      </w:r>
      <w:r/>
    </w:p>
    <w:p>
      <w:pPr>
        <w:pStyle w:val="ListNumber"/>
        <w:spacing w:line="240" w:lineRule="auto"/>
        <w:ind w:left="720"/>
      </w:pPr>
      <w:r/>
      <w:hyperlink r:id="rId12">
        <w:r>
          <w:rPr>
            <w:color w:val="0000EE"/>
            <w:u w:val="single"/>
          </w:rPr>
          <w:t>https://www.koktailmagazine.com/restaurant/colette/</w:t>
        </w:r>
      </w:hyperlink>
      <w:r>
        <w:t xml:space="preserve"> - Colette is a French brasserie located on Sukhumvit 29 in Bangkok, open from 6 AM to midnight. The restaurant offers a menu that flows naturally from breakfast through dinner, balancing continental favourites with creative twists. Signature dishes include dry-aged duck breast, Atlantic octopus, and madeleine oh là là. The brasserie's interiors are striking and inviting, with soft lighting and contemporary art details.</w:t>
      </w:r>
      <w:r/>
    </w:p>
    <w:p>
      <w:pPr>
        <w:pStyle w:val="ListNumber"/>
        <w:spacing w:line="240" w:lineRule="auto"/>
        <w:ind w:left="720"/>
      </w:pPr>
      <w:r/>
      <w:hyperlink r:id="rId10">
        <w:r>
          <w:rPr>
            <w:color w:val="0000EE"/>
            <w:u w:val="single"/>
          </w:rPr>
          <w:t>https://www.timeout.com/bangkok/bars/colette-bangkok</w:t>
        </w:r>
      </w:hyperlink>
      <w:r>
        <w:t xml:space="preserve"> - Colette Bangkok is a French-inspired brasserie that combines Parisian charm with Bangkok's contemporary flair. The restaurant features polished yet casual interiors, a busy open bar, and a menu that includes tuna tartare, beef and onion soup, and grapefruit and avocado salad. The atmosphere transitions seamlessly from a weekday dinner to a long weekend lunch, offering a refined yet relaxed dining experience.</w:t>
      </w:r>
      <w:r/>
    </w:p>
    <w:p>
      <w:pPr>
        <w:pStyle w:val="ListNumber"/>
        <w:spacing w:line="240" w:lineRule="auto"/>
        <w:ind w:left="720"/>
      </w:pPr>
      <w:r/>
      <w:hyperlink r:id="rId13">
        <w:r>
          <w:rPr>
            <w:color w:val="0000EE"/>
            <w:u w:val="single"/>
          </w:rPr>
          <w:t>https://www.hilton.com/en/hotels/bkkqqqq-kromo/dining/</w:t>
        </w:r>
      </w:hyperlink>
      <w:r>
        <w:t xml:space="preserve"> - Located on the ground floor of KROMO Bangkok, Curio Collection by Hilton, Colette is a French-inspired bistro and bar that celebrates refined yet comforting cuisine. Guests can enjoy a relaxed brunch or an elevated dinner experience, with seating available both indoors and outdoors. The menu features French-inspired dishes crafted from premium and locally sourced ingredients, guided by Colette, the muse of French spirit and joie de vivre.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salathai.com/food/colette-bangkok-les-amis-de-colette-naples-on-the-terrace" TargetMode="External"/><Relationship Id="rId10" Type="http://schemas.openxmlformats.org/officeDocument/2006/relationships/hyperlink" Target="https://www.timeout.com/bangkok/bars/colette-bangkok" TargetMode="External"/><Relationship Id="rId11" Type="http://schemas.openxmlformats.org/officeDocument/2006/relationships/hyperlink" Target="https://colettegroup.com/" TargetMode="External"/><Relationship Id="rId12" Type="http://schemas.openxmlformats.org/officeDocument/2006/relationships/hyperlink" Target="https://www.koktailmagazine.com/restaurant/colette/" TargetMode="External"/><Relationship Id="rId13" Type="http://schemas.openxmlformats.org/officeDocument/2006/relationships/hyperlink" Target="https://www.hilton.com/en/hotels/bkkqqqq-kromo/dining/" TargetMode="External"/><Relationship Id="rId14" Type="http://schemas.openxmlformats.org/officeDocument/2006/relationships/hyperlink" Target="https://www.noahwire.com" TargetMode="External"/><Relationship Id="rId15" Type="http://schemas.openxmlformats.org/officeDocument/2006/relationships/hyperlink" Target="https://www.colettesainttropez.com/en/histoi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