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Chamas introduces refined Brazilian-inspired small plates for an elevated Dubai after-dark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Chamas Bar &amp; Cigar Lounge has added a new after-dark draw for guests looking for a more relaxed, polished evening in Dubai. According to the venue’s announcement, "Evening Bites" is a bar-only menu served from 5pm daily and built around small plates meant to be shared alongside cocktails, whisky and cigars. The lounge, which welcomes guests from 9am, is aiming squarely at the pre-dinner crowd, late-night lingerers and anyone wanting a lighter meal in a more atmospheric setting.</w:t>
      </w:r>
      <w:r/>
    </w:p>
    <w:p>
      <w:r/>
      <w:r>
        <w:t>The menu leans Brazilian but is not limited to classic churrascaria fare. Highlights include seabass and salmon tiraditos, beef tartare topped with black caviar, foie gras gyoza, Wagyu beef sando, Wagyu sliders, Brazilian-style grilled skewers and desserts inspired by Brazil. That mix should suit diners who want something more refined than a standard bar snack list, while still keeping portions and pacing appropriate for sharing.</w:t>
      </w:r>
      <w:r/>
    </w:p>
    <w:p>
      <w:r/>
      <w:r>
        <w:t>For travellers, the appeal is as much about the setting as the food. Chamas is presented as a cigar-friendly lounge rather than a full restaurant, so it is best suited to guests who want an unhurried evening, a drink-first experience and a menu that can turn into dinner without feeling heavy. It sits alongside Dubai’s broader cigar-lounge scene, where venues such as Fairmont Dubai’s Cigar Bar, Churchill Club at Four Seasons Dubai DIFC and Fairmont The Palm’s Cigar Room all emphasise late opening hours, premium spirits and a calm, indulgent mood.</w:t>
      </w:r>
      <w:r/>
    </w:p>
    <w:p>
      <w:r/>
      <w:r>
        <w:t>In practical terms, Evening Bites gives Chamas a clearer role for diners deciding where to go after work or before a night out. It adds more reason to book than cigars alone, especially for groups who want a small-plates format with a Brazilian accent. Reservations are available on 056 680 2161.</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[2]</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https://menews247.com/chamas-bar-cigar-lounge-elevates-the-evening-with-a-new-curated-menu/</w:t>
        </w:r>
      </w:hyperlink>
      <w:r>
        <w:t xml:space="preserve"> - Please view link - unable to able to access data</w:t>
      </w:r>
      <w:r/>
    </w:p>
    <w:p>
      <w:pPr>
        <w:pStyle w:val="ListNumber"/>
        <w:spacing w:line="240" w:lineRule="auto"/>
        <w:ind w:left="720"/>
      </w:pPr>
      <w:r/>
      <w:hyperlink r:id="rId9">
        <w:r>
          <w:rPr>
            <w:color w:val="0000EE"/>
            <w:u w:val="single"/>
          </w:rPr>
          <w:t>https://menews247.com/chamas-bar-cigar-lounge-elevates-the-evening-with-a-new-curated-menu/</w:t>
        </w:r>
      </w:hyperlink>
      <w:r>
        <w:t xml:space="preserve"> - Chamas Bar &amp; Cigar Lounge has introduced 'Evening Bites', a new collection of premium small plates available exclusively at the bar from 5 PM daily. This menu blends Brazilian influences with contemporary flavours, complementing the lounge's signature cocktails, premium whiskies, and extensive cigar collection. Highlights include Seabass and Salmon Tiraditos, Beef Tartare with black caviar, Foie Gras Gyoza, Wagyu Beef Sando, Wagyu Sliders, Brazilian-style grilled skewers, and indulgent Brazilian-inspired desserts. The lounge welcomes guests daily from 9 AM. For reservations, call 056 680 2161.</w:t>
      </w:r>
      <w:r/>
    </w:p>
    <w:p>
      <w:pPr>
        <w:pStyle w:val="ListNumber"/>
        <w:spacing w:line="240" w:lineRule="auto"/>
        <w:ind w:left="720"/>
      </w:pPr>
      <w:r/>
      <w:hyperlink r:id="rId11">
        <w:r>
          <w:rPr>
            <w:color w:val="0000EE"/>
            <w:u w:val="single"/>
          </w:rPr>
          <w:t>https://www.fairmont.com/en/hotels/dubai/fairmont-dubai/dining/the-cigar-bar.bar.html</w:t>
        </w:r>
      </w:hyperlink>
      <w:r>
        <w:t xml:space="preserve"> - The Cigar Bar at Fairmont Dubai offers a luxurious setting with mahogany interiors and an impressive selection of world-class cigars, specialty cognacs, and whiskies. Open daily from 7 PM to 3 AM, it provides a serene retreat for cigar aficionados. The lounge features private handcrafted cigar lockers within its walk-in humidor, allowing guests to indulge in premium cigars and fine spirits in a sophisticated atmosphere. The dress code is semi-formal, with flip-flops and slippers not permitted. For inquiries, contact +971 43325555 or dubai@fairmont.com.</w:t>
      </w:r>
      <w:r/>
    </w:p>
    <w:p>
      <w:pPr>
        <w:pStyle w:val="ListNumber"/>
        <w:spacing w:line="240" w:lineRule="auto"/>
        <w:ind w:left="720"/>
      </w:pPr>
      <w:r/>
      <w:hyperlink r:id="rId12">
        <w:r>
          <w:rPr>
            <w:color w:val="0000EE"/>
            <w:u w:val="single"/>
          </w:rPr>
          <w:t>https://www.fourseasons.com/dubaidifc/dining/lounges/churchill_club/</w:t>
        </w:r>
      </w:hyperlink>
      <w:r>
        <w:t xml:space="preserve"> - Churchill Club at Four Seasons Dubai, DIFC, is an intimate cigar lounge featuring overstuffed sofas, a curated collection of fine spirits, and an international bites menu. Open Tuesday to Saturday from 5 PM to 2 AM, it offers a sophisticated environment for cigar connoisseurs and novices alike. The lounge has a minimum spend of AED 300 per person from 5 PM onwards. For reservations, call +971 4 270 7960 or email us.</w:t>
      </w:r>
      <w:r/>
    </w:p>
    <w:p>
      <w:pPr>
        <w:pStyle w:val="ListNumber"/>
        <w:spacing w:line="240" w:lineRule="auto"/>
        <w:ind w:left="720"/>
      </w:pPr>
      <w:r/>
      <w:hyperlink r:id="rId13">
        <w:r>
          <w:rPr>
            <w:color w:val="0000EE"/>
            <w:u w:val="single"/>
          </w:rPr>
          <w:t>https://www.fairmont.com/en/hotels/dubai/fairmont-the-palm/dining/cigar.bar.html</w:t>
        </w:r>
      </w:hyperlink>
      <w:r>
        <w:t xml:space="preserve"> - The Cigar Room at Fairmont The Palm provides a serene retreat with breathtaking views of Dubai Marina. Guests can enjoy classic cocktails alongside a curated selection of the world’s finest cigars, including rare limited editions from prestigious Cuban and Dominican houses. Open Wednesday to Sunday from 6 PM to 2 AM, the lounge offers a sophisticated haven for relaxation. Shisha service is available on the terrace from 6 PM. For inquiries, contact +971 44573388 or palmdubai@fairmont.com.</w:t>
      </w:r>
      <w:r/>
    </w:p>
    <w:p>
      <w:pPr>
        <w:pStyle w:val="ListNumber"/>
        <w:spacing w:line="240" w:lineRule="auto"/>
        <w:ind w:left="720"/>
      </w:pPr>
      <w:r/>
      <w:hyperlink r:id="rId15">
        <w:r>
          <w:rPr>
            <w:color w:val="0000EE"/>
            <w:u w:val="single"/>
          </w:rPr>
          <w:t>https://bestthings.ae/dubai/cigar-lounge/53395</w:t>
        </w:r>
      </w:hyperlink>
      <w:r>
        <w:t xml:space="preserve"> - Cigar Lounge in Dubai is located on the 6th floor of Address Downtown, offering a wide selection of cigars and pairing drinks in a comfortable and relaxing atmosphere. Open seven days a week from 4 PM to 12 AM, it provides a serene environment for cigar enthusiasts. The lounge has received positive reviews for its ambiance and service. For more information, contact +971 4 436 8888.</w:t>
      </w:r>
      <w:r/>
    </w:p>
    <w:p>
      <w:pPr>
        <w:pStyle w:val="ListNumber"/>
        <w:spacing w:line="240" w:lineRule="auto"/>
        <w:ind w:left="720"/>
      </w:pPr>
      <w:r/>
      <w:hyperlink r:id="rId16">
        <w:r>
          <w:rPr>
            <w:color w:val="0000EE"/>
            <w:u w:val="single"/>
          </w:rPr>
          <w:t>https://www.sluurpy.com/en/دُبي/restaurant/6670661/‫chamas-churrascaria-and-bar‬</w:t>
        </w:r>
      </w:hyperlink>
      <w:r>
        <w:t xml:space="preserve"> - Chamas Churrascaria and Bar, located in Crowne Plaza Dubai, offers authentic Brazilian cuisine in a traditional Churrascaria atmosphere. The open cooking kitchen features 18 different kinds of meat skewers, including chicken, steak, and lamb, marinated and barbecued before being served by traditional meat waiters. Open daily from 5 PM to 11:30 PM, it provides a unique dining experience. For reservations, contact +971 4 331 1111.</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news247.com/chamas-bar-cigar-lounge-elevates-the-evening-with-a-new-curated-menu/" TargetMode="External"/><Relationship Id="rId10" Type="http://schemas.openxmlformats.org/officeDocument/2006/relationships/hyperlink" Target="https://www.sluurpy.com/en/&#1583;&#1615;&#1576;&#1610;/restaurant/6670661/chamas-churrascaria-and-bar" TargetMode="External"/><Relationship Id="rId11" Type="http://schemas.openxmlformats.org/officeDocument/2006/relationships/hyperlink" Target="https://www.fairmont.com/en/hotels/dubai/fairmont-dubai/dining/the-cigar-bar.bar.html" TargetMode="External"/><Relationship Id="rId12" Type="http://schemas.openxmlformats.org/officeDocument/2006/relationships/hyperlink" Target="https://www.fourseasons.com/dubaidifc/dining/lounges/churchill_club/" TargetMode="External"/><Relationship Id="rId13" Type="http://schemas.openxmlformats.org/officeDocument/2006/relationships/hyperlink" Target="https://www.fairmont.com/en/hotels/dubai/fairmont-the-palm/dining/cigar.bar.html" TargetMode="External"/><Relationship Id="rId14" Type="http://schemas.openxmlformats.org/officeDocument/2006/relationships/hyperlink" Target="https://www.noahwire.com" TargetMode="External"/><Relationship Id="rId15" Type="http://schemas.openxmlformats.org/officeDocument/2006/relationships/hyperlink" Target="https://bestthings.ae/dubai/cigar-lounge/53395" TargetMode="External"/><Relationship Id="rId16" Type="http://schemas.openxmlformats.org/officeDocument/2006/relationships/hyperlink" Target="https://www.sluurpy.com/en/&#1583;&#1615;&#1576;&#1610;/restaurant/6670661/&#8235;chamas-churrascaria-and-bar&#82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