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Banyan Tree Krabi clinches sustainability and culinary awards at Hotel Expo Krabi Go Green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Banyan Tree Krabi has added another accolade to its growing reputation in southern Thailand, after winning first place in the barista mixology category and second place in the culinary competition at the Hotel Expo Krabi Go Green 2026 challenge on 24 July. The hotel said the result reflects its focus on sustainability as well as its food-and-drink offering, which is designed to appeal to guests who want a resort stay with a stronger local identity.</w:t>
      </w:r>
      <w:r/>
    </w:p>
    <w:p>
      <w:r/>
      <w:r>
        <w:t>The standout drink came from Dawadee Songprasert, known as Khun Dao, who works at the beachfront Kredkaew Bar. Her "Soil to Soul" mocktail used locally grown coffee, seasonal fruit, roselle, mangosteen, honey and coconut oil, with the hotel saying it followed a zero-waste approach by reusing coffee grounds and mango peels in a cordial. For travellers, that suggests a bar menu that leans towards inventive, locally rooted drinks rather than standard resort fare.</w:t>
      </w:r>
      <w:r/>
    </w:p>
    <w:p>
      <w:r/>
      <w:r>
        <w:t>The kitchen team also earned recognition for Chargrilled Prawns with Tom Yum Emulsion, a dish that points to the kind of southern Thai flavours visitors can expect from the property’s dining. The expo itself, organised with the Krabi provincial authorities, was part of a wider push to position Krabi as a green destination through seminars, business matching and competitions focused on quality tourism and environmental conservation.</w:t>
      </w:r>
      <w:r/>
    </w:p>
    <w:p>
      <w:r/>
      <w:r>
        <w:t>Set on the Andaman coast and built into a hillside beside a national park, Banyan Tree Krabi has 72 pool suites and villas, including larger family and group options, plus two restaurants, a beach bar, a spa with a Rainforest hydrotherapy area, a kids’ club and a fitness centre. The resort says it has also collected broader sustainability recognition, including Thailand’s Green Hotel Award – Gold Certification and a Thailand Tourism Sustainability Award in 2025. It was also awarded Two MICHELIN stars in 2024 and 2025, and Fodor’s Travel named it the only Thai hotel in its 2026 list of The 100 Most Incredible Hotels in the World.</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[4]</w:t>
        </w:r>
      </w:hyperlink>
      <w:r>
        <w:t xml:space="preserve">, </w:t>
      </w:r>
      <w:hyperlink r:id="rId12">
        <w:r>
          <w:rPr>
            <w:color w:val="0000EE"/>
            <w:u w:val="single"/>
          </w:rPr>
          <w:t>[5]</w:t>
        </w:r>
      </w:hyperlink>
      <w:r>
        <w:t xml:space="preserve">, </w:t>
      </w:r>
      <w:hyperlink r:id="rId14">
        <w:r>
          <w:rPr>
            <w:color w:val="0000EE"/>
            <w:u w:val="single"/>
          </w:rPr>
          <w:t>[6]</w:t>
        </w:r>
      </w:hyperlink>
      <w:r>
        <w:t xml:space="preserve">, </w:t>
      </w:r>
      <w:hyperlink r:id="rId15">
        <w:r>
          <w:rPr>
            <w:color w:val="0000EE"/>
            <w:u w:val="single"/>
          </w:rPr>
          <w:t>[7]</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https://greattravelmagazine.com/2026/08/06/banyan-tree-krabi-wins-at-sustainable-green-awards-expo/</w:t>
        </w:r>
      </w:hyperlink>
      <w:r>
        <w:t xml:space="preserve"> - Please view link - unable to able to access data</w:t>
      </w:r>
      <w:r/>
    </w:p>
    <w:p>
      <w:pPr>
        <w:pStyle w:val="ListNumber"/>
        <w:spacing w:line="240" w:lineRule="auto"/>
        <w:ind w:left="720"/>
      </w:pPr>
      <w:r/>
      <w:hyperlink r:id="rId10">
        <w:r>
          <w:rPr>
            <w:color w:val="0000EE"/>
            <w:u w:val="single"/>
          </w:rPr>
          <w:t>https://www.krabitime.com/2026/07/hotel-expo-krabi-go-green-2026.html</w:t>
        </w:r>
      </w:hyperlink>
      <w:r>
        <w:t xml:space="preserve"> - The 'Hotel Expo Krabi Go Green 2026' event, held from July 23 to 25, 2026, aimed to elevate Krabi's tourism industry towards sustainable practices. Organised by the Krabi Provincial Government and various partners, the expo featured over 50 booths across eight business zones, seminars by national experts, business matching sessions, and seven professional competitions. The initiative underscores Krabi's commitment to becoming a 'Green Destination' by promoting quality tourism and environmental conservation. (</w:t>
      </w:r>
      <w:hyperlink r:id="rId17">
        <w:r>
          <w:rPr>
            <w:color w:val="0000EE"/>
            <w:u w:val="single"/>
          </w:rPr>
          <w:t>krabitime.com</w:t>
        </w:r>
      </w:hyperlink>
      <w:r>
        <w:t>)</w:t>
      </w:r>
      <w:r/>
    </w:p>
    <w:p>
      <w:pPr>
        <w:pStyle w:val="ListNumber"/>
        <w:spacing w:line="240" w:lineRule="auto"/>
        <w:ind w:left="720"/>
      </w:pPr>
      <w:r/>
      <w:hyperlink r:id="rId11">
        <w:r>
          <w:rPr>
            <w:color w:val="0000EE"/>
            <w:u w:val="single"/>
          </w:rPr>
          <w:t>https://www.krabinews.com/2026/07/hotel-expo-krabi-go-green-2026.html</w:t>
        </w:r>
      </w:hyperlink>
      <w:r>
        <w:t xml:space="preserve"> - The 'Hotel Expo Krabi Go Green 2026' event, scheduled from July 23 to 25, 2026, at Krabi Maritime Resort, focuses on enhancing the quality and sustainability of Krabi's hotel and tourism sectors. The expo includes over 50 booths covering eight business zones, seminars by national experts, business matching activities, and seven professional competitions. This initiative aims to position Krabi as a 'Green Destination' by integrating environmental conservation with tourism development. (</w:t>
      </w:r>
      <w:hyperlink r:id="rId18">
        <w:r>
          <w:rPr>
            <w:color w:val="0000EE"/>
            <w:u w:val="single"/>
          </w:rPr>
          <w:t>krabinews.com</w:t>
        </w:r>
      </w:hyperlink>
      <w:r>
        <w:t>)</w:t>
      </w:r>
      <w:r/>
    </w:p>
    <w:p>
      <w:pPr>
        <w:pStyle w:val="ListNumber"/>
        <w:spacing w:line="240" w:lineRule="auto"/>
        <w:ind w:left="720"/>
      </w:pPr>
      <w:r/>
      <w:hyperlink r:id="rId13">
        <w:r>
          <w:rPr>
            <w:color w:val="0000EE"/>
            <w:u w:val="single"/>
          </w:rPr>
          <w:t>https://www.sustainablefirst.com/global-travel-news/banyan-tree-spa-krabi-honoured-at-thailand-tourism-awards/</w:t>
        </w:r>
      </w:hyperlink>
      <w:r>
        <w:t xml:space="preserve"> - Banyan Tree Spa Krabi received two accolades at the Thailand Tourism Awards: the Outstanding Award in the Hotel and Resort category and the Sustainability Award in the Health and Wellness Tourism category. These recognitions highlight the spa's dedication to using locally sourced ingredients and providing personalised care, reinforcing the Banyan Tree brand's commitment to sustainability and wellbeing. (</w:t>
      </w:r>
      <w:hyperlink r:id="rId19">
        <w:r>
          <w:rPr>
            <w:color w:val="0000EE"/>
            <w:u w:val="single"/>
          </w:rPr>
          <w:t>sustainablefirst.com</w:t>
        </w:r>
      </w:hyperlink>
      <w:r>
        <w:t>)</w:t>
      </w:r>
      <w:r/>
    </w:p>
    <w:p>
      <w:pPr>
        <w:pStyle w:val="ListNumber"/>
        <w:spacing w:line="240" w:lineRule="auto"/>
        <w:ind w:left="720"/>
      </w:pPr>
      <w:r/>
      <w:hyperlink r:id="rId12">
        <w:r>
          <w:rPr>
            <w:color w:val="0000EE"/>
            <w:u w:val="single"/>
          </w:rPr>
          <w:t>https://www.banyantree.com/thailand/krabi/sustainability</w:t>
        </w:r>
      </w:hyperlink>
      <w:r>
        <w:t xml:space="preserve"> - Banyan Tree Krabi has been recognised with the Green Hotel Award – Gold Certification by Thailand’s Department of Environmental Quality Promotion. This certification acknowledges the resort's commitment to sustainable hotel practices, including efficient management of energy, waste, and natural resources. The resort has also been honoured with the Thailand Tourism Sustainability Award in the Health &amp; Wellness Tourism category at the Thailand Tourism Awards 2025. (</w:t>
      </w:r>
      <w:hyperlink r:id="rId20">
        <w:r>
          <w:rPr>
            <w:color w:val="0000EE"/>
            <w:u w:val="single"/>
          </w:rPr>
          <w:t>banyantree.com</w:t>
        </w:r>
      </w:hyperlink>
      <w:r>
        <w:t>)</w:t>
      </w:r>
      <w:r/>
    </w:p>
    <w:p>
      <w:pPr>
        <w:pStyle w:val="ListNumber"/>
        <w:spacing w:line="240" w:lineRule="auto"/>
        <w:ind w:left="720"/>
      </w:pPr>
      <w:r/>
      <w:hyperlink r:id="rId14">
        <w:r>
          <w:rPr>
            <w:color w:val="0000EE"/>
            <w:u w:val="single"/>
          </w:rPr>
          <w:t>https://www.banyantree.com/thailand/krabi</w:t>
        </w:r>
      </w:hyperlink>
      <w:r>
        <w:t xml:space="preserve"> - Banyan Tree Krabi is a luxurious beachfront resort offering 72 pool suites and villas, including two-bedroom and three-bedroom options, as well as a seven-bedroom beachfront Presidential Villa. The resort features two restaurants, a beach bar, a kids’ club, a fitness centre, meeting rooms, and a tropical spa with a Rainforest hydrotherapy facility. It has been awarded Two MICHELIN stars by the MICHELIN Guide in 2024 and 2025 and was listed by Fodor’s Travel 2026 as the only hotel in Thailand among The 100 Most Incredible Hotels in the World. (</w:t>
      </w:r>
      <w:hyperlink r:id="rId21">
        <w:r>
          <w:rPr>
            <w:color w:val="0000EE"/>
            <w:u w:val="single"/>
          </w:rPr>
          <w:t>banyantree.com</w:t>
        </w:r>
      </w:hyperlink>
      <w:r>
        <w:t>)</w:t>
      </w:r>
      <w:r/>
    </w:p>
    <w:p>
      <w:pPr>
        <w:pStyle w:val="ListNumber"/>
        <w:spacing w:line="240" w:lineRule="auto"/>
        <w:ind w:left="720"/>
      </w:pPr>
      <w:r/>
      <w:hyperlink r:id="rId15">
        <w:r>
          <w:rPr>
            <w:color w:val="0000EE"/>
            <w:u w:val="single"/>
          </w:rPr>
          <w:t>https://news.groupbanyan.com/pages/awards/</w:t>
        </w:r>
      </w:hyperlink>
      <w:r>
        <w:t xml:space="preserve"> - Banyan Group has received over 3,000 industry awards and accolades since its inception over 25 years ago. Recent recognitions include being named among the Top 25 Hotel Brands in the World by Travel + Leisure and receiving awards for environmental protection and community development through the Banyan Global Foundation, aligning with the United Nations Sustainable Development Goals. (</w:t>
      </w:r>
      <w:hyperlink r:id="rId22">
        <w:r>
          <w:rPr>
            <w:color w:val="0000EE"/>
            <w:u w:val="single"/>
          </w:rPr>
          <w:t>news.groupbanyan.com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reattravelmagazine.com/2026/08/06/banyan-tree-krabi-wins-at-sustainable-green-awards-expo/" TargetMode="External"/><Relationship Id="rId10" Type="http://schemas.openxmlformats.org/officeDocument/2006/relationships/hyperlink" Target="https://www.krabitime.com/2026/07/hotel-expo-krabi-go-green-2026.html" TargetMode="External"/><Relationship Id="rId11" Type="http://schemas.openxmlformats.org/officeDocument/2006/relationships/hyperlink" Target="https://www.krabinews.com/2026/07/hotel-expo-krabi-go-green-2026.html" TargetMode="External"/><Relationship Id="rId12" Type="http://schemas.openxmlformats.org/officeDocument/2006/relationships/hyperlink" Target="https://www.banyantree.com/thailand/krabi/sustainability" TargetMode="External"/><Relationship Id="rId13" Type="http://schemas.openxmlformats.org/officeDocument/2006/relationships/hyperlink" Target="https://www.sustainablefirst.com/global-travel-news/banyan-tree-spa-krabi-honoured-at-thailand-tourism-awards/" TargetMode="External"/><Relationship Id="rId14" Type="http://schemas.openxmlformats.org/officeDocument/2006/relationships/hyperlink" Target="https://www.banyantree.com/thailand/krabi" TargetMode="External"/><Relationship Id="rId15" Type="http://schemas.openxmlformats.org/officeDocument/2006/relationships/hyperlink" Target="https://news.groupbanyan.com/pages/awards/" TargetMode="External"/><Relationship Id="rId16" Type="http://schemas.openxmlformats.org/officeDocument/2006/relationships/hyperlink" Target="https://www.noahwire.com" TargetMode="External"/><Relationship Id="rId17" Type="http://schemas.openxmlformats.org/officeDocument/2006/relationships/hyperlink" Target="https://www.krabitime.com/2026/07/hotel-expo-krabi-go-green-2026.html?utm_source=openai" TargetMode="External"/><Relationship Id="rId18" Type="http://schemas.openxmlformats.org/officeDocument/2006/relationships/hyperlink" Target="https://www.krabinews.com/2026/07/hotel-expo-krabi-go-green-2026.html?utm_source=openai" TargetMode="External"/><Relationship Id="rId19" Type="http://schemas.openxmlformats.org/officeDocument/2006/relationships/hyperlink" Target="https://www.sustainablefirst.com/global-travel-news/banyan-tree-spa-krabi-honoured-at-thailand-tourism-awards/?utm_source=openai" TargetMode="External"/><Relationship Id="rId20" Type="http://schemas.openxmlformats.org/officeDocument/2006/relationships/hyperlink" Target="https://www.banyantree.com/thailand/krabi/sustainability?utm_source=openai" TargetMode="External"/><Relationship Id="rId21" Type="http://schemas.openxmlformats.org/officeDocument/2006/relationships/hyperlink" Target="https://www.banyantree.com/thailand/krabi?utm_source=openai" TargetMode="External"/><Relationship Id="rId22" Type="http://schemas.openxmlformats.org/officeDocument/2006/relationships/hyperlink" Target="https://news.groupbanyan.com/pages/award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