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World Gourmet Festival returns with a diverse lineup of international chefs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Bangkok’s World Gourmet Festival is set to return to Anantara Siam Bangkok this autumn for its 26th edition, promising six days of high-profile dining under the theme "A World of Flavours". Running from 29 September to 4 October 2026, the event will bring together chefs from Europe, Asia, the Americas and Africa for a programme of collaborative dinners, solo tasting menus, afternoon tea and brunch, according to the organisers.</w:t>
      </w:r>
      <w:r/>
    </w:p>
    <w:p>
      <w:r/>
      <w:r>
        <w:t>The line-up announced so far points to a festival aimed at diners who want variety as much as prestige. French chef Julien Royer, co-owner of Singapore’s three-Michelin-starred Odette, is among the headline names, alongside Josiah Citrin of Los Angeles, who leads both Citrin and the two-star Mélisse. Also confirmed is Álvaro Clavijo of Bogotá’s El Chato, ranked first on Latin America’s 50 Best Restaurants list, and Dave Pynt, whose Singapore restaurant Burnt Ends is known for open-flame cooking and a Michelin star.</w:t>
      </w:r>
      <w:r/>
    </w:p>
    <w:p>
      <w:r/>
      <w:r>
        <w:t>Several of the most interesting inclusions are chefs whose work goes beyond familiar fine dining formats. Georgiana Viou, culinary director of L’Ami in Benin, has built a reputation around Beninese and Mediterranean influences and was the first African woman to receive a Michelin star. From Vietnam, Thanh Vuong Vo of CoCo Dining in Ho Chi Minh City will draw on ancestral preservation techniques from his coastal hometown of Phan Thiết, while pastry specialist Eunjung Cho of Seoul’s Honeybee is expected to bring a more playful note to the festival with her bear-shaped cakes.</w:t>
      </w:r>
      <w:r/>
    </w:p>
    <w:p>
      <w:r/>
      <w:r>
        <w:t>The announced roster also includes two chefs from Anantara’s own properties. Paul Gamauf of Edvard in Vienna and Heros De Agostinis of Ineo in Rome both bring Michelin-starred credentials, with De Agostinis drawing on Abruzzese and Eritrean heritage. Shanghai-based Zee Yunze Zheng of Fabula rounds out the current list, bringing experience from Le Bernardin and Taian Table and a style that blends East China Sea and Cantonese influences with European technique. A Bangkok addition has also been flagged: Minor Hotels said the line-up includes Arnaud Dunand of Maison Dunand, the city’s one-Michelin-starred contemporary French restaurant.</w:t>
      </w:r>
      <w:r/>
    </w:p>
    <w:p>
      <w:r/>
      <w:r>
        <w:t>For travellers considering whether to book, the festival’s appeal lies as much in its setting as in the chef roster. Anantara Siam Bangkok has 335 rooms and suites and sits in central Bangkok, close to the Royal Bangkok Sports Club and the city’s major shopping districts. The hotel is positioned as a polished base for a gourmet trip, with tropical gardens, award-winning dining and a reputation for feeling more personal than many grand city hotels, according to the Michelin Guide. In practical terms, that makes it one of the more convenient places in Bangkok to turn a festival visit into a full food-focused stay.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https://www.theupcoming.co.uk/2026/08/05/world-gourmet-festival-announces-chef-roster-for-26th-year-in-bangkok/</w:t>
        </w:r>
      </w:hyperlink>
      <w:r>
        <w:t xml:space="preserve"> - Please view link - unable to able to access data</w:t>
      </w:r>
      <w:r/>
    </w:p>
    <w:p>
      <w:pPr>
        <w:pStyle w:val="ListNumber"/>
        <w:spacing w:line="240" w:lineRule="auto"/>
        <w:ind w:left="720"/>
      </w:pPr>
      <w:r/>
      <w:hyperlink r:id="rId10">
        <w:r>
          <w:rPr>
            <w:color w:val="0000EE"/>
            <w:u w:val="single"/>
          </w:rPr>
          <w:t>https://media.minorhotels.com/en-GLO/267794-full-chef-line-up-revealed-for-bangkok-s-world-gourmet-festival-2026/</w:t>
        </w:r>
      </w:hyperlink>
      <w:r>
        <w:t xml:space="preserve"> - The 26th World Gourmet Festival at Anantara Siam Bangkok Hotel, themed 'The World of Flavours', will feature a diverse lineup of Michelin-starred chefs and emerging talents. The six-day event from 29 September to 4 October 2026 includes chef-hosted dinners, collaborations, and immersive dining experiences celebrating global cuisine. The confirmed chefs include Arnaud Dunand, Chef de Cuisine of the one Michelin-starred Maison Dunand in Bangkok, known for his contemporary French cuisine. Further details on the full chef lineup and event schedule are available on the official Minor Hotels Newsroom website.</w:t>
      </w:r>
      <w:r/>
    </w:p>
    <w:p>
      <w:pPr>
        <w:pStyle w:val="ListNumber"/>
        <w:spacing w:line="240" w:lineRule="auto"/>
        <w:ind w:left="720"/>
      </w:pPr>
      <w:r/>
      <w:hyperlink r:id="rId11">
        <w:r>
          <w:rPr>
            <w:color w:val="0000EE"/>
            <w:u w:val="single"/>
          </w:rPr>
          <w:t>https://www.anantara.com/en/siam-bangkok</w:t>
        </w:r>
      </w:hyperlink>
      <w:r>
        <w:t xml:space="preserve"> - Anantara Siam Bangkok Hotel, located in the heart of Bangkok, offers a luxurious retreat with 335 rooms and suites. The hotel combines contemporary décor with Thai elements, providing a serene ambiance amidst the city's hustle. Guests can enjoy views over tropical gardens, the pool, or the private golf course. The hotel features award-winning dining, a spa, and is pet-friendly. Its central location offers easy access to Bangkok's exclusive malls and cultural attractions, making it an ideal base for both leisure and business travellers.</w:t>
      </w:r>
      <w:r/>
    </w:p>
    <w:p>
      <w:pPr>
        <w:pStyle w:val="ListNumber"/>
        <w:spacing w:line="240" w:lineRule="auto"/>
        <w:ind w:left="720"/>
      </w:pPr>
      <w:r/>
      <w:hyperlink r:id="rId12">
        <w:r>
          <w:rPr>
            <w:color w:val="0000EE"/>
            <w:u w:val="single"/>
          </w:rPr>
          <w:t>https://www.anantara.com/en/siam-bangkok/rooms</w:t>
        </w:r>
      </w:hyperlink>
      <w:r>
        <w:t xml:space="preserve"> - Anantara Siam Bangkok Hotel offers a range of accommodations, including Deluxe Rooms and Suites, designed to provide a tropical sanctuary in the city. The rooms feature contemporary décor blended with Thai elements, offering views over gardens, the pool, or the private golf course. Suites provide additional space and amenities, catering to discerning guests seeking luxury and comfort. The hotel's central location allows guests to explore Bangkok's cultural and shopping destinations with ease, making it a preferred choice for travellers seeking both relaxation and adventure.</w:t>
      </w:r>
      <w:r/>
    </w:p>
    <w:p>
      <w:pPr>
        <w:pStyle w:val="ListNumber"/>
        <w:spacing w:line="240" w:lineRule="auto"/>
        <w:ind w:left="720"/>
      </w:pPr>
      <w:r/>
      <w:hyperlink r:id="rId13">
        <w:r>
          <w:rPr>
            <w:color w:val="0000EE"/>
            <w:u w:val="single"/>
          </w:rPr>
          <w:t>https://www.tripadvisor.com/Hotel_Review-g293916-d301884-Reviews-Anantara_Siam_Bangkok_Hotel-Bangkok.html</w:t>
        </w:r>
      </w:hyperlink>
      <w:r>
        <w:t xml:space="preserve"> - Anantara Siam Bangkok Hotel is a luxury urban retreat located in the heart of Bangkok's Ratchaprasong shopping and entertainment district. The hotel offers 335 rooms and suites, combining traditional Thai architecture with modern comforts. Guests can enjoy award-winning dining, a spa, and easy access to Bangkok's exclusive malls and cultural attractions. The hotel's central location provides a serene oasis amidst the bustling city, making it an ideal choice for both leisure and business travellers seeking luxury and convenience.</w:t>
      </w:r>
      <w:r/>
    </w:p>
    <w:p>
      <w:pPr>
        <w:pStyle w:val="ListNumber"/>
        <w:spacing w:line="240" w:lineRule="auto"/>
        <w:ind w:left="720"/>
      </w:pPr>
      <w:r/>
      <w:hyperlink r:id="rId15">
        <w:r>
          <w:rPr>
            <w:color w:val="0000EE"/>
            <w:u w:val="single"/>
          </w:rPr>
          <w:t>https://www.youtube.com/watch?v=zVQAqqlsdzQ</w:t>
        </w:r>
      </w:hyperlink>
      <w:r>
        <w:t xml:space="preserve"> - This video provides a visual tour of Anantara Siam Bangkok Hotel, showcasing its luxurious accommodations, award-winning dining options, and serene gardens. The hotel combines traditional Thai architecture with modern comforts, offering a tranquil retreat in the heart of Bangkok. Guests can explore the hotel's facilities, including the spa, pool, and various dining venues, as well as its proximity to Bangkok's cultural and shopping destinations. The video highlights the unique experiences and services offered by the hotel, making it an appealing choice for discerning travellers.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upcoming.co.uk/2026/08/05/world-gourmet-festival-announces-chef-roster-for-26th-year-in-bangkok/" TargetMode="External"/><Relationship Id="rId10" Type="http://schemas.openxmlformats.org/officeDocument/2006/relationships/hyperlink" Target="https://media.minorhotels.com/en-GLO/267794-full-chef-line-up-revealed-for-bangkok-s-world-gourmet-festival-2026/" TargetMode="External"/><Relationship Id="rId11" Type="http://schemas.openxmlformats.org/officeDocument/2006/relationships/hyperlink" Target="https://www.anantara.com/en/siam-bangkok" TargetMode="External"/><Relationship Id="rId12" Type="http://schemas.openxmlformats.org/officeDocument/2006/relationships/hyperlink" Target="https://www.anantara.com/en/siam-bangkok/rooms" TargetMode="External"/><Relationship Id="rId13" Type="http://schemas.openxmlformats.org/officeDocument/2006/relationships/hyperlink" Target="https://www.tripadvisor.com/Hotel_Review-g293916-d301884-Reviews-Anantara_Siam_Bangkok_Hotel-Bangkok.html" TargetMode="External"/><Relationship Id="rId14" Type="http://schemas.openxmlformats.org/officeDocument/2006/relationships/hyperlink" Target="https://www.noahwire.com" TargetMode="External"/><Relationship Id="rId15" Type="http://schemas.openxmlformats.org/officeDocument/2006/relationships/hyperlink" Target="https://www.youtube.com/watch?v=zVQAqqlsdz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