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Nakhon Phanom’s illuminated boat procession shines a new light on Thai river festivals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As the monsoon begins to ease in Thailand’s north-east, Nakhon Phanom offers one of the country’s most atmospheric reasons to travel: the Illuminated Boat Procession, or Lai Reua Fai. According to TAT News, the Mekong River becomes the stage for towering, candlelit vessels that drift downstream after dark, drawing crowds to the waterfront for a festival that is as visually striking as it is spiritually rooted.</w:t>
      </w:r>
      <w:r/>
    </w:p>
    <w:p>
      <w:r/>
      <w:r>
        <w:t>The celebration is tied to Ok Phansa, the end of the Buddhist Lent, and its meaning runs deeper than spectacle. Local tradition, as described by Love Thailand and Mekong Tourism, traces the custom to simple rafts of banana bark and bamboo lit with candles and incense as offerings to the Buddha and the Naga, the mythical serpent linked to the river. Over time, those humble offerings have become elaborate floating sculptures, built by riverside communities over many weeks and decorated with lights, cloth and scenes from Buddhist legend.</w:t>
      </w:r>
      <w:r/>
    </w:p>
    <w:p>
      <w:r/>
      <w:r>
        <w:t>For travellers, the appeal is not only the festival itself but the setting. Nakhon Phanom is one of Thailand’s gentler provincial capitals, with a riverside promenade that works well for an evening stroll or a bicycle ride when the procession is not under way. Across the water, the hills of Laos give the skyline a sense of place that feels distinctly different from Thailand’s more familiar beach or city destinations. The atmosphere is especially strong at dusk, when the riverfront fills with food stalls, families and photographers waiting for the first boats to appear.</w:t>
      </w:r>
      <w:r/>
    </w:p>
    <w:p>
      <w:r/>
      <w:r>
        <w:t>Beyond the lights, the province has several stops that make a visit worthwhile. TAT News highlights Wat Phra That Phanom, the white-and-gold stupa in That Phanom District that is among the region’s most revered pilgrimage sites, as well as the Naga Monument on the Mekong promenade in the provincial capital. For a more historical detour, visitors can see Ho Chi Minh’s House in Ban Na Chok, while the cool season brings misty dawns at Phu Langka for those willing to get up early for mountain views.</w:t>
      </w:r>
      <w:r/>
    </w:p>
    <w:p>
      <w:r/>
      <w:r>
        <w:t>For anyone planning a trip, timing matters. Love Thailand says the festival usually falls in October, around the full moon of the 11th lunar month, though Mekong Tourism listed the 2025 event period from late September to early October. That makes Nakhon Phanom a particularly strong choice for travellers looking for a seasonal trip that combines local tradition, river scenery and a sense of place that is still pleasantly low-key compared with Thailand’s better-known destinations.</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0">
        <w:r>
          <w:rPr>
            <w:color w:val="0000EE"/>
            <w:u w:val="single"/>
          </w:rPr>
          <w:t>[3]</w:t>
        </w:r>
      </w:hyperlink>
      <w:r>
        <w:t xml:space="preserve">, </w:t>
      </w:r>
      <w:hyperlink r:id="rId11">
        <w:r>
          <w:rPr>
            <w:color w:val="0000EE"/>
            <w:u w:val="single"/>
          </w:rPr>
          <w:t>[5]</w:t>
        </w:r>
      </w:hyperlink>
      <w:r>
        <w:t xml:space="preserve">, </w:t>
      </w:r>
      <w:hyperlink r:id="rId12">
        <w:r>
          <w:rPr>
            <w:color w:val="0000EE"/>
            <w:u w:val="single"/>
          </w:rPr>
          <w:t>[7]</w:t>
        </w:r>
      </w:hyperlink>
      <w:r>
        <w:t xml:space="preserve">- Paragraph 3: </w:t>
      </w:r>
      <w:hyperlink r:id="rId9">
        <w:r>
          <w:rPr>
            <w:color w:val="0000EE"/>
            <w:u w:val="single"/>
          </w:rPr>
          <w:t>[2]</w:t>
        </w:r>
      </w:hyperlink>
      <w:r>
        <w:t xml:space="preserve">, </w:t>
      </w:r>
      <w:hyperlink r:id="rId13">
        <w:r>
          <w:rPr>
            <w:color w:val="0000EE"/>
            <w:u w:val="single"/>
          </w:rPr>
          <w:t>[4]</w:t>
        </w:r>
      </w:hyperlink>
      <w:r>
        <w:t xml:space="preserve">, </w:t>
      </w:r>
      <w:hyperlink r:id="rId14">
        <w:r>
          <w:rPr>
            <w:color w:val="0000EE"/>
            <w:u w:val="single"/>
          </w:rPr>
          <w:t>[6]</w:t>
        </w:r>
      </w:hyperlink>
      <w:r>
        <w:t xml:space="preserve">, </w:t>
      </w:r>
      <w:hyperlink r:id="rId12">
        <w:r>
          <w:rPr>
            <w:color w:val="0000EE"/>
            <w:u w:val="single"/>
          </w:rPr>
          <w:t>[7]</w:t>
        </w:r>
      </w:hyperlink>
      <w:r>
        <w:t xml:space="preserve">- Paragraph 4: </w:t>
      </w:r>
      <w:hyperlink r:id="rId9">
        <w:r>
          <w:rPr>
            <w:color w:val="0000EE"/>
            <w:u w:val="single"/>
          </w:rPr>
          <w:t>[2]</w:t>
        </w:r>
      </w:hyperlink>
      <w:r>
        <w:t xml:space="preserve">, </w:t>
      </w:r>
      <w:hyperlink r:id="rId13">
        <w:r>
          <w:rPr>
            <w:color w:val="0000EE"/>
            <w:u w:val="single"/>
          </w:rPr>
          <w:t>[4]</w:t>
        </w:r>
      </w:hyperlink>
      <w:r>
        <w:t xml:space="preserve">, </w:t>
      </w:r>
      <w:hyperlink r:id="rId14">
        <w:r>
          <w:rPr>
            <w:color w:val="0000EE"/>
            <w:u w:val="single"/>
          </w:rPr>
          <w:t>[6]</w:t>
        </w:r>
      </w:hyperlink>
      <w:r>
        <w:t xml:space="preserve">- Paragraph 5: </w:t>
      </w:r>
      <w:hyperlink r:id="rId10">
        <w:r>
          <w:rPr>
            <w:color w:val="0000EE"/>
            <w:u w:val="single"/>
          </w:rPr>
          <w:t>[3]</w:t>
        </w:r>
      </w:hyperlink>
      <w:r>
        <w:t xml:space="preserve">, </w:t>
      </w:r>
      <w:hyperlink r:id="rId11">
        <w:r>
          <w:rPr>
            <w:color w:val="0000EE"/>
            <w:u w:val="single"/>
          </w:rPr>
          <w:t>[5]</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https://www.tatnews.org/2026/09/river-of-fire/</w:t>
        </w:r>
      </w:hyperlink>
      <w:r>
        <w:t xml:space="preserve"> - Please view link - unable to able to access data</w:t>
      </w:r>
      <w:r/>
    </w:p>
    <w:p>
      <w:pPr>
        <w:pStyle w:val="ListNumber"/>
        <w:spacing w:line="240" w:lineRule="auto"/>
        <w:ind w:left="720"/>
      </w:pPr>
      <w:r/>
      <w:hyperlink r:id="rId9">
        <w:r>
          <w:rPr>
            <w:color w:val="0000EE"/>
            <w:u w:val="single"/>
          </w:rPr>
          <w:t>https://www.tatnews.org/2026/09/river-of-fire/</w:t>
        </w:r>
      </w:hyperlink>
      <w:r>
        <w:t xml:space="preserve"> - The article discusses the Illuminated Boat Procession, known locally as Lai Reua Fai, held annually in Nakhon Phanom Province, Thailand. This festival marks the end of the three-month Buddhist Lent, with villagers floating small rafts of banana bark and bamboo, lit with candles and incense, as offerings to the Buddha and the Naga, the mythical serpent believed to guard the river’s waters. Over time, these modest rafts have evolved into towering works of folk art, with boats built from bamboo frames wrapped in colourful paper, cloth, and thousands of lights, depicting Naga serpents, temples, deities, and scenes from Buddhist legend. Each riverside community spends weeks constructing its own entry, competing for the honour of the most dazzling design. When darkness falls, the boats are set alight and pushed into the current, drifting past the crowds like slow-moving constellations. The article also highlights other attractions in Nakhon Phanom, such as Wat Phra That Phanom, a revered white-and-gold stupa said to enshrine a relic of the Buddha’s breastbone, and the golden Naga Monument on the Mekong promenade, believed to bring good fortune. For a scenic experience, visitors can rent a bicycle and ride the riverside promenade, enjoy the sea of mist at Phu Langka during the cool season, or visit Ho Chi Minh’s House in Ban Na Chok, where the Vietnamese leader once lived in exile.</w:t>
      </w:r>
      <w:r/>
    </w:p>
    <w:p>
      <w:pPr>
        <w:pStyle w:val="ListNumber"/>
        <w:spacing w:line="240" w:lineRule="auto"/>
        <w:ind w:left="720"/>
      </w:pPr>
      <w:r/>
      <w:hyperlink r:id="rId10">
        <w:r>
          <w:rPr>
            <w:color w:val="0000EE"/>
            <w:u w:val="single"/>
          </w:rPr>
          <w:t>https://www.lovethailand.org/travel/en/43-Maha-Sarakham/8529-Illuminated-Boat-Procession-Festival.html</w:t>
        </w:r>
      </w:hyperlink>
      <w:r>
        <w:t xml:space="preserve"> - The Illuminated Boat Procession Festival, known in Thai as Prapheni Lai Ruea Fai and in the local Isan language as Heua Fai, is one of the most spectacular Buddhist and cultural traditions in northeastern Thailand. The festival is especially famous in Nakhon Phanom Province, where giant illuminated boats are floated along the Mekong River on the night of the full moon in the 11th lunar month. The festival is traditionally held from the full-moon day of the 11th lunar month to the first waning day of the same month, which usually falls in October. This period coincides with Ok Phansa, the end of Buddhist Lent. In Nakhon Phanom, the festival has developed into a major cultural event along the Mekong riverside, attracting visitors from across Thailand and beyond. Yet beneath the scale of the modern celebration, the spiritual meaning remains clear: the illuminated boat is an offering of light, gratitude, apology, and renewal. The meaning of the festival is deeply rooted in Buddhism and river-based life. Local belief connects the ritual with the worship of the Buddha’s footprint on the bank of the Nammatha River in ancient India, the worship of the Buddha, the veneration of Phaka Brahma, the worship of Chulamani Chedi, and the act of asking forgiveness from the river for human pollution and carelessness. The fire on the boat also symbolizes the burning away of suffering, allowing sorrow, misfortune, and inner darkness to drift away with the current. The Thai word “lai” means to flow, while “ruea fai” means a boat of fire or illuminated boat. In the local Isan language, the boat is often called “heua fai.” Traditionally, these boats were made from banana trunks, bamboo, and other natural floating materials. They were decorated with candles, lamps, flowers, incense, and offerings. Once lit, the boat was released into the river and allowed to float away. The movement of the boat on the water gave the ritual its name and its emotional power.</w:t>
      </w:r>
      <w:r/>
    </w:p>
    <w:p>
      <w:pPr>
        <w:pStyle w:val="ListNumber"/>
        <w:spacing w:line="240" w:lineRule="auto"/>
        <w:ind w:left="720"/>
      </w:pPr>
      <w:r/>
      <w:hyperlink r:id="rId13">
        <w:r>
          <w:rPr>
            <w:color w:val="0000EE"/>
            <w:u w:val="single"/>
          </w:rPr>
          <w:t>https://www.veladhinakhonphanom.com/activities.html</w:t>
        </w:r>
      </w:hyperlink>
      <w:r>
        <w:t xml:space="preserve"> - VELA Dhi Nakhon Phanom offers prime riverside accommodations during the Lai Reua Fai festival, providing guests with spectacular views of the illuminated boat procession. The hotel is situated near the iconic Phaya Sri Sattanakarat Naga monument, allowing guests to immerse themselves in the heart of the festivities. After the night of celebrations, visitors can retreat to stylish, comfortable rooms designed to reflect the peaceful 'slow life' of Nakhon Phanom. The hotel's location offers ultimate convenience, eliminating the need for traffic and parking hassles, as guests can walk directly from their rooms to the riverside promenade and the city’s key landmarks.</w:t>
      </w:r>
      <w:r/>
    </w:p>
    <w:p>
      <w:pPr>
        <w:pStyle w:val="ListNumber"/>
        <w:spacing w:line="240" w:lineRule="auto"/>
        <w:ind w:left="720"/>
      </w:pPr>
      <w:r/>
      <w:hyperlink r:id="rId11">
        <w:r>
          <w:rPr>
            <w:color w:val="0000EE"/>
            <w:u w:val="single"/>
          </w:rPr>
          <w:t>https://mekongtourism.org/events/illuminated-boat-procession-thailand-2/</w:t>
        </w:r>
      </w:hyperlink>
      <w:r>
        <w:t xml:space="preserve"> - The Illuminated Boat Procession, known as Lai Reua Fai, is part of the celebrations for Awk Phansa, marking the end of the rains retreat. The most famous event takes place on the Mekong River in Nakhon Phanom. Lai Reua Fai pays respect to Buddha and also to the mythical naga serpents, which are said to reside in the Mekong. The event is scheduled from September 27, 2025, to October 8, 2025.</w:t>
      </w:r>
      <w:r/>
    </w:p>
    <w:p>
      <w:pPr>
        <w:pStyle w:val="ListNumber"/>
        <w:spacing w:line="240" w:lineRule="auto"/>
        <w:ind w:left="720"/>
      </w:pPr>
      <w:r/>
      <w:hyperlink r:id="rId14">
        <w:r>
          <w:rPr>
            <w:color w:val="0000EE"/>
            <w:u w:val="single"/>
          </w:rPr>
          <w:t>https://www.thaizeit.de/a/lai-ruea-fai-das-fest-der-feuerboote</w:t>
        </w:r>
      </w:hyperlink>
      <w:r>
        <w:t xml:space="preserve"> - Every year in October, the Mekong River in Nakhon Phanom, the capital of the northeastern province of Thailand, transforms into a sparkling sea of lights from illuminated junks, fishing boats, and 'longtail' boats. This spectacle lasts for a whole week. For those who love Thai traditions, this is a truly spectacular festival. The article also mentions the Governor's Residence: 'Lai Ruea Fai' Museum, where visitors can learn about the history of the 'fire boats' through sculptures, films, and photos.</w:t>
      </w:r>
      <w:r/>
    </w:p>
    <w:p>
      <w:pPr>
        <w:pStyle w:val="ListNumber"/>
        <w:spacing w:line="240" w:lineRule="auto"/>
        <w:ind w:left="720"/>
      </w:pPr>
      <w:r/>
      <w:hyperlink r:id="rId12">
        <w:r>
          <w:rPr>
            <w:color w:val="0000EE"/>
            <w:u w:val="single"/>
          </w:rPr>
          <w:t>https://www.gavroche-thailande.com/thailande-tourisme-a-nakhon-phanom-les-bateaux-de-feu-embrasent-le-mekong/</w:t>
        </w:r>
      </w:hyperlink>
      <w:r>
        <w:t xml:space="preserve"> - At the end of the Buddhist Lent, Nakhon Phanom, in northeastern Thailand facing Laos, celebrates one of the most spectacular events in Isan. During the Lai Reua Fai, immense boats covered with thousands of lights descend the Mekong at night, perpetuating a religious tradition that has become the emblem of the province. As night falls over Nakhon Phanom, the first luminous silhouettes appear on the Mekong. Giant Nagas, temples, and Buddhist motifs emerge in the darkness as the boats glide slowly on the river, with the lights of Laos on the horizon. This is the Lai Reua Fai, the Illuminated Boat Procession, held annually around Wan Ok Phansa.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atnews.org/2026/09/river-of-fire/" TargetMode="External"/><Relationship Id="rId10" Type="http://schemas.openxmlformats.org/officeDocument/2006/relationships/hyperlink" Target="https://www.lovethailand.org/travel/en/43-Maha-Sarakham/8529-Illuminated-Boat-Procession-Festival.html" TargetMode="External"/><Relationship Id="rId11" Type="http://schemas.openxmlformats.org/officeDocument/2006/relationships/hyperlink" Target="https://mekongtourism.org/events/illuminated-boat-procession-thailand-2/" TargetMode="External"/><Relationship Id="rId12" Type="http://schemas.openxmlformats.org/officeDocument/2006/relationships/hyperlink" Target="https://www.gavroche-thailande.com/thailande-tourisme-a-nakhon-phanom-les-bateaux-de-feu-embrasent-le-mekong/" TargetMode="External"/><Relationship Id="rId13" Type="http://schemas.openxmlformats.org/officeDocument/2006/relationships/hyperlink" Target="https://www.veladhinakhonphanom.com/activities.html" TargetMode="External"/><Relationship Id="rId14" Type="http://schemas.openxmlformats.org/officeDocument/2006/relationships/hyperlink" Target="https://www.thaizeit.de/a/lai-ruea-fai-das-fest-der-feuerboote" TargetMode="External"/><Relationship Id="rId15"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