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 offers diverse weekend experiences from pottery to traditional sato festival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Bangkok’s weekend line-up from September 4 to 6 is unusually varied, giving travellers a choice between hands-on making, riverside car culture, art-house cinema and a late-night festival built around one of Thailand’s most traditional drinks.</w:t>
      </w:r>
      <w:r/>
    </w:p>
    <w:p>
      <w:r/>
      <w:r>
        <w:t>For a quieter start, Aromdee Art Studio offers a beginner-friendly pottery session near BTS Punnawithi, where visitors can try wheel throwing, hand-building or ceramic painting with full guidance from instructors. The studio says no experience is needed, materials are provided, and finished pieces can be collected after firing, making this a more personal alternative to buying a souvenir off the shelf.</w:t>
      </w:r>
      <w:r/>
    </w:p>
    <w:p>
      <w:r/>
      <w:r>
        <w:t>If the appeal is atmosphere rather than craft, Bangkok Underground Riverside 2026 is taking over parking levels at Terminal 21 Rama 3 on Sunday with a free-entry meet inspired by Japanese street-car culture. Modified builds, DJs and photo spots are part of the draw, and the riverside setting should make the later hours feel more relaxed than a standard indoor car show.</w:t>
      </w:r>
      <w:r/>
    </w:p>
    <w:p>
      <w:r/>
      <w:r>
        <w:t>Bangkok’s contemporary art scene is also being used in a different way this weekend, with Dib Bangkok hosting evening screenings through Skyline Film from Friday to Sunday. The programme includes a mix of titles across the three nights, and the 500 baht ticket covers one drink, turning the museum into a more cinematic night out than a routine trip to the multiplex.</w:t>
      </w:r>
      <w:r/>
    </w:p>
    <w:p>
      <w:r/>
      <w:r>
        <w:t>ChangChui Creative Park, long known for its offbeat mix of installations, food and creative spaces, is staging FREAK OUT on September 5 and 6, adding performances and nightlife energy to one of the city’s most distinctive open-air venues. For visitors who prefer to wander before settling in, the setting itself is part of the attraction.</w:t>
      </w:r>
      <w:r/>
    </w:p>
    <w:p>
      <w:r/>
      <w:r>
        <w:t>The most unusual option may be SATO SO GOOD at Yodpiman River Walk, billed as Thailand’s first festival devoted entirely to sato. According to the organisers, more than 30 producers and over 70 varieties of Thai rice wine and fruit wine will be on show, alongside workshops, talks and food pairings. For travellers curious about local drinking culture, it offers a rare chance to taste something distinctly Thai without leaving the city centre.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Paragraph 5: </w:t>
      </w:r>
      <w:hyperlink r:id="rId9">
        <w:r>
          <w:rPr>
            <w:color w:val="0000EE"/>
            <w:u w:val="single"/>
          </w:rPr>
          <w:t>[1]</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https://thethaiger.com/guides/best-of/things-to-do/things-to-do-bangkok-september-4-to-6</w:t>
        </w:r>
      </w:hyperlink>
      <w:r>
        <w:t xml:space="preserve"> - Please view link - unable to able to access data</w:t>
      </w:r>
      <w:r/>
    </w:p>
    <w:p>
      <w:pPr>
        <w:pStyle w:val="ListNumber"/>
        <w:spacing w:line="240" w:lineRule="auto"/>
        <w:ind w:left="720"/>
      </w:pPr>
      <w:r/>
      <w:hyperlink r:id="rId10">
        <w:r>
          <w:rPr>
            <w:color w:val="0000EE"/>
            <w:u w:val="single"/>
          </w:rPr>
          <w:t>https://aromdeeart.com/</w:t>
        </w:r>
      </w:hyperlink>
      <w:r>
        <w:t xml:space="preserve"> - Aromdee Art Studio is a creative pottery space in Bangkok offering beginner-friendly classes in wheel throwing, hand-building, and ceramic painting. Located near BTS Punnawithi, the studio provides a relaxed environment for all ages to explore their creativity. Instructors guide visitors through shaping and decorating their own ceramic pieces, with finished artworks available for collection after the firing process. The studio also offers private events and team-building workshops, accommodating up to 50 people. Free parking is available in the building's underground lot. (</w:t>
      </w:r>
      <w:hyperlink r:id="rId17">
        <w:r>
          <w:rPr>
            <w:color w:val="0000EE"/>
            <w:u w:val="single"/>
          </w:rPr>
          <w:t>aromdeeart.com</w:t>
        </w:r>
      </w:hyperlink>
      <w:r>
        <w:t>)</w:t>
      </w:r>
      <w:r/>
    </w:p>
    <w:p>
      <w:pPr>
        <w:pStyle w:val="ListNumber"/>
        <w:spacing w:line="240" w:lineRule="auto"/>
        <w:ind w:left="720"/>
      </w:pPr>
      <w:r/>
      <w:hyperlink r:id="rId11">
        <w:r>
          <w:rPr>
            <w:color w:val="0000EE"/>
            <w:u w:val="single"/>
          </w:rPr>
          <w:t>https://aromdeeart.com/pottery-classes/</w:t>
        </w:r>
      </w:hyperlink>
      <w:r>
        <w:t xml:space="preserve"> - Aromdee Art Studio offers a variety of pottery classes in Bangkok, including wheel-throwing, hand-building, and underglaze painting. Classes are suitable for beginners and provide a hands-on experience in a professional, English-speaking environment. The studio uses imported, high-quality glazes for vibrant colours that never fade, and all pieces are 100% food safe. Workshops are available for individuals, groups, and corporate team-building events. Conveniently located near BTS Punnawithi, with free underground parking available. (</w:t>
      </w:r>
      <w:hyperlink r:id="rId18">
        <w:r>
          <w:rPr>
            <w:color w:val="0000EE"/>
            <w:u w:val="single"/>
          </w:rPr>
          <w:t>aromdeeart.com</w:t>
        </w:r>
      </w:hyperlink>
      <w:r>
        <w:t>)</w:t>
      </w:r>
      <w:r/>
    </w:p>
    <w:p>
      <w:pPr>
        <w:pStyle w:val="ListNumber"/>
        <w:spacing w:line="240" w:lineRule="auto"/>
        <w:ind w:left="720"/>
      </w:pPr>
      <w:r/>
      <w:hyperlink r:id="rId12">
        <w:r>
          <w:rPr>
            <w:color w:val="0000EE"/>
            <w:u w:val="single"/>
          </w:rPr>
          <w:t>https://aromdeeart.com/faq-pottery-class-bangkok/</w:t>
        </w:r>
      </w:hyperlink>
      <w:r>
        <w:t xml:space="preserve"> - Aromdee Art Studio provides answers to frequently asked questions about their pottery classes and workshops in Bangkok. Classes are beginner-friendly and suitable for all ages, with no prior experience required. The studio offers wheel-throwing and hand-building techniques, with classes guided by friendly instructors. Children aged 4 and up are welcome. All materials, including clay, tools, and aprons, are provided. Free parking is available in the building's underground lot. (</w:t>
      </w:r>
      <w:hyperlink r:id="rId19">
        <w:r>
          <w:rPr>
            <w:color w:val="0000EE"/>
            <w:u w:val="single"/>
          </w:rPr>
          <w:t>aromdeeart.com</w:t>
        </w:r>
      </w:hyperlink>
      <w:r>
        <w:t>)</w:t>
      </w:r>
      <w:r/>
    </w:p>
    <w:p>
      <w:pPr>
        <w:pStyle w:val="ListNumber"/>
        <w:spacing w:line="240" w:lineRule="auto"/>
        <w:ind w:left="720"/>
      </w:pPr>
      <w:r/>
      <w:hyperlink r:id="rId13">
        <w:r>
          <w:rPr>
            <w:color w:val="0000EE"/>
            <w:u w:val="single"/>
          </w:rPr>
          <w:t>https://aromdeeart.com/studio/</w:t>
        </w:r>
      </w:hyperlink>
      <w:r>
        <w:t xml:space="preserve"> - Aromdee Art Studio is a creative hub in Bangkok dedicated to sharing the joy of pottery. Since 2015, the studio has been offering a variety of workshops and classes for beginners, hobbyists, and seasoned artists. The space is designed to be a place where creativity flows, and every piece tells a story. The studio provides tools, guidance, and inspiration to bring ideas to life, with a focus on mindfulness, expression, and the beauty of imperfection. Conveniently located near BTS Punnawithi, with free underground parking available. (</w:t>
      </w:r>
      <w:hyperlink r:id="rId20">
        <w:r>
          <w:rPr>
            <w:color w:val="0000EE"/>
            <w:u w:val="single"/>
          </w:rPr>
          <w:t>aromdeeart.com</w:t>
        </w:r>
      </w:hyperlink>
      <w:r>
        <w:t>)</w:t>
      </w:r>
      <w:r/>
    </w:p>
    <w:p>
      <w:pPr>
        <w:pStyle w:val="ListNumber"/>
        <w:spacing w:line="240" w:lineRule="auto"/>
        <w:ind w:left="720"/>
      </w:pPr>
      <w:r/>
      <w:hyperlink r:id="rId14">
        <w:r>
          <w:rPr>
            <w:color w:val="0000EE"/>
            <w:u w:val="single"/>
          </w:rPr>
          <w:t>https://aromdeeart.com/contact/</w:t>
        </w:r>
      </w:hyperlink>
      <w:r>
        <w:t xml:space="preserve"> - Aromdee Art Studio offers contact information for reservations and inquiries. The studio is open every Tuesday to Sunday from 10:00 to 19:00, with a lunch break from 12:30 to 13:30. For reservations, visitors can contact the studio via LINE (@aromdeeart), WhatsApp (+66 080-519-9566), or email ([email protected]). The studio is located at 42 The Paul Sukhumvit 64, 2nd floor, Soi Sukhumvit 64, Phra Khanong Tai, Phra Khanong, Bangkok 10260, just a 6-minute walk from BTS Punnawithi, Exit 4. Free parking is available in the building's underground lot. (</w:t>
      </w:r>
      <w:hyperlink r:id="rId21">
        <w:r>
          <w:rPr>
            <w:color w:val="0000EE"/>
            <w:u w:val="single"/>
          </w:rPr>
          <w:t>aromdeeart.com</w:t>
        </w:r>
      </w:hyperlink>
      <w:r>
        <w:t>)</w:t>
      </w:r>
      <w:r/>
    </w:p>
    <w:p>
      <w:pPr>
        <w:pStyle w:val="ListNumber"/>
        <w:spacing w:line="240" w:lineRule="auto"/>
        <w:ind w:left="720"/>
      </w:pPr>
      <w:r/>
      <w:hyperlink r:id="rId15">
        <w:r>
          <w:rPr>
            <w:color w:val="0000EE"/>
            <w:u w:val="single"/>
          </w:rPr>
          <w:t>https://www.bkmagazine.com/shop/aromdee-art-studio/</w:t>
        </w:r>
      </w:hyperlink>
      <w:r>
        <w:t xml:space="preserve"> - Aromdee Art Studio, founded by a Pohchang Academy of Arts jewelry design graduate, offers art activities near the On Nut neighborhood in Bangkok. The studio provides classes in jewelry design, basic drawing, and ceramic workshops. The decor features white-painted walls adorned with lecturers' ceramic works on wooden shelves. The main workshop space accommodates 5-6 people per class, with a kiln for firing completed masterpieces. Courses include a three-day ceramic course covering hand molding, painting, and glazing, with no basic skill required. (</w:t>
      </w:r>
      <w:hyperlink r:id="rId22">
        <w:r>
          <w:rPr>
            <w:color w:val="0000EE"/>
            <w:u w:val="single"/>
          </w:rPr>
          <w:t>bkmagazine.com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guides/best-of/things-to-do/things-to-do-bangkok-september-4-to-6" TargetMode="External"/><Relationship Id="rId10" Type="http://schemas.openxmlformats.org/officeDocument/2006/relationships/hyperlink" Target="https://aromdeeart.com/" TargetMode="External"/><Relationship Id="rId11" Type="http://schemas.openxmlformats.org/officeDocument/2006/relationships/hyperlink" Target="https://aromdeeart.com/pottery-classes/" TargetMode="External"/><Relationship Id="rId12" Type="http://schemas.openxmlformats.org/officeDocument/2006/relationships/hyperlink" Target="https://aromdeeart.com/faq-pottery-class-bangkok/" TargetMode="External"/><Relationship Id="rId13" Type="http://schemas.openxmlformats.org/officeDocument/2006/relationships/hyperlink" Target="https://aromdeeart.com/studio/" TargetMode="External"/><Relationship Id="rId14" Type="http://schemas.openxmlformats.org/officeDocument/2006/relationships/hyperlink" Target="https://aromdeeart.com/contact/" TargetMode="External"/><Relationship Id="rId15" Type="http://schemas.openxmlformats.org/officeDocument/2006/relationships/hyperlink" Target="https://www.bkmagazine.com/shop/aromdee-art-studio/" TargetMode="External"/><Relationship Id="rId16" Type="http://schemas.openxmlformats.org/officeDocument/2006/relationships/hyperlink" Target="https://www.noahwire.com" TargetMode="External"/><Relationship Id="rId17" Type="http://schemas.openxmlformats.org/officeDocument/2006/relationships/hyperlink" Target="https://aromdeeart.com/?utm_source=openai" TargetMode="External"/><Relationship Id="rId18" Type="http://schemas.openxmlformats.org/officeDocument/2006/relationships/hyperlink" Target="https://aromdeeart.com/pottery-classes/?utm_source=openai" TargetMode="External"/><Relationship Id="rId19" Type="http://schemas.openxmlformats.org/officeDocument/2006/relationships/hyperlink" Target="https://aromdeeart.com/faq-pottery-class-bangkok/?utm_source=openai" TargetMode="External"/><Relationship Id="rId20" Type="http://schemas.openxmlformats.org/officeDocument/2006/relationships/hyperlink" Target="https://aromdeeart.com/studio/?utm_source=openai" TargetMode="External"/><Relationship Id="rId21" Type="http://schemas.openxmlformats.org/officeDocument/2006/relationships/hyperlink" Target="https://aromdeeart.com/contact/?utm_source=openai" TargetMode="External"/><Relationship Id="rId22" Type="http://schemas.openxmlformats.org/officeDocument/2006/relationships/hyperlink" Target="https://www.bkmagazine.com/shop/aromdee-art-studio/?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