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Wonderfruit's 11th edition in Thailand embraces a new 'Field Village' theme with immersive, regenerative experiences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Wonderfruit will return to The Fields at Siam Country Club in Chonburi from 3 to 7 December 2026, with organisers framing the 11th edition around a new theme, "Field Village", and a programme built around Mind, Nature and Sound. For travellers heading to Thailand in the cool season, it is one of the country’s more unusual large-scale events: part music festival, part art gathering, part wellness retreat, with food and landscape treated as part of the experience rather than a backdrop.</w:t>
      </w:r>
      <w:r/>
    </w:p>
    <w:p>
      <w:r/>
      <w:r>
        <w:t>According to the festival’s announcement, this year’s line-up is set to stretch across live performance, installation art, workshops and communal dining. Early names include Tangerine Dream, Nubya Garcia, JakoJako, DJ Python, Jane Fitz, Nicolas Lutz and the Paradise Bangkok Molam International Band, alongside artists working in sound, performance and visual art. The event’s curators say the idea is to turn The Fields into a living village, with activities running through the day and into the night.</w:t>
      </w:r>
      <w:r/>
    </w:p>
    <w:p>
      <w:r/>
      <w:r>
        <w:t>For visitors, the practical appeal is in the mix. Beyond the music, Wonderfruit is leaning into hands-on experiences such as herbal balm making, forest therapy, yoga, dance meditation and food workshops that highlight Thai and regional ingredients. The festival is also continuing its regenerative approach to the land, which may matter to travellers looking for a greener, more immersive alternative to a conventional concert weekend.</w:t>
      </w:r>
      <w:r/>
    </w:p>
    <w:p>
      <w:r/>
      <w:r>
        <w:t>Ticket sales opened on 1 September, with early prices for the rest of the month set at THB 10,900 for a five-day pass and THB 9,500 for a weekend pass. Wonderfruit says it is also offering subsidised Intro Passes for first-time visitors, Youth Passes and Family Passes, though some categories require application and approval. For anyone considering the trip, the main takeaway is simple: this is an event that tends to sell on experience rather than line-up alone, and buying early is likely the best way to secure the lower fares.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[6]</w:t>
        </w:r>
      </w:hyperlink>
      <w:r>
        <w:t xml:space="preserve">- Paragraph 4: </w:t>
      </w:r>
      <w:hyperlink r:id="rId13">
        <w:r>
          <w:rPr>
            <w:color w:val="0000EE"/>
            <w:u w:val="single"/>
          </w:rPr>
          <w:t>[3]</w:t>
        </w:r>
      </w:hyperlink>
      <w:r>
        <w:t xml:space="preserve">, </w:t>
      </w:r>
      <w:hyperlink r:id="rId14">
        <w:r>
          <w:rPr>
            <w:color w:val="0000EE"/>
            <w:u w:val="single"/>
          </w:rPr>
          <w:t>[4]</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https://alvinology.com/media-outreach/2026/09/01/484388/first-look-at-the-fields-wonderfruit-unveils-programs-and-passes-for-december/</w:t>
        </w:r>
      </w:hyperlink>
      <w:r>
        <w:t xml:space="preserve"> - Please view link - unable to able to access data</w:t>
      </w:r>
      <w:r/>
    </w:p>
    <w:p>
      <w:pPr>
        <w:pStyle w:val="ListNumber"/>
        <w:spacing w:line="240" w:lineRule="auto"/>
        <w:ind w:left="720"/>
      </w:pPr>
      <w:r/>
      <w:hyperlink r:id="rId10">
        <w:r>
          <w:rPr>
            <w:color w:val="0000EE"/>
            <w:u w:val="single"/>
          </w:rPr>
          <w:t>https://www.wonderfruit.co/wonderpost/program-passes</w:t>
        </w:r>
      </w:hyperlink>
      <w:r>
        <w:t xml:space="preserve"> - Wonderfruit Festival 2026 introduces new Program Passes to enhance accessibility. The Intro Pass offers a single-day, 24-hour entry for first-time attendees aged 20 and above, priced at THB 4,500. The Youth Pass, available to individuals aged 20–24, provides a subsidised 5-Day Full Pass for THB 3,900. The Family Pass allows families to purchase 5-Day Full Passes with a 5% discount, accommodating 1–2 adults and 1–4 children or teens, with free entry for children under 12. Applications for Intro and Youth Passes are required and subject to approval. Tickets are limited and available on a first-come, first-served basis. For more details, visit the official Wonderfruit website.</w:t>
      </w:r>
      <w:r/>
    </w:p>
    <w:p>
      <w:pPr>
        <w:pStyle w:val="ListNumber"/>
        <w:spacing w:line="240" w:lineRule="auto"/>
        <w:ind w:left="720"/>
      </w:pPr>
      <w:r/>
      <w:hyperlink r:id="rId13">
        <w:r>
          <w:rPr>
            <w:color w:val="0000EE"/>
            <w:u w:val="single"/>
          </w:rPr>
          <w:t>https://www.wonderfruit.co/tickets</w:t>
        </w:r>
      </w:hyperlink>
      <w:r>
        <w:t xml:space="preserve"> - Wonderfruit Festival 2026 offers various ticket options for attendees. The 5-Day Full Pass provides access from Thursday to Monday, with prices starting at THB 10,900 during the September sale. The Weekend Pass grants entry from Saturday to Monday, with prices beginning at THB 9,500 during the same period. Future ticket prices are expected to increase, so early purchase is recommended. Tickets are capped, and sales will close when capacity is reached. Only four tickets can be purchased per person to ensure fair access. For more information and to purchase tickets, visit the official Wonderfruit website.</w:t>
      </w:r>
      <w:r/>
    </w:p>
    <w:p>
      <w:pPr>
        <w:pStyle w:val="ListNumber"/>
        <w:spacing w:line="240" w:lineRule="auto"/>
        <w:ind w:left="720"/>
      </w:pPr>
      <w:r/>
      <w:hyperlink r:id="rId14">
        <w:r>
          <w:rPr>
            <w:color w:val="0000EE"/>
            <w:u w:val="single"/>
          </w:rPr>
          <w:t>https://www.wonderfruit.co/tickets?lang=thai</w:t>
        </w:r>
      </w:hyperlink>
      <w:r>
        <w:t xml:space="preserve"> - Wonderfruit Festival 2026 provides ticket options for Thai attendees. The 5-Day Full Pass offers access from Thursday to Monday, with prices starting at THB 10,900 during the September sale. The Weekend Pass allows entry from Saturday to Monday, with prices beginning at THB 9,500 during the same period. Future ticket prices are anticipated to increase, so early purchase is advisable. Tickets are limited, and sales will close when capacity is reached. Only four tickets can be purchased per person to ensure equitable access. For more details and to purchase tickets, visit the official Wonderfruit website.</w:t>
      </w:r>
      <w:r/>
    </w:p>
    <w:p>
      <w:pPr>
        <w:pStyle w:val="ListNumber"/>
        <w:spacing w:line="240" w:lineRule="auto"/>
        <w:ind w:left="720"/>
      </w:pPr>
      <w:r/>
      <w:hyperlink r:id="rId12">
        <w:r>
          <w:rPr>
            <w:color w:val="0000EE"/>
            <w:u w:val="single"/>
          </w:rPr>
          <w:t>https://www.musicfestival.in.th/en/festivals/wonderfruit-2026</w:t>
        </w:r>
      </w:hyperlink>
      <w:r>
        <w:t xml:space="preserve"> - Wonderfruit Festival 2026 is Thailand's flagship multi-arts and music festival, often described as Asia's Burning Man. Scheduled from 3–7 December 2026, it blends electronic and world music with art installations, wellness, sustainability, and farm-to-table food across five immersive days near Pattaya. The festival takes place at The Fields at Siam Country Club, Bang Lamung, Chonburi. Tickets include single-entry passes and 5-Day Full Passes, with pricing details to be announced. For more information, visit the official website.</w:t>
      </w:r>
      <w:r/>
    </w:p>
    <w:p>
      <w:pPr>
        <w:pStyle w:val="ListNumber"/>
        <w:spacing w:line="240" w:lineRule="auto"/>
        <w:ind w:left="720"/>
      </w:pPr>
      <w:r/>
      <w:hyperlink r:id="rId11">
        <w:r>
          <w:rPr>
            <w:color w:val="0000EE"/>
            <w:u w:val="single"/>
          </w:rPr>
          <w:t>https://www.wonderfruit.co/</w:t>
        </w:r>
      </w:hyperlink>
      <w:r>
        <w:t xml:space="preserve"> - Wonderfruit Festival 2026 returns to The Fields at Siam Country Club, Chonburi, from 3–7 December 2026. The festival's theme, 'Field Village,' celebrates its roots as a homegrown Thai festival, treating The Fields as a living village. Attendees can explore experiences across Mind, Nature, and Sound, including music, art installations, workshops, and food. The festival focuses on regenerative practices and rewilding, aiming to connect people with the land and traditions from Thailand and beyond. For more details, visit the official Wonderfruit website.</w:t>
      </w:r>
      <w:r/>
    </w:p>
    <w:p>
      <w:pPr>
        <w:pStyle w:val="ListNumber"/>
        <w:spacing w:line="240" w:lineRule="auto"/>
        <w:ind w:left="720"/>
      </w:pPr>
      <w:r/>
      <w:hyperlink r:id="rId16">
        <w:r>
          <w:rPr>
            <w:color w:val="0000EE"/>
            <w:u w:val="single"/>
          </w:rPr>
          <w:t>https://www.aseangazette.com/newswires/media-outreach/2026/09/01/first-look-at-the-fields-wonderfruit-unveils-programs-and-passes-for-december/122888/</w:t>
        </w:r>
      </w:hyperlink>
      <w:r>
        <w:t xml:space="preserve"> - Wonderfruit Festival 2026, Thailand's annual celebration of culture, art, music, and nature, returns this December with experiences for attendees to explore the Mind, Nature, and Sound. The festival will take place from 3–7 December 2026 at The Fields of Siam Country Club, Chonburi, Thailand. The theme for this year's 11th edition is 'Field Village,' reflecting its roots as a homegrown Thai festival and treating The Fields as a living village. The program includes music, art installations, workshops, and food, focusing on regenerative practices and rewilding. For more information, visit the official Wonderfruit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lvinology.com/media-outreach/2026/09/01/484388/first-look-at-the-fields-wonderfruit-unveils-programs-and-passes-for-december/" TargetMode="External"/><Relationship Id="rId10" Type="http://schemas.openxmlformats.org/officeDocument/2006/relationships/hyperlink" Target="https://www.wonderfruit.co/wonderpost/program-passes" TargetMode="External"/><Relationship Id="rId11" Type="http://schemas.openxmlformats.org/officeDocument/2006/relationships/hyperlink" Target="https://www.wonderfruit.co/" TargetMode="External"/><Relationship Id="rId12" Type="http://schemas.openxmlformats.org/officeDocument/2006/relationships/hyperlink" Target="https://www.musicfestival.in.th/en/festivals/wonderfruit-2026" TargetMode="External"/><Relationship Id="rId13" Type="http://schemas.openxmlformats.org/officeDocument/2006/relationships/hyperlink" Target="https://www.wonderfruit.co/tickets" TargetMode="External"/><Relationship Id="rId14" Type="http://schemas.openxmlformats.org/officeDocument/2006/relationships/hyperlink" Target="https://www.wonderfruit.co/tickets?lang=thai" TargetMode="External"/><Relationship Id="rId15" Type="http://schemas.openxmlformats.org/officeDocument/2006/relationships/hyperlink" Target="https://www.noahwire.com" TargetMode="External"/><Relationship Id="rId16" Type="http://schemas.openxmlformats.org/officeDocument/2006/relationships/hyperlink" Target="https://www.aseangazette.com/newswires/media-outreach/2026/09/01/first-look-at-the-fields-wonderfruit-unveils-programs-and-passes-for-december/12288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