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September concert scene signals a surge in regional and international music events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September in Thailand is shaping up to be a busy month for live music fans, and Bangkok is the clearest place to feel it. The Standard’s concert checklist for September 2026 points to a packed run of shows spanning Thai pop, J-pop, K-pop and international acts, while Bangkok listings compiled by LiveIn.City suggest the city alone has 109 events lined up, with some tickets starting at just ฿250. For travellers, that means the capital is not only a stop for sightseeing and food, but a strong draw for anyone planning a music-led break. </w:t>
      </w:r>
      <w:r/>
    </w:p>
    <w:p>
      <w:r/>
      <w:r>
        <w:t xml:space="preserve">For visitors who want to experience Thailand’s own pop culture scene, the month offers a useful snapshot of how varied the local live circuit has become. The Standard highlights solo and group shows from major Thai names including Gemini Norawit, Sky-Nani, Oat Pramote and Pop Pongkul, as well as Modern Dog and ATLAS, with the latter set for its first solo appearance at Impact Arena. That mix matters for travellers because it gives a practical route into different corners of the Thai entertainment scene, from actor-fronted fan events to veteran rock and mainstream pop. </w:t>
      </w:r>
      <w:r/>
    </w:p>
    <w:p>
      <w:r/>
      <w:r>
        <w:t xml:space="preserve">The biggest pull for many overseas visitors will be the international line-up, especially the strong J-pop presence. The Standard says Kento Nakajima, OFFICIAL HIGE DANDISM, REIRIE, ASH DA HERO, BE:FIRST and Ryosuke Yamada are all due in Thailand during the month, while South Korea-focused listings show how the wider regional touring calendar continues to feed Bangkok’s concert market. For fans, that makes September a good time to combine a Bangkok trip with performances that may be harder to catch elsewhere in the region. </w:t>
      </w:r>
      <w:r/>
    </w:p>
    <w:p>
      <w:r/>
      <w:r>
        <w:t xml:space="preserve">Bangkok’s venue spread also works in travellers’ favour. Listings for the city point to a mix of large-scale arenas and smaller rooms, including Impact Arena and Blueprint Livehouse, so the month caters both to big-ticket stadium-style nights and more intimate gigs. With Thai festivals and seasonal events also filling the calendar in September, visitors can plausibly build a trip around both music and local culture, rather than treating concerts as an isolated add-on.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w:t>
      </w:r>
      <w:hyperlink r:id="rId11">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https://thestandard.co/concert-checklist-september-2026/</w:t>
        </w:r>
      </w:hyperlink>
      <w:r>
        <w:t xml:space="preserve"> - Please view link - unable to able to access data</w:t>
      </w:r>
      <w:r/>
    </w:p>
    <w:p>
      <w:pPr>
        <w:pStyle w:val="ListNumber"/>
        <w:spacing w:line="240" w:lineRule="auto"/>
        <w:ind w:left="720"/>
      </w:pPr>
      <w:r/>
      <w:hyperlink r:id="rId10">
        <w:r>
          <w:rPr>
            <w:color w:val="0000EE"/>
            <w:u w:val="single"/>
          </w:rPr>
          <w:t>https://livein.city/bkk/2026/september</w:t>
        </w:r>
      </w:hyperlink>
      <w:r>
        <w:t xml:space="preserve"> - This article provides a comprehensive guide to concerts in Bangkok for September 2026, listing 109 events across various venues, including Blueprint Livehouse and IMPACT Arena. It offers details on ticket prices, starting from ฿250, and includes performances by both local and international artists, catering to diverse musical tastes.</w:t>
      </w:r>
      <w:r/>
    </w:p>
    <w:p>
      <w:pPr>
        <w:pStyle w:val="ListNumber"/>
        <w:spacing w:line="240" w:lineRule="auto"/>
        <w:ind w:left="720"/>
      </w:pPr>
      <w:r/>
      <w:hyperlink r:id="rId16">
        <w:r>
          <w:rPr>
            <w:color w:val="0000EE"/>
            <w:u w:val="single"/>
          </w:rPr>
          <w:t>https://www.japanconcerttickets.com/japan-september-2026/</w:t>
        </w:r>
      </w:hyperlink>
      <w:r>
        <w:t xml:space="preserve"> - This resource lists concerts in Japan for September 2026, featuring artists such as Journey, Koji Tamaki, and Spitz. It provides event dates, venues, and ticket information, assisting fans in planning their concert experiences across different cities in Japan.</w:t>
      </w:r>
      <w:r/>
    </w:p>
    <w:p>
      <w:pPr>
        <w:pStyle w:val="ListNumber"/>
        <w:spacing w:line="240" w:lineRule="auto"/>
        <w:ind w:left="720"/>
      </w:pPr>
      <w:r/>
      <w:hyperlink r:id="rId12">
        <w:r>
          <w:rPr>
            <w:color w:val="0000EE"/>
            <w:u w:val="single"/>
          </w:rPr>
          <w:t>https://www.eventworld.com/concerts/south-korea/september</w:t>
        </w:r>
      </w:hyperlink>
      <w:r>
        <w:t xml:space="preserve"> - This schedule outlines concerts in South Korea for September 2026, including performances by Lim Young Woong, NCT 127, and Taemin. It details event dates, venues, and ticket prices, helping fans navigate the vibrant music scene in South Korea.</w:t>
      </w:r>
      <w:r/>
    </w:p>
    <w:p>
      <w:pPr>
        <w:pStyle w:val="ListNumber"/>
        <w:spacing w:line="240" w:lineRule="auto"/>
        <w:ind w:left="720"/>
      </w:pPr>
      <w:r/>
      <w:hyperlink r:id="rId13">
        <w:r>
          <w:rPr>
            <w:color w:val="0000EE"/>
            <w:u w:val="single"/>
          </w:rPr>
          <w:t>https://www.kpopbarbie.com/kpop/events?lang=en</w:t>
        </w:r>
      </w:hyperlink>
      <w:r>
        <w:t xml:space="preserve"> - This schedule provides information on K-pop concerts in September 2026, listing events by various artists and venues. It includes dates, locations, and ticket details, serving as a valuable resource for K-pop enthusiasts seeking concert information.</w:t>
      </w:r>
      <w:r/>
    </w:p>
    <w:p>
      <w:pPr>
        <w:pStyle w:val="ListNumber"/>
        <w:spacing w:line="240" w:lineRule="auto"/>
        <w:ind w:left="720"/>
      </w:pPr>
      <w:r/>
      <w:hyperlink r:id="rId14">
        <w:r>
          <w:rPr>
            <w:color w:val="0000EE"/>
            <w:u w:val="single"/>
          </w:rPr>
          <w:t>https://yournearevents.com/events-in/bangkok/2026-09</w:t>
        </w:r>
      </w:hyperlink>
      <w:r>
        <w:t xml:space="preserve"> - This guide highlights events in Bangkok for September 2026, including concerts, festivals, and shows. It features venues such as the Bangkok International Trade and Exhibition Centre and IMPACT Exhibition Center, offering a variety of activities for attendees.</w:t>
      </w:r>
      <w:r/>
    </w:p>
    <w:p>
      <w:pPr>
        <w:pStyle w:val="ListNumber"/>
        <w:spacing w:line="240" w:lineRule="auto"/>
        <w:ind w:left="720"/>
      </w:pPr>
      <w:r/>
      <w:hyperlink r:id="rId11">
        <w:r>
          <w:rPr>
            <w:color w:val="0000EE"/>
            <w:u w:val="single"/>
          </w:rPr>
          <w:t>https://thaitripplanner.com/news/2026-08-27-thai-festivals-2026-september-event-calendar</w:t>
        </w:r>
      </w:hyperlink>
      <w:r>
        <w:t xml:space="preserve"> - This article presents a calendar of Thai festivals and events for September 2026, including cultural festivals, music and food fairs, and traditional merit-making events. It provides dates, locations, and descriptions, assisting readers in planning their participation in these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standard.co/concert-checklist-september-2026/" TargetMode="External"/><Relationship Id="rId10" Type="http://schemas.openxmlformats.org/officeDocument/2006/relationships/hyperlink" Target="https://livein.city/bkk/2026/september" TargetMode="External"/><Relationship Id="rId11" Type="http://schemas.openxmlformats.org/officeDocument/2006/relationships/hyperlink" Target="https://thaitripplanner.com/news/2026-08-27-thai-festivals-2026-september-event-calendar" TargetMode="External"/><Relationship Id="rId12" Type="http://schemas.openxmlformats.org/officeDocument/2006/relationships/hyperlink" Target="https://www.eventworld.com/concerts/south-korea/september" TargetMode="External"/><Relationship Id="rId13" Type="http://schemas.openxmlformats.org/officeDocument/2006/relationships/hyperlink" Target="https://www.kpopbarbie.com/kpop/events?lang=en" TargetMode="External"/><Relationship Id="rId14" Type="http://schemas.openxmlformats.org/officeDocument/2006/relationships/hyperlink" Target="https://yournearevents.com/events-in/bangkok/2026-09" TargetMode="External"/><Relationship Id="rId15" Type="http://schemas.openxmlformats.org/officeDocument/2006/relationships/hyperlink" Target="https://www.noahwire.com" TargetMode="External"/><Relationship Id="rId16" Type="http://schemas.openxmlformats.org/officeDocument/2006/relationships/hyperlink" Target="https://www.japanconcerttickets.com/japan-september-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