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Golden Mount offers a tranquil ascent to Bangkok’s historic skyline views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 xml:space="preserve">Wat Saket, better known to most visitors as the Golden Mount, is one of Bangkok’s most appealing stops if you want history, atmosphere and a skyline view without spending half a day or a lot of money. The temple sits in the city’s Old Town and, according to local guides, it has become especially popular because it offers a quieter, more intimate experience than Bangkok’s larger temples and high-rise viewing decks. It is also a working Buddhist site, so the visit feels less like a packaged attraction and more like a glimpse into everyday religious life. </w:t>
      </w:r>
      <w:r/>
    </w:p>
    <w:p>
      <w:r/>
      <w:r>
        <w:t xml:space="preserve">What makes it stand out is the climb itself. The Golden Mount is not a natural hill but an artificial rise topped by a gilded chedi, and visitors reach it by following a winding staircase that circles the mound. Several travel guides describe the ascent as gentle rather than punishing, with 344 steps, shade from trees in places and bells along the route that add to the calm, reflective mood. At the top, the reward is a wide view across the Rattanakosin district and beyond, which many travellers find more interesting than a standard observation deck because it places old Bangkok and modern Bangkok in the same frame. </w:t>
      </w:r>
      <w:r/>
    </w:p>
    <w:p>
      <w:r/>
      <w:r>
        <w:t xml:space="preserve">For practical planning, the temple is easiest to fit into a broader Old Town day. It is close to Loha Prasat, Wat Suthat and the Giant Swing, and several guides suggest linking those sites on foot rather than relying entirely on taxis. Bangkok travel writers also note that the area works well for first-time visitors because it gives a clearer sense of the historic centre than hopping between scattered attractions by car. If you are building a sightseeing route, Wat Saket pairs neatly with Chinatown later in the day, or with the Grand Palace and Wat Pho if you are willing to keep your schedule compact. </w:t>
      </w:r>
      <w:r/>
    </w:p>
    <w:p>
      <w:r/>
      <w:r>
        <w:t xml:space="preserve">The best time to go is early morning or late afternoon. Guides consistently recommend avoiding the middle of the day, when Bangkok’s heat and humidity make even a modest climb feel much harder. Late afternoon is especially appealing because the light softens over the city and the view becomes more dramatic as the skyline begins to glow. Some sources also note that the temple is particularly lively during the annual Golden Mount Fair around Loy Krathong, when the area fills with food stalls, games and local performances, making it a good time to visit if you want a more festive atmosphere. </w:t>
      </w:r>
      <w:r/>
    </w:p>
    <w:p>
      <w:r/>
      <w:r>
        <w:t xml:space="preserve">Admission is still relatively modest by Bangkok standards. Local guides report a 50 baht entrance fee for foreign visitors, while Thai nationals are often admitted free, though both opening hours and ticketing can change. Published opening times vary slightly across sources, with some listing 8:00am to 5:00pm and others extending access to around 7:00pm, so it is wise to check locally before setting out, especially if you want to go near sunset. Budget around 1 to 1.5 hours if you want time to walk up, linger at the top and take photos without rushing. </w:t>
      </w:r>
      <w:r/>
    </w:p>
    <w:p>
      <w:r/>
      <w:r>
        <w:t xml:space="preserve">Dress modestly, wear comfortable shoes and bring water. Because Wat Saket is an active temple, visitors should cover their shoulders and knees, keep noise down and be considerate when photographing monks or worshippers. The climb is manageable for most reasonably fit travellers, but anyone sensitive to heat, or travelling with younger children or older relatives, should take their time and plan the visit for a cooler part of the day. For many visitors, that mix of accessibility, low cost and an unusually good view is exactly why the Golden Mount remains one of Bangkok’s most worthwhile temple stops. </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w:t>
      </w:r>
      <w:hyperlink r:id="rId14">
        <w:r>
          <w:rPr>
            <w:color w:val="0000EE"/>
            <w:u w:val="single"/>
          </w:rPr>
          <w:t>[7]</w:t>
        </w:r>
      </w:hyperlink>
      <w:r>
        <w:t xml:space="preserve">- Paragraph 3: </w:t>
      </w:r>
      <w:hyperlink r:id="rId12">
        <w:r>
          <w:rPr>
            <w:color w:val="0000EE"/>
            <w:u w:val="single"/>
          </w:rPr>
          <w:t>[3]</w:t>
        </w:r>
      </w:hyperlink>
      <w:r>
        <w:t xml:space="preserve">, </w:t>
      </w:r>
      <w:hyperlink r:id="rId15">
        <w:r>
          <w:rPr>
            <w:color w:val="0000EE"/>
            <w:u w:val="single"/>
          </w:rPr>
          <w:t>[5]</w:t>
        </w:r>
      </w:hyperlink>
      <w:r>
        <w:t xml:space="preserve">, </w:t>
      </w:r>
      <w:hyperlink r:id="rId13">
        <w:r>
          <w:rPr>
            <w:color w:val="0000EE"/>
            <w:u w:val="single"/>
          </w:rPr>
          <w:t>[6]</w:t>
        </w:r>
      </w:hyperlink>
      <w:r>
        <w:t xml:space="preserve">- Paragraph 4: </w:t>
      </w:r>
      <w:hyperlink r:id="rId10">
        <w:r>
          <w:rPr>
            <w:color w:val="0000EE"/>
            <w:u w:val="single"/>
          </w:rPr>
          <w:t>[2]</w:t>
        </w:r>
      </w:hyperlink>
      <w:r>
        <w:t xml:space="preserve">, </w:t>
      </w:r>
      <w:hyperlink r:id="rId12">
        <w:r>
          <w:rPr>
            <w:color w:val="0000EE"/>
            <w:u w:val="single"/>
          </w:rPr>
          <w:t>[3]</w:t>
        </w:r>
      </w:hyperlink>
      <w:r>
        <w:t xml:space="preserve">, </w:t>
      </w:r>
      <w:hyperlink r:id="rId11">
        <w:r>
          <w:rPr>
            <w:color w:val="0000EE"/>
            <w:u w:val="single"/>
          </w:rPr>
          <w:t>[4]</w:t>
        </w:r>
      </w:hyperlink>
      <w:r>
        <w:t xml:space="preserve">, </w:t>
      </w:r>
      <w:hyperlink r:id="rId14">
        <w:r>
          <w:rPr>
            <w:color w:val="0000EE"/>
            <w:u w:val="single"/>
          </w:rPr>
          <w:t>[7]</w:t>
        </w:r>
      </w:hyperlink>
      <w:r>
        <w:t xml:space="preserve">- Paragraph 5: </w:t>
      </w:r>
      <w:hyperlink r:id="rId11">
        <w:r>
          <w:rPr>
            <w:color w:val="0000EE"/>
            <w:u w:val="single"/>
          </w:rPr>
          <w:t>[4]</w:t>
        </w:r>
      </w:hyperlink>
      <w:r>
        <w:t xml:space="preserve">, </w:t>
      </w:r>
      <w:hyperlink r:id="rId15">
        <w:r>
          <w:rPr>
            <w:color w:val="0000EE"/>
            <w:u w:val="single"/>
          </w:rPr>
          <w:t>[5]</w:t>
        </w:r>
      </w:hyperlink>
      <w:r>
        <w:t xml:space="preserve">- Paragraph 6: </w:t>
      </w:r>
      <w:hyperlink r:id="rId12">
        <w:r>
          <w:rPr>
            <w:color w:val="0000EE"/>
            <w:u w:val="single"/>
          </w:rPr>
          <w:t>[3]</w:t>
        </w:r>
      </w:hyperlink>
      <w:r>
        <w:t xml:space="preserve">, </w:t>
      </w:r>
      <w:hyperlink r:id="rId15">
        <w:r>
          <w:rPr>
            <w:color w:val="0000EE"/>
            <w:u w:val="single"/>
          </w:rPr>
          <w:t>[5]</w:t>
        </w:r>
      </w:hyperlink>
      <w:r>
        <w:t xml:space="preserve">, </w:t>
      </w:r>
      <w:hyperlink r:id="rId13">
        <w:r>
          <w:rPr>
            <w:color w:val="0000EE"/>
            <w:u w:val="single"/>
          </w:rPr>
          <w:t>[6]</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https://www.thatbangkoklife.com/wat-saket-and-the-golden-mount-in-bangkok/?utm_source=rss&amp;utm_medium=rss&amp;utm_campaign=wat-saket-and-the-golden-mount-in-bangkok</w:t>
        </w:r>
      </w:hyperlink>
      <w:r>
        <w:t xml:space="preserve"> - Please view link - unable to able to access data</w:t>
      </w:r>
      <w:r/>
    </w:p>
    <w:p>
      <w:pPr>
        <w:pStyle w:val="ListNumber"/>
        <w:spacing w:line="240" w:lineRule="auto"/>
        <w:ind w:left="720"/>
      </w:pPr>
      <w:r/>
      <w:hyperlink r:id="rId10">
        <w:r>
          <w:rPr>
            <w:color w:val="0000EE"/>
            <w:u w:val="single"/>
          </w:rPr>
          <w:t>https://www.siamwalks.com/guides/temples/wat-saket-golden-mount</w:t>
        </w:r>
      </w:hyperlink>
      <w:r>
        <w:t xml:space="preserve"> - This guide provides an overview of Wat Saket, also known as the Golden Mount, highlighting its status as a prominent viewpoint in Bangkok's Old Town. It details the history of the temple, including its origins during the Ayutthaya period and the construction of the Golden Mount under King Rama III. The article also mentions the annual Golden Mount Fair held around the Loy Krathong period, featuring food stalls, games, and local performances. Visitor information includes the temple's location, opening hours, and the best times to visit.</w:t>
      </w:r>
      <w:r/>
    </w:p>
    <w:p>
      <w:pPr>
        <w:pStyle w:val="ListNumber"/>
        <w:spacing w:line="240" w:lineRule="auto"/>
        <w:ind w:left="720"/>
      </w:pPr>
      <w:r/>
      <w:hyperlink r:id="rId12">
        <w:r>
          <w:rPr>
            <w:color w:val="0000EE"/>
            <w:u w:val="single"/>
          </w:rPr>
          <w:t>https://www.bangkokup.com/golden-mount-bangkok</w:t>
        </w:r>
      </w:hyperlink>
      <w:r>
        <w:t xml:space="preserve"> - This article offers a concise guide to the Golden Mount (Wat Saket), emphasizing its unique position as the only hill in flat Old Bangkok. It describes the 344-step climb to the gilded chedi, providing a 360-degree view of the Rattanakosin area. The piece highlights the serene atmosphere during the ascent, with shaded paths and the sound of bells. It also suggests combining the visit with nearby attractions like Loha Prasat, Wat Suthat, and the Giant Swing, and recommends visiting near sunset for optimal light and cooler temperatures.</w:t>
      </w:r>
      <w:r/>
    </w:p>
    <w:p>
      <w:pPr>
        <w:pStyle w:val="ListNumber"/>
        <w:spacing w:line="240" w:lineRule="auto"/>
        <w:ind w:left="720"/>
      </w:pPr>
      <w:r/>
      <w:hyperlink r:id="rId11">
        <w:r>
          <w:rPr>
            <w:color w:val="0000EE"/>
            <w:u w:val="single"/>
          </w:rPr>
          <w:t>https://www.bangkok-spirit.com/guides/wat-saket-golden-mount/</w:t>
        </w:r>
      </w:hyperlink>
      <w:r>
        <w:t xml:space="preserve"> - This guide focuses on Wat Saket and the Golden Mount, describing the 344 winding steps leading to a terrace with a 360° panorama of Rattanakosin and the city. It notes the entrance fee of 50 THB and opening hours from 8:00 AM to 7:00 PM. The article positions the Golden Mount as a more affordable and atmospheric alternative to Bangkok's skyscraper observation decks, and mentions its proximity to other attractions like the Giant Swing and Wat Suthat.</w:t>
      </w:r>
      <w:r/>
    </w:p>
    <w:p>
      <w:pPr>
        <w:pStyle w:val="ListNumber"/>
        <w:spacing w:line="240" w:lineRule="auto"/>
        <w:ind w:left="720"/>
      </w:pPr>
      <w:r/>
      <w:hyperlink r:id="rId15">
        <w:r>
          <w:rPr>
            <w:color w:val="0000EE"/>
            <w:u w:val="single"/>
          </w:rPr>
          <w:t>https://thaiest.com/thailand/bangkok/wat-saket</w:t>
        </w:r>
      </w:hyperlink>
      <w:r>
        <w:t xml:space="preserve"> - This article provides a comprehensive guide to Wat Saket, also known as the Golden Mount, detailing its location on Boriphat Street in Bangkok's historic center. It mentions the temple's proximity to Loha Prasat (Metal Castle) and a 5-minute walk from the Giant Swing and Wat Suthat, making it convenient to visit multiple historic sites in one day. The piece highlights the temple's significance as a Buddhist landmark and its unique position offering panoramic views of the city.</w:t>
      </w:r>
      <w:r/>
    </w:p>
    <w:p>
      <w:pPr>
        <w:pStyle w:val="ListNumber"/>
        <w:spacing w:line="240" w:lineRule="auto"/>
        <w:ind w:left="720"/>
      </w:pPr>
      <w:r/>
      <w:hyperlink r:id="rId13">
        <w:r>
          <w:rPr>
            <w:color w:val="0000EE"/>
            <w:u w:val="single"/>
          </w:rPr>
          <w:t>https://www.staybangkok.info/things-to-do/wat-saket-golden-mount/</w:t>
        </w:r>
      </w:hyperlink>
      <w:r>
        <w:t xml:space="preserve"> - This article describes Wat Saket as an 80-meter artificial hill built in the early 19th century after a massive chedi commissioned by King Rama III collapsed due to Bangkok's soft soil. It details the 344 gentle steps leading to the summit, adorned with shady trees and brass bells. The piece emphasizes the panoramic views of old Bangkok from the top and suggests combining the visit with nearby attractions like Loha Prasat, Wat Suthat, and the Giant Swing.</w:t>
      </w:r>
      <w:r/>
    </w:p>
    <w:p>
      <w:pPr>
        <w:pStyle w:val="ListNumber"/>
        <w:spacing w:line="240" w:lineRule="auto"/>
        <w:ind w:left="720"/>
      </w:pPr>
      <w:r/>
      <w:hyperlink r:id="rId14">
        <w:r>
          <w:rPr>
            <w:color w:val="0000EE"/>
            <w:u w:val="single"/>
          </w:rPr>
          <w:t>https://www.bangkoktourismguide.com/attractions/wat-saket-golden-mount-temple.html</w:t>
        </w:r>
      </w:hyperlink>
      <w:r>
        <w:t xml:space="preserve"> - This guide provides an overview of Wat Saket, also known as the Golden Mount Temple, highlighting its status as one of Bangkok's most iconic spiritual landmarks. It details the 344 steps leading to the summit, where visitors can enjoy panoramic views of the city, including major monuments like the Grand Palace and Wat Pho. The article mentions the temple's historical significance, including its representation of the mythical Mount Meru and the presence of Buddha relics. It also notes the annual candle procession held in November.</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atbangkoklife.com/wat-saket-and-the-golden-mount-in-bangkok/?utm_source=rss&amp;utm_medium=rss&amp;utm_campaign=wat-saket-and-the-golden-mount-in-bangkok" TargetMode="External"/><Relationship Id="rId10" Type="http://schemas.openxmlformats.org/officeDocument/2006/relationships/hyperlink" Target="https://www.siamwalks.com/guides/temples/wat-saket-golden-mount" TargetMode="External"/><Relationship Id="rId11" Type="http://schemas.openxmlformats.org/officeDocument/2006/relationships/hyperlink" Target="https://www.bangkok-spirit.com/guides/wat-saket-golden-mount/" TargetMode="External"/><Relationship Id="rId12" Type="http://schemas.openxmlformats.org/officeDocument/2006/relationships/hyperlink" Target="https://www.bangkokup.com/golden-mount-bangkok" TargetMode="External"/><Relationship Id="rId13" Type="http://schemas.openxmlformats.org/officeDocument/2006/relationships/hyperlink" Target="https://www.staybangkok.info/things-to-do/wat-saket-golden-mount/" TargetMode="External"/><Relationship Id="rId14" Type="http://schemas.openxmlformats.org/officeDocument/2006/relationships/hyperlink" Target="https://www.bangkoktourismguide.com/attractions/wat-saket-golden-mount-temple.html" TargetMode="External"/><Relationship Id="rId15" Type="http://schemas.openxmlformats.org/officeDocument/2006/relationships/hyperlink" Target="https://thaiest.com/thailand/bangkok/wat-saket"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