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travel tips: balancing shopping, snacks and spa recovery in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weekend pace is unforgiving in August, but that can work in a visitor’s favour if you plan the day around shade, snacks and a lot of stopping. One traveller’s Day 3 route bundled a Singapore-style chicken rice lunch, a mall detour for drinks and desserts, the inevitable pull of Chatuchak Weekend Market and, by night, a late head spa near Asok, which together make a useful template for anyone trying to balance shopping with recovery in the Thai capital.</w:t>
      </w:r>
      <w:r/>
    </w:p>
    <w:p>
      <w:r/>
      <w:r>
        <w:t>The morning began with an easy food-first start before heading to Muek Mun Kai Chicken Rice, where the boiled chicken was the standout and the rice was judged less convincing for someone used to Hainanese-style versions. That kind of comparison matters for travellers because Bangkok’s food courts and specialist stalls often offer familiar dishes with local twists rather than exact replicas. Later, Central Ladprao provided a brief indoor pause rather than a major shopping stop, with the real draw being drinks and sweets at chains and dessert shops such as Ba Hao Tian Mi, which remains a reliable pick if you want something richer than the usual café fare.</w:t>
      </w:r>
      <w:r/>
    </w:p>
    <w:p>
      <w:r/>
      <w:r>
        <w:t>Chatuchak Weekend Market was the day’s main event, and it remains one of the best reasons to be in Bangkok on a Saturday or Sunday. Guide sites describe it as a vast open-air market with roughly 15,000 stalls across 27 sections, selling everything from clothes and ceramics to plants, antiques and street food. It is easiest to tackle early, before the heat and crowds peak, and it is well served by public transport, with access via the MRT at Kamphaeng Phet or Chatuchak Park and the BTS at Mo Chit. The traveller’s notes echo that advice: hats, sunscreen, a fan and cash all helped make the experience more manageable, while the market itself delivered low-cost clothing, souvenirs and plenty of casual grazing.</w:t>
      </w:r>
      <w:r/>
    </w:p>
    <w:p>
      <w:r/>
      <w:r>
        <w:t>The route then moved to Central Rama 9 for the Siam Carnival Funfair, though the visit was brief and more about curiosity than must-see entertainment. By late evening, the real luxury was a head spa booked at short notice near BTS Asok and MRT Sukhumvit. The treatment in question, a Vietnamese-style session priced at 890 baht for 75 minutes, may not be Bangkok’s most lavish hair ritual, but it delivered a practical payoff for travellers: a clean scalp, softer hair and, after a full day in the heat, the kind of deep sleep that can rescue an otherwise exhausting city itinerary.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https://mitsueki.sg/2026/08/30/mitsuekitravels-5d4n-bangkok-day-3-thai-chicken-rice-x-visiting-central-ladprao-x-chatuchak-weekend-market-x-siam-carnival-funfair-x-hair-spa-treat-1-august-2026/</w:t>
        </w:r>
      </w:hyperlink>
      <w:r>
        <w:t xml:space="preserve"> - Please view link - unable to able to access data</w:t>
      </w:r>
      <w:r/>
    </w:p>
    <w:p>
      <w:pPr>
        <w:pStyle w:val="ListNumber"/>
        <w:spacing w:line="240" w:lineRule="auto"/>
        <w:ind w:left="720"/>
      </w:pPr>
      <w:r/>
      <w:hyperlink r:id="rId10">
        <w:r>
          <w:rPr>
            <w:color w:val="0000EE"/>
            <w:u w:val="single"/>
          </w:rPr>
          <w:t>https://outthailand.com/guide/chatuchak-weekend-market/</w:t>
        </w:r>
      </w:hyperlink>
      <w:r>
        <w:t xml:space="preserve"> - Chatuchak Weekend Market, located in northern Bangkok, is renowned as the world's largest weekend market, featuring over 15,000 stalls across 27 sections. Open on Saturdays and Sundays from 9 am to 6 pm, it offers a vast array of goods, including clothing, art, crafts, plants, antiques, and street food. The market is easily accessible via the MRT to Kamphaeng Phet or Chatuchak Park stations, or the BTS Skytrain to Mo Chit. To navigate effectively, it's advisable to arrive early to beat the heat and crowds, bring cash, and wear comfortable clothing.</w:t>
      </w:r>
      <w:r/>
    </w:p>
    <w:p>
      <w:pPr>
        <w:pStyle w:val="ListNumber"/>
        <w:spacing w:line="240" w:lineRule="auto"/>
        <w:ind w:left="720"/>
      </w:pPr>
      <w:r/>
      <w:hyperlink r:id="rId11">
        <w:r>
          <w:rPr>
            <w:color w:val="0000EE"/>
            <w:u w:val="single"/>
          </w:rPr>
          <w:t>https://www.siamwalks.com/guides/markets/chatuchak-weekend-market</w:t>
        </w:r>
      </w:hyperlink>
      <w:r>
        <w:t xml:space="preserve"> - Chatuchak Weekend Market, often referred to as JJ Market, is one of Thailand's most famous markets, attracting thousands of visitors each weekend. The market is divided into 27 numbered sections, each offering a unique shopping experience. Visitors can find vintage fashion, furniture, books, home decorations, plants, handmade crafts, artwork, street food, antiques, and small independent brands. The market operates mainly on weekends, with some sections open on Fridays and weekdays. It's recommended to arrive early to avoid crowds and the afternoon heat, and to wear comfortable clothing and shoes.</w:t>
      </w:r>
      <w:r/>
    </w:p>
    <w:p>
      <w:pPr>
        <w:pStyle w:val="ListNumber"/>
        <w:spacing w:line="240" w:lineRule="auto"/>
        <w:ind w:left="720"/>
      </w:pPr>
      <w:r/>
      <w:hyperlink r:id="rId12">
        <w:r>
          <w:rPr>
            <w:color w:val="0000EE"/>
            <w:u w:val="single"/>
          </w:rPr>
          <w:t>https://www.bangkokfind.com/news/chatuchak-weekend-market-guide-bangkok-2026</w:t>
        </w:r>
      </w:hyperlink>
      <w:r>
        <w:t xml:space="preserve"> - Chatuchak Weekend Market, also known as JJ Market, is a sprawling open-air market in northern Bangkok, operating mainly on Saturdays and Sundays. It's widely described as one of the largest weekend markets in the world, with an estimated 15,000-plus stalls packed into numbered sections selling everything from clothing and antiques to pet fish and street food. The market is easily accessible via the MRT to Kamphaeng Phet or Chatuchak Park stations, or the BTS Skytrain to Mo Chit. To navigate effectively, it's advisable to arrive early to beat the heat and crowds, bring cash, and wear comfortable clothing.</w:t>
      </w:r>
      <w:r/>
    </w:p>
    <w:p>
      <w:pPr>
        <w:pStyle w:val="ListNumber"/>
        <w:spacing w:line="240" w:lineRule="auto"/>
        <w:ind w:left="720"/>
      </w:pPr>
      <w:r/>
      <w:hyperlink r:id="rId13">
        <w:r>
          <w:rPr>
            <w:color w:val="0000EE"/>
            <w:u w:val="single"/>
          </w:rPr>
          <w:t>https://www.bangkok-spirit.com/guides/chatuchak-weekend-market/</w:t>
        </w:r>
      </w:hyperlink>
      <w:r>
        <w:t xml:space="preserve"> - Chatuchak Weekend Market, known to locals as JJ, is one of the largest markets in the world, with roughly 15,000 stalls spread across 27 numbered sections covering some 35 acres in northern Bangkok. It sells almost everything imaginable, from vintage clothing and hand-thrown ceramics to fighting fish, antique Buddha images, designer knock-off sneakers, and live plants. The market operates mainly on weekends, with some sections open on Fridays and weekdays. To navigate effectively, it's advisable to arrive early to beat the heat and crowds, bring cash, and wear comfortable clothing.</w:t>
      </w:r>
      <w:r/>
    </w:p>
    <w:p>
      <w:pPr>
        <w:pStyle w:val="ListNumber"/>
        <w:spacing w:line="240" w:lineRule="auto"/>
        <w:ind w:left="720"/>
      </w:pPr>
      <w:r/>
      <w:hyperlink r:id="rId14">
        <w:r>
          <w:rPr>
            <w:color w:val="0000EE"/>
            <w:u w:val="single"/>
          </w:rPr>
          <w:t>https://www.bangkok-travel-guide.com/guide/chatuchak-market-guide/</w:t>
        </w:r>
      </w:hyperlink>
      <w:r>
        <w:t xml:space="preserve"> - Chatuchak Market, located in Bangkok, is one of the most famous shopping destinations in Thailand and is often described as the biggest weekend market in the world. Known locally as JJ Market, this iconic market features more than 15,000 stalls, making it an essential day trip for tourists visiting the city during the weekend. The market is divided into clearly numbered zones, offering everything from clothing, bags, and accessories to antiques, art, furniture, plants, and handmade handicrafts, all sold directly by local vendors who sell both retail and wholesale goods.</w:t>
      </w:r>
      <w:r/>
    </w:p>
    <w:p>
      <w:pPr>
        <w:pStyle w:val="ListNumber"/>
        <w:spacing w:line="240" w:lineRule="auto"/>
        <w:ind w:left="720"/>
      </w:pPr>
      <w:r/>
      <w:hyperlink r:id="rId15">
        <w:r>
          <w:rPr>
            <w:color w:val="0000EE"/>
            <w:u w:val="single"/>
          </w:rPr>
          <w:t>https://thailandfrontier.com/bangkok/chatuchak-weekend-market/</w:t>
        </w:r>
      </w:hyperlink>
      <w:r>
        <w:t xml:space="preserve"> - Chatuchak Weekend Market, commonly known as JJ Market, is a sprawling open-air market in northern Bangkok that operates mainly on Saturdays and Sundays. It's widely described as one of the largest weekend markets in the world, with an estimated 15,000-plus stalls packed into numbered sections selling everything from clothing and antiques to pet fish and street food. The market is easily accessible via the MRT to Kamphaeng Phet or Chatuchak Park stations, or the BTS Skytrain to Mo Chit. To navigate effectively, it's advisable to arrive early to beat the heat and crowds, bring cash, and wear comfortable clothing.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tsueki.sg/2026/08/30/mitsuekitravels-5d4n-bangkok-day-3-thai-chicken-rice-x-visiting-central-ladprao-x-chatuchak-weekend-market-x-siam-carnival-funfair-x-hair-spa-treat-1-august-2026/" TargetMode="External"/><Relationship Id="rId10" Type="http://schemas.openxmlformats.org/officeDocument/2006/relationships/hyperlink" Target="https://outthailand.com/guide/chatuchak-weekend-market/" TargetMode="External"/><Relationship Id="rId11" Type="http://schemas.openxmlformats.org/officeDocument/2006/relationships/hyperlink" Target="https://www.siamwalks.com/guides/markets/chatuchak-weekend-market" TargetMode="External"/><Relationship Id="rId12" Type="http://schemas.openxmlformats.org/officeDocument/2006/relationships/hyperlink" Target="https://www.bangkokfind.com/news/chatuchak-weekend-market-guide-bangkok-2026" TargetMode="External"/><Relationship Id="rId13" Type="http://schemas.openxmlformats.org/officeDocument/2006/relationships/hyperlink" Target="https://www.bangkok-spirit.com/guides/chatuchak-weekend-market/" TargetMode="External"/><Relationship Id="rId14" Type="http://schemas.openxmlformats.org/officeDocument/2006/relationships/hyperlink" Target="https://www.bangkok-travel-guide.com/guide/chatuchak-market-guide/" TargetMode="External"/><Relationship Id="rId15" Type="http://schemas.openxmlformats.org/officeDocument/2006/relationships/hyperlink" Target="https://thailandfrontier.com/bangkok/chatuchak-weekend-marke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