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White Temple’s striking modern symbolism draws record visitors to Chiang Rai</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Wat Rong Khun, better known as the White Temple, is one of northern Thailand’s most memorable sights for travellers heading to Chiang Rai. According to guides to the site, it is privately owned and designed as a contemporary art installation rather than a conventional ancient temple, which helps explain why it feels so strikingly different from the region’s more traditional wats. Its gleaming white surfaces and mirrored details are intended to suggest purity and wisdom, giving the whole complex an almost otherworldly brightness in the sun.</w:t>
      </w:r>
      <w:r/>
    </w:p>
    <w:p>
      <w:r/>
      <w:r>
        <w:t>The main draw is the approach itself. Visitors cross the Bridge of Rebirth before reaching the central chapel, passing a field of sculpted hands that symbolise human desire and suffering. Once inside, the experience becomes even more unexpected, with murals that mix Buddhist imagery and modern pop culture references. That contrast is a big part of the temple’s appeal for travellers: it is both photogenic and thought-provoking, offering something far removed from a standard temple stop.</w:t>
      </w:r>
      <w:r/>
    </w:p>
    <w:p>
      <w:r/>
      <w:r>
        <w:t>For most visitors, the practicalities matter almost as much as the symbolism. Current visitor guides say the site opens daily from 8am to 5pm, with some outdoor areas remaining accessible later in the day. Foreign visitors are charged 200 baht, and the dress code is strictly enforced: shoulders and knees should be covered, and revealing or torn clothing is not allowed. Travellers who want a calmer visit are usually advised to arrive at opening time or later in the afternoon, when the light is softer and tour buses are less of a problem.</w:t>
      </w:r>
      <w:r/>
    </w:p>
    <w:p>
      <w:r/>
      <w:r>
        <w:t>Getting there is straightforward from Chiang Rai city, which makes Wat Rong Khun an easy half-day trip. Visitor guides commonly suggest a taxi or ride-hailing app for the quickest journey, though local buses and shared songthaews offer a cheaper alternative. The temple’s location, around 13 kilometres south of the city, means it fits neatly into most Chiang Rai itineraries without demanding a full day.</w:t>
      </w:r>
      <w:r/>
    </w:p>
    <w:p>
      <w:r/>
      <w:r>
        <w:t>Its popularity also reflects a broader shift in Thai travel: visitors increasingly respond to places that combine cultural meaning with strong visual identity. The White Temple does exactly that, and its success has turned it into one of Chiang Rai’s most important attractions, drawing a steady flow of domestic and international visitors who come as much for the experience as for the photographs. For travellers choosing where to spend time in northern Thailand, it is one of the region’s most distinctive stops. According to the supplied guide material, that appeal rests on a rare mix of symbolism, accessibility and sheer visual impact.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https://www.travelandtourworld.com/news/article/u624c759yws9/</w:t>
        </w:r>
      </w:hyperlink>
      <w:r>
        <w:t xml:space="preserve"> - Please view link - unable to able to access data</w:t>
      </w:r>
      <w:r/>
    </w:p>
    <w:p>
      <w:pPr>
        <w:pStyle w:val="ListNumber"/>
        <w:spacing w:line="240" w:lineRule="auto"/>
        <w:ind w:left="720"/>
      </w:pPr>
      <w:r/>
      <w:hyperlink r:id="rId10">
        <w:r>
          <w:rPr>
            <w:color w:val="0000EE"/>
            <w:u w:val="single"/>
          </w:rPr>
          <w:t>https://www.siamwalks.com/guides/temples/wat-rong-khun</w:t>
        </w:r>
      </w:hyperlink>
      <w:r>
        <w:t xml:space="preserve"> - This comprehensive guide to Wat Rong Khun, also known as the White Temple, delves into its unique design and symbolism. The temple's white exterior signifies the purity of the Buddha, while the mirrored glass fragments represent his wisdom and the Dhamma. Visitors must cross the Bridge of Rebirth, adorned with sculpted hands symbolising the cycle of human desire, before entering the main hall. Inside, murals blend traditional Buddhist imagery with modern pop culture references, creating a distinctive artistic experience. The guide also provides practical information for visitors, including opening hours and dress code requirements.</w:t>
      </w:r>
      <w:r/>
    </w:p>
    <w:p>
      <w:pPr>
        <w:pStyle w:val="ListNumber"/>
        <w:spacing w:line="240" w:lineRule="auto"/>
        <w:ind w:left="720"/>
      </w:pPr>
      <w:r/>
      <w:hyperlink r:id="rId11">
        <w:r>
          <w:rPr>
            <w:color w:val="0000EE"/>
            <w:u w:val="single"/>
          </w:rPr>
          <w:t>https://en.wikipedia.org/wiki/Wat_Rong_Khun</w:t>
        </w:r>
      </w:hyperlink>
      <w:r>
        <w:t xml:space="preserve"> - The Wikipedia article on Wat Rong Khun offers an in-depth look at the temple's history, architecture, and symbolism. Designed by artist Chalermchai Kositpipat, the temple features a white exterior with mirrored glass fragments, symbolising the Buddha's purity and wisdom. The Bridge of Rebirth, leading to the main hall, is flanked by sculpted hands representing the cycle of human desire. Inside, murals depict a fusion of traditional Buddhist themes and modern pop culture icons. The article also discusses the temple's ongoing construction and its significance as a contemporary art exhibit.</w:t>
      </w:r>
      <w:r/>
    </w:p>
    <w:p>
      <w:pPr>
        <w:pStyle w:val="ListNumber"/>
        <w:spacing w:line="240" w:lineRule="auto"/>
        <w:ind w:left="720"/>
      </w:pPr>
      <w:r/>
      <w:hyperlink r:id="rId12">
        <w:r>
          <w:rPr>
            <w:color w:val="0000EE"/>
            <w:u w:val="single"/>
          </w:rPr>
          <w:t>https://chiangrai.tours/white-temple-visitor-guide</w:t>
        </w:r>
      </w:hyperlink>
      <w:r>
        <w:t xml:space="preserve"> - This visitor guide provides essential information for those planning to visit the White Temple in Chiang Rai. It details the temple's location, opening hours, and entry fees, noting that foreign visitors are charged 200 THB. The guide recommends arriving early to avoid crowds and highlights the temple's unique features, including the Bridge of Rebirth and the main hall's murals that blend Buddhist imagery with modern pop culture references. It also outlines the dress code, requiring shoulders and knees to be covered, and offers tips for a fulfilling visit.</w:t>
      </w:r>
      <w:r/>
    </w:p>
    <w:p>
      <w:pPr>
        <w:pStyle w:val="ListNumber"/>
        <w:spacing w:line="240" w:lineRule="auto"/>
        <w:ind w:left="720"/>
      </w:pPr>
      <w:r/>
      <w:hyperlink r:id="rId13">
        <w:r>
          <w:rPr>
            <w:color w:val="0000EE"/>
            <w:u w:val="single"/>
          </w:rPr>
          <w:t>https://thailandaddict.com/en/wat-rong-khun-guide</w:t>
        </w:r>
      </w:hyperlink>
      <w:r>
        <w:t xml:space="preserve"> - This guide to Wat Rong Khun, also known as the White Temple, provides practical information for visitors. It covers the temple's location, opening hours, and entry fees, noting that foreign visitors are charged 200 THB. The guide highlights the temple's distinctive white exterior and mirrored glass fragments, symbolising the Buddha's purity and wisdom. It also discusses the Bridge of Rebirth and the main hall's murals that blend traditional Buddhist themes with modern pop culture references. The guide offers tips for visiting, including the best times to arrive and dress code requirements.</w:t>
      </w:r>
      <w:r/>
    </w:p>
    <w:p>
      <w:pPr>
        <w:pStyle w:val="ListNumber"/>
        <w:spacing w:line="240" w:lineRule="auto"/>
        <w:ind w:left="720"/>
      </w:pPr>
      <w:r/>
      <w:hyperlink r:id="rId14">
        <w:r>
          <w:rPr>
            <w:color w:val="0000EE"/>
            <w:u w:val="single"/>
          </w:rPr>
          <w:t>https://www.thefinestthai.com/2026/05/08/wat-rong-khun-chiang-rai-white-temple-guide/</w:t>
        </w:r>
      </w:hyperlink>
      <w:r>
        <w:t xml:space="preserve"> - This guide to Wat Rong Khun, also known as the White Temple, explores its unique design and symbolism. The temple's white exterior and mirrored glass fragments represent the Buddha's purity and wisdom. Visitors cross the Bridge of Rebirth, flanked by sculpted hands symbolising the cycle of human desire, before entering the main hall. Inside, murals blend traditional Buddhist imagery with modern pop culture references. The guide provides practical information, including opening hours, entry fees, and dress code requirements, to help visitors plan their trip.</w:t>
      </w:r>
      <w:r/>
    </w:p>
    <w:p>
      <w:pPr>
        <w:pStyle w:val="ListNumber"/>
        <w:spacing w:line="240" w:lineRule="auto"/>
        <w:ind w:left="720"/>
      </w:pPr>
      <w:r/>
      <w:hyperlink r:id="rId15">
        <w:r>
          <w:rPr>
            <w:color w:val="0000EE"/>
            <w:u w:val="single"/>
          </w:rPr>
          <w:t>https://www.adventure-thailand.com/chiang-rai-guide/</w:t>
        </w:r>
      </w:hyperlink>
      <w:r>
        <w:t xml:space="preserve"> - This guide to Wat Rong Khun, also known as the White Temple, offers practical information for visitors. It covers the temple's location, opening hours, and entry fees, noting that foreign visitors are charged 200 THB. The guide highlights the temple's distinctive white exterior and mirrored glass fragments, symbolising the Buddha's purity and wisdom. It also discusses the Bridge of Rebirth and the main hall's murals that blend traditional Buddhist themes with modern pop culture references. The guide offers tips for visiting, including the best times to arrive and dress code requirements.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u624c759yws9/" TargetMode="External"/><Relationship Id="rId10" Type="http://schemas.openxmlformats.org/officeDocument/2006/relationships/hyperlink" Target="https://www.siamwalks.com/guides/temples/wat-rong-khun" TargetMode="External"/><Relationship Id="rId11" Type="http://schemas.openxmlformats.org/officeDocument/2006/relationships/hyperlink" Target="https://en.wikipedia.org/wiki/Wat_Rong_Khun" TargetMode="External"/><Relationship Id="rId12" Type="http://schemas.openxmlformats.org/officeDocument/2006/relationships/hyperlink" Target="https://chiangrai.tours/white-temple-visitor-guide" TargetMode="External"/><Relationship Id="rId13" Type="http://schemas.openxmlformats.org/officeDocument/2006/relationships/hyperlink" Target="https://thailandaddict.com/en/wat-rong-khun-guide" TargetMode="External"/><Relationship Id="rId14" Type="http://schemas.openxmlformats.org/officeDocument/2006/relationships/hyperlink" Target="https://www.thefinestthai.com/2026/05/08/wat-rong-khun-chiang-rai-white-temple-guide/" TargetMode="External"/><Relationship Id="rId15" Type="http://schemas.openxmlformats.org/officeDocument/2006/relationships/hyperlink" Target="https://www.adventure-thailand.com/chiang-rai-guide/"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