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evolving luxury: blending adventure and ethical experiences for discerning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still offers the kind of value that keeps backpackers coming back, but the country’s appeal is no longer just about cheap beds and street food. For travellers willing to spend a little more on one or two standout experiences, it can deliver high-end days out without the eye-watering prices found in many other destinations. That makes it especially easy to mix modest daily spending with the occasional treat that becomes a trip highlight.</w:t>
      </w:r>
      <w:r/>
    </w:p>
    <w:p>
      <w:r/>
      <w:r>
        <w:t>On Railay Beach in Krabi, the big attraction is the scenery as much as the climbing. Towering limestone cliffs rise straight from the sea, and several operators there cater to complete beginners as well as experienced climbers. According to companies including Railay Rock You, Real Rocks Climbing and Krabi Rock Climbing, options range from short guided sessions to more ambitious multi-day or multi-pitch outings, with equipment and instruction included.</w:t>
      </w:r>
      <w:r/>
    </w:p>
    <w:p>
      <w:r/>
      <w:r>
        <w:t>For travellers who want to get below the waterline, Koh Tao remains one of Thailand’s best-known places to earn a PADI Open Water qualification. PADI’s own course listings show the island offering a three-day private course with four ocean dives and small groups, which helps explain why it remains such a draw for first-time divers. Phuket and nearby dive spots also offer certification and fun dives, though prices tend to rise as boat costs and marine park charges are added.</w:t>
      </w:r>
      <w:r/>
    </w:p>
    <w:p>
      <w:r/>
      <w:r>
        <w:t>Bangkok may not look like a golf destination at first glance, but the city and its outskirts have long attracted players looking for a polished course and reliable service. Green Valley Country Club, near Suvarnabhumi Airport, is one example often highlighted by golf-focused travel coverage: a full round can still be done at a comparatively moderate cost once green fees, a cart and a caddie are factored in. For travellers with a spare day, it is one of the more surprising ways to upgrade a Thailand itinerary.</w:t>
      </w:r>
      <w:r/>
    </w:p>
    <w:p>
      <w:r/>
      <w:r>
        <w:t>Chiang Mai offers a very different kind of splurge. Reputable elephant sanctuaries in the area focus on rescue, rehabilitation and no-riding visits, and that makes them one of the more meaningful paid activities in the north. The higher price compared with a standard temple visit usually covers transport, lunch and time spent feeding, walking with and observing the animals, which is part of why many visitors consider it money well spent.</w:t>
      </w:r>
      <w:r/>
    </w:p>
    <w:p>
      <w:r/>
      <w:r>
        <w:t>The broader lesson for travellers is simple: Thailand rewards selective spending. A trip need not be defined by constant frugality to feel budget-friendly overall, and the country’s best add-ons are often the ones that balance adventure, comfort and value. Whether you choose climbing, diving, golf or an ethical wildlife experience, a well-chosen day out can end up being the memory that outlasts everything else.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[5]</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https://gobackpacking.com/cost-of-activities-in-thailand/</w:t>
        </w:r>
      </w:hyperlink>
      <w:r>
        <w:t xml:space="preserve"> - Please view link - unable to able to access data</w:t>
      </w:r>
      <w:r/>
    </w:p>
    <w:p>
      <w:pPr>
        <w:pStyle w:val="ListNumber"/>
        <w:spacing w:line="240" w:lineRule="auto"/>
        <w:ind w:left="720"/>
      </w:pPr>
      <w:r/>
      <w:hyperlink r:id="rId10">
        <w:r>
          <w:rPr>
            <w:color w:val="0000EE"/>
            <w:u w:val="single"/>
          </w:rPr>
          <w:t>https://www.railayrockyou.com/</w:t>
        </w:r>
      </w:hyperlink>
      <w:r>
        <w:t xml:space="preserve"> - Railay Rock You offers professional rock climbing tours at Railay Beach, Krabi, Thailand. They provide various climbing courses suitable for all levels, from beginners to advanced climbers. Their services include half-day and full-day climbing programs, with all necessary equipment provided. The company is known for its experienced instructors and commitment to safety, ensuring a memorable climbing experience in one of Thailand's most beautiful destinations.</w:t>
      </w:r>
      <w:r/>
    </w:p>
    <w:p>
      <w:pPr>
        <w:pStyle w:val="ListNumber"/>
        <w:spacing w:line="240" w:lineRule="auto"/>
        <w:ind w:left="720"/>
      </w:pPr>
      <w:r/>
      <w:hyperlink r:id="rId11">
        <w:r>
          <w:rPr>
            <w:color w:val="0000EE"/>
            <w:u w:val="single"/>
          </w:rPr>
          <w:t>https://www.realrocksclimbing.com/</w:t>
        </w:r>
      </w:hyperlink>
      <w:r>
        <w:t xml:space="preserve"> - Real Rocks Climbing is a leading climbing company at Railay Beach, offering guided group and private rock-climbing trips. They cater to climbers of all levels, from complete beginners to seasoned professionals. The company provides various climbing courses, including half-day and full-day options, with internationally certified instructors committed to safety and professionalism. Real Rocks Climbing is dedicated to creating a fun and memorable experience for all participants.</w:t>
      </w:r>
      <w:r/>
    </w:p>
    <w:p>
      <w:pPr>
        <w:pStyle w:val="ListNumber"/>
        <w:spacing w:line="240" w:lineRule="auto"/>
        <w:ind w:left="720"/>
      </w:pPr>
      <w:r/>
      <w:hyperlink r:id="rId12">
        <w:r>
          <w:rPr>
            <w:color w:val="0000EE"/>
            <w:u w:val="single"/>
          </w:rPr>
          <w:t>https://krabirockclimbing.com/</w:t>
        </w:r>
      </w:hyperlink>
      <w:r>
        <w:t xml:space="preserve"> - Krabi Rock Climbing offers a variety of climbing courses for beginners, intermediate, and advanced climbers at Railay Beach, Thailand. They provide private instruction and guided climbing experiences, ensuring a safe and enjoyable climb. The instructors are professional and passionate about climbing, with many years of experience. The company offers courses ranging from half-day to multi-day adventures, including deep water soloing and multi-pitch climbing.</w:t>
      </w:r>
      <w:r/>
    </w:p>
    <w:p>
      <w:pPr>
        <w:pStyle w:val="ListNumber"/>
        <w:spacing w:line="240" w:lineRule="auto"/>
        <w:ind w:left="720"/>
      </w:pPr>
      <w:r/>
      <w:hyperlink r:id="rId14">
        <w:r>
          <w:rPr>
            <w:color w:val="0000EE"/>
            <w:u w:val="single"/>
          </w:rPr>
          <w:t>https://travel.padi.com/dive-course/koh-tao/padio-hunuo-ta-taiha-13016/</w:t>
        </w:r>
      </w:hyperlink>
      <w:r>
        <w:t xml:space="preserve"> - PADI Adventures offers a private PADI Open Water Diver course in Koh Tao, Thailand. The course spans approximately three days and includes four ocean dives. It is conducted in English, Spanish, Dutch, French, and Thai, with a maximum of four students per instructor. The course is designed to build confidence in a multi-level saltwater training pool before completing the open-water dives, providing personalized training for each participant.</w:t>
      </w:r>
      <w:r/>
    </w:p>
    <w:p>
      <w:pPr>
        <w:pStyle w:val="ListNumber"/>
        <w:spacing w:line="240" w:lineRule="auto"/>
        <w:ind w:left="720"/>
      </w:pPr>
      <w:r/>
      <w:hyperlink r:id="rId13">
        <w:r>
          <w:rPr>
            <w:color w:val="0000EE"/>
            <w:u w:val="single"/>
          </w:rPr>
          <w:t>https://www.krabi-tourism.com/krabirockclimbing</w:t>
        </w:r>
      </w:hyperlink>
      <w:r>
        <w:t xml:space="preserve"> - Krabi Tourism provides information on rock climbing at Railay Beach, highlighting the limestone cliffs as a remarkable scenic feature. They offer climbing packages suitable for all skill levels, from beginners to experienced climbers. The packages include personalized coaching, with options for half-day or full-day experiences. All necessary equipment is provided, and round-trip transfers from hotels in the Krabi area are included, ensuring a convenient and enjoyable climbing experience.</w:t>
      </w:r>
      <w:r/>
    </w:p>
    <w:p>
      <w:pPr>
        <w:pStyle w:val="ListNumber"/>
        <w:spacing w:line="240" w:lineRule="auto"/>
        <w:ind w:left="720"/>
      </w:pPr>
      <w:r/>
      <w:hyperlink r:id="rId16">
        <w:r>
          <w:rPr>
            <w:color w:val="0000EE"/>
            <w:u w:val="single"/>
          </w:rPr>
          <w:t>https://www.youtube.com/watch?v=y0xn0Igm37g</w:t>
        </w:r>
      </w:hyperlink>
      <w:r>
        <w:t xml:space="preserve"> - This YouTube video showcases rock climbing at Railay and Phra Nang Beach in Krabi, Thailand. It provides visual insights into the climbing routes, techniques, and the stunning natural surroundings of the area. The video serves as a visual guide for those interested in experiencing rock climbing in this renowned destination, highlighting the unique features and challenges of the cliffs.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backpacking.com/cost-of-activities-in-thailand/" TargetMode="External"/><Relationship Id="rId10" Type="http://schemas.openxmlformats.org/officeDocument/2006/relationships/hyperlink" Target="https://www.railayrockyou.com/" TargetMode="External"/><Relationship Id="rId11" Type="http://schemas.openxmlformats.org/officeDocument/2006/relationships/hyperlink" Target="https://www.realrocksclimbing.com/" TargetMode="External"/><Relationship Id="rId12" Type="http://schemas.openxmlformats.org/officeDocument/2006/relationships/hyperlink" Target="https://krabirockclimbing.com/" TargetMode="External"/><Relationship Id="rId13" Type="http://schemas.openxmlformats.org/officeDocument/2006/relationships/hyperlink" Target="https://www.krabi-tourism.com/krabirockclimbing" TargetMode="External"/><Relationship Id="rId14" Type="http://schemas.openxmlformats.org/officeDocument/2006/relationships/hyperlink" Target="https://travel.padi.com/dive-course/koh-tao/padio-hunuo-ta-taiha-13016/" TargetMode="External"/><Relationship Id="rId15" Type="http://schemas.openxmlformats.org/officeDocument/2006/relationships/hyperlink" Target="https://www.noahwire.com" TargetMode="External"/><Relationship Id="rId16" Type="http://schemas.openxmlformats.org/officeDocument/2006/relationships/hyperlink" Target="https://www.youtube.com/watch?v=y0xn0Igm37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