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Thailand's diverse pre-wedding shoot locations embrace natural spontaneity and hidden gems</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t>For couples planning a pre-wedding shoot in Thailand, the most useful starting point is not a checklist of poses but the mood they want to create. The appeal of the country lies in its range: one day can mean neon-lit city streets, the next a quiet stretch of sand beneath limestone cliffs. Wedding Vows frames that flexibility around the Thai idea of "Mai Pen Rai", or letting things unfold naturally, and that is perhaps the clearest guide for travellers as well: the strongest images often come from places that feel alive rather than staged.</w:t>
      </w:r>
      <w:r/>
    </w:p>
    <w:p>
      <w:r/>
      <w:r>
        <w:t>Bangkok works best for couples who want energy, texture and contrast. As Lukfoto notes, the city offers a dense mix of backdrops within a compact area, from street scenes and old shophouses to skyline views and riverside settings. Wedding Vows points to the capital’s night markets, alleyways and neon-lit crossings as a setting for candid photographs, and for travellers that means a shoot can double as a real day in the city, with time for food stalls, cafés and evening walks once the camera is packed away.</w:t>
      </w:r>
      <w:r/>
    </w:p>
    <w:p>
      <w:r/>
      <w:r>
        <w:t>Railay, in Krabi, is the choice for a more secluded, dramatic feel. Wedding Vows highlights its sheer limestone cliffs and boat-only access, while other Thailand pre-wedding guides single out nearby Phang Nga Bay and other southern coastal landscapes for their scale and theatrical light. For visitors, that translates into a destination that feels intentionally removed from the rush of the mainland, especially if you arrive early or stay overnight and catch the beach before day-trippers build up.</w:t>
      </w:r>
      <w:r/>
    </w:p>
    <w:p>
      <w:r/>
      <w:r>
        <w:t>Koh Samui offers a softer, more relaxed version of the island shoot. Wedding Vows describes it as a place for pale palettes, easy movement and private villas, with eastern beaches such as Choeng Mon suiting early sessions in gentler light. Keemala’s advice on Phuket’s Freedom Beach points to a similar practical rule that also applies here: morning tends to be the best time for calm water, fewer people and a more natural-looking result. For travellers, Samui is less about spectacle and more about ease, which makes it useful if you want images that feel intimate rather than overtly produced.</w:t>
      </w:r>
      <w:r/>
    </w:p>
    <w:p>
      <w:r/>
      <w:r>
        <w:t>Koh Phi Phi is the most cinematic of the group. Wedding Vows recommends shooting from the water, especially in the stillness of early morning before boats arrive, while the island’s turquoise lagoons and steep cliffs do much of the visual work. That makes it especially appealing for couples who want movement, adventure and a little sense of scale in their pictures. The trade-off is timing: the island’s popularity means the quiet moments come early, so travellers planning a shoot here should think in terms of sunrise starts and tightly managed logistics.</w:t>
      </w:r>
      <w:r/>
    </w:p>
    <w:p>
      <w:r/>
      <w:r>
        <w:t>The Krabi islands, including the Hong Islands, reward couples willing to go a little further for a less obvious backdrop. Wedding Vows notes their hidden lagoons, sandbars and narrow rock openings, and the broader Thailand guides suggest that these kinds of places are what separate a generic beach session from something more distinctive. For visitors, the practical appeal is clear: with a private longtail captain and a tide-aware plan, the shoot can become part of a broader island-hopping day, with enough variety to feel adventurous without losing the relaxed rhythm that makes Thailand such a strong choice in the first place.</w:t>
      </w:r>
      <w:r/>
    </w:p>
    <w:p>
      <w:pPr>
        <w:pStyle w:val="Heading3"/>
      </w:pPr>
      <w:r>
        <w:t>Source Reference Map</w:t>
      </w:r>
      <w:r/>
    </w:p>
    <w:p>
      <w:r/>
      <w:r>
        <w:rPr>
          <w:b/>
        </w:rPr>
        <w:t>Inspired by headline at:</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[2]</w:t>
        </w:r>
      </w:hyperlink>
      <w:r>
        <w:t xml:space="preserve">- Paragraph 2: </w:t>
      </w:r>
      <w:hyperlink r:id="rId10">
        <w:r>
          <w:rPr>
            <w:color w:val="0000EE"/>
            <w:u w:val="single"/>
          </w:rPr>
          <w:t>[3]</w:t>
        </w:r>
      </w:hyperlink>
      <w:r>
        <w:t xml:space="preserve">, </w:t>
      </w:r>
      <w:hyperlink r:id="rId11">
        <w:r>
          <w:rPr>
            <w:color w:val="0000EE"/>
            <w:u w:val="single"/>
          </w:rPr>
          <w:t>[5]</w:t>
        </w:r>
      </w:hyperlink>
      <w:r>
        <w:t xml:space="preserve">- Paragraph 3: </w:t>
      </w:r>
      <w:hyperlink r:id="rId9">
        <w:r>
          <w:rPr>
            <w:color w:val="0000EE"/>
            <w:u w:val="single"/>
          </w:rPr>
          <w:t>[2]</w:t>
        </w:r>
      </w:hyperlink>
      <w:r>
        <w:t xml:space="preserve">, </w:t>
      </w:r>
      <w:hyperlink r:id="rId10">
        <w:r>
          <w:rPr>
            <w:color w:val="0000EE"/>
            <w:u w:val="single"/>
          </w:rPr>
          <w:t>[3]</w:t>
        </w:r>
      </w:hyperlink>
      <w:r>
        <w:t xml:space="preserve">- Paragraph 4: </w:t>
      </w:r>
      <w:hyperlink r:id="rId9">
        <w:r>
          <w:rPr>
            <w:color w:val="0000EE"/>
            <w:u w:val="single"/>
          </w:rPr>
          <w:t>[2]</w:t>
        </w:r>
      </w:hyperlink>
      <w:r>
        <w:t xml:space="preserve">, </w:t>
      </w:r>
      <w:hyperlink r:id="rId12">
        <w:r>
          <w:rPr>
            <w:color w:val="0000EE"/>
            <w:u w:val="single"/>
          </w:rPr>
          <w:t>[4]</w:t>
        </w:r>
      </w:hyperlink>
      <w:r>
        <w:t xml:space="preserve">- Paragraph 5: </w:t>
      </w:r>
      <w:hyperlink r:id="rId9">
        <w:r>
          <w:rPr>
            <w:color w:val="0000EE"/>
            <w:u w:val="single"/>
          </w:rPr>
          <w:t>[2]</w:t>
        </w:r>
      </w:hyperlink>
      <w:r>
        <w:t xml:space="preserve">- Paragraph 6: </w:t>
      </w:r>
      <w:hyperlink r:id="rId9">
        <w:r>
          <w:rPr>
            <w:color w:val="0000EE"/>
            <w:u w:val="single"/>
          </w:rPr>
          <w:t>[2]</w:t>
        </w:r>
      </w:hyperlink>
      <w:r>
        <w:t xml:space="preserve">, </w:t>
      </w:r>
      <w:hyperlink r:id="rId13">
        <w:r>
          <w:rPr>
            <w:color w:val="0000EE"/>
            <w:u w:val="single"/>
          </w:rPr>
          <w:t>[6]</w:t>
        </w:r>
      </w:hyperlink>
      <w:r>
        <w:t xml:space="preserve">, </w:t>
      </w:r>
      <w:hyperlink r:id="rId14">
        <w:r>
          <w:rPr>
            <w:color w:val="0000EE"/>
            <w:u w:val="single"/>
          </w:rPr>
          <w:t>[7]</w:t>
        </w:r>
      </w:hyperlink>
      <w:r/>
    </w:p>
    <w:p>
      <w:r/>
      <w:r>
        <w:t xml:space="preserve">Source: </w:t>
      </w:r>
      <w:hyperlink r:id="rId15">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https://www.weddingvows.com/the-unscripted-frames-5-captivating-locations-in-thailand-for-an-authentic-pre-wedding-shoot/</w:t>
        </w:r>
      </w:hyperlink>
      <w:r>
        <w:t xml:space="preserve"> - Please view link - unable to able to access data</w:t>
      </w:r>
      <w:r/>
    </w:p>
    <w:p>
      <w:pPr>
        <w:pStyle w:val="ListNumber"/>
        <w:spacing w:line="240" w:lineRule="auto"/>
        <w:ind w:left="720"/>
      </w:pPr>
      <w:r/>
      <w:hyperlink r:id="rId9">
        <w:r>
          <w:rPr>
            <w:color w:val="0000EE"/>
            <w:u w:val="single"/>
          </w:rPr>
          <w:t>https://www.weddingvows.com/the-unscripted-frames-5-captivating-locations-in-thailand-for-an-authentic-pre-wedding-shoot/</w:t>
        </w:r>
      </w:hyperlink>
      <w:r>
        <w:t xml:space="preserve"> - This article highlights five captivating locations in Thailand ideal for authentic pre-wedding shoots. It emphasizes the importance of embracing the Thai ethos of 'Mai Pen Rai'—the art of letting go and staying in the moment—to transform a standard photo session into an unforgettable visual story. The featured locations include the vibrant city streets of Bangkok, the secluded Railay Beach in Krabi, the laid-back luxury of Koh Samui, the adventurous Koh Phi Phi, and the untouched natural beauty of Krabi's surrounding islands. Each location offers unique backdrops and atmospheres, catering to different preferences for couples seeking memorable pre-wedding photographs.</w:t>
      </w:r>
      <w:r/>
    </w:p>
    <w:p>
      <w:pPr>
        <w:pStyle w:val="ListNumber"/>
        <w:spacing w:line="240" w:lineRule="auto"/>
        <w:ind w:left="720"/>
      </w:pPr>
      <w:r/>
      <w:hyperlink r:id="rId10">
        <w:r>
          <w:rPr>
            <w:color w:val="0000EE"/>
            <w:u w:val="single"/>
          </w:rPr>
          <w:t>https://panigrahana.com/thailand-prewedding-shoot-locations.html</w:t>
        </w:r>
      </w:hyperlink>
      <w:r>
        <w:t xml:space="preserve"> - This guide presents 15 distinctive pre-wedding shoot locations in Thailand, moving beyond typical backdrops. It covers diverse settings such as Phang Nga Bay's limestone formations, Chiang Mai's ancient temples, Bangkok's blue-hour grandeur, and Phuket's colonial Old Town streets. The article provides practical notes on access, timing, and the visual appeal of each location, assisting couples in selecting unique and memorable settings for their pre-wedding photography.</w:t>
      </w:r>
      <w:r/>
    </w:p>
    <w:p>
      <w:pPr>
        <w:pStyle w:val="ListNumber"/>
        <w:spacing w:line="240" w:lineRule="auto"/>
        <w:ind w:left="720"/>
      </w:pPr>
      <w:r/>
      <w:hyperlink r:id="rId12">
        <w:r>
          <w:rPr>
            <w:color w:val="0000EE"/>
            <w:u w:val="single"/>
          </w:rPr>
          <w:t>https://www.keemala.com/pre-wedding-photoshoot-phuket/</w:t>
        </w:r>
      </w:hyperlink>
      <w:r>
        <w:t xml:space="preserve"> - Keemala offers a selection of pre-wedding shoot locations in Phuket, focusing on Freedom Beach. Known for its clean shoreline, turquoise waters, and surrounding jungle-covered hills, Freedom Beach provides a secluded and visually appealing backdrop. The article suggests early morning sessions to capture calm waters and a quiet beach atmosphere, making it ideal for couples seeking natural tropical imagery with soft ocean tones and relaxed styling.</w:t>
      </w:r>
      <w:r/>
    </w:p>
    <w:p>
      <w:pPr>
        <w:pStyle w:val="ListNumber"/>
        <w:spacing w:line="240" w:lineRule="auto"/>
        <w:ind w:left="720"/>
      </w:pPr>
      <w:r/>
      <w:hyperlink r:id="rId11">
        <w:r>
          <w:rPr>
            <w:color w:val="0000EE"/>
            <w:u w:val="single"/>
          </w:rPr>
          <w:t>https://lukfoto.com/reasons-pre-wedding-shoot-bangkok/</w:t>
        </w:r>
      </w:hyperlink>
      <w:r>
        <w:t xml:space="preserve"> - This article outlines seven compelling reasons to consider Bangkok for a pre-wedding shoot. It highlights the city's density of interesting locations within a small area, allowing couples to combine multiple environments in one session. From riverside temples and Chinese colonial mansions to rooftop skyline views and neon-lit street photography, Bangkok offers a diverse range of settings that can produce unique and memorable photographs.</w:t>
      </w:r>
      <w:r/>
    </w:p>
    <w:p>
      <w:pPr>
        <w:pStyle w:val="ListNumber"/>
        <w:spacing w:line="240" w:lineRule="auto"/>
        <w:ind w:left="720"/>
      </w:pPr>
      <w:r/>
      <w:hyperlink r:id="rId13">
        <w:r>
          <w:rPr>
            <w:color w:val="0000EE"/>
            <w:u w:val="single"/>
          </w:rPr>
          <w:t>https://www.weddinginthai.com/blog/8722/where-to-take-pre-wedding-photos-in-thailand</w:t>
        </w:r>
      </w:hyperlink>
      <w:r>
        <w:t xml:space="preserve"> - This blog post provides a curated list of top romantic locations in Thailand for pre-wedding photoshoots. It emphasizes the importance of capturing love stories and creating memories through photography. The article suggests various settings, including beaches, lush mountains, ancient temples, European-style gardens, and chic cityscapes, offering couples a wide array of options to choose from for their pre-wedding photography.</w:t>
      </w:r>
      <w:r/>
    </w:p>
    <w:p>
      <w:pPr>
        <w:pStyle w:val="ListNumber"/>
        <w:spacing w:line="240" w:lineRule="auto"/>
        <w:ind w:left="720"/>
      </w:pPr>
      <w:r/>
      <w:hyperlink r:id="rId14">
        <w:r>
          <w:rPr>
            <w:color w:val="0000EE"/>
            <w:u w:val="single"/>
          </w:rPr>
          <w:t>https://phuketnews.phuketindex.com/features/wedding-locations-phuket-223206.html</w:t>
        </w:r>
      </w:hyperlink>
      <w:r>
        <w:t xml:space="preserve"> - This article presents seven hidden gems in Phuket that offer breathtaking and unique settings for pre-wedding photography. Locations include Ao Sane, known for its rugged charm of granite and sea, and the pine forests of Thalang, which provide an unexpected European aesthetic. The article provides insights into each location's unique features and the best times to shoot, assisting couples in selecting distinctive and memorable backdrops for their pre-wedding photos.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weddingvows.com/the-unscripted-frames-5-captivating-locations-in-thailand-for-an-authentic-pre-wedding-shoot/" TargetMode="External"/><Relationship Id="rId10" Type="http://schemas.openxmlformats.org/officeDocument/2006/relationships/hyperlink" Target="https://panigrahana.com/thailand-prewedding-shoot-locations.html" TargetMode="External"/><Relationship Id="rId11" Type="http://schemas.openxmlformats.org/officeDocument/2006/relationships/hyperlink" Target="https://lukfoto.com/reasons-pre-wedding-shoot-bangkok/" TargetMode="External"/><Relationship Id="rId12" Type="http://schemas.openxmlformats.org/officeDocument/2006/relationships/hyperlink" Target="https://www.keemala.com/pre-wedding-photoshoot-phuket/" TargetMode="External"/><Relationship Id="rId13" Type="http://schemas.openxmlformats.org/officeDocument/2006/relationships/hyperlink" Target="https://www.weddinginthai.com/blog/8722/where-to-take-pre-wedding-photos-in-thailand" TargetMode="External"/><Relationship Id="rId14" Type="http://schemas.openxmlformats.org/officeDocument/2006/relationships/hyperlink" Target="https://phuketnews.phuketindex.com/features/wedding-locations-phuket-223206.html" TargetMode="External"/><Relationship Id="rId15"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