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Hua Hin surprises first-time visitors with its heritage, calm charm, and easy lifestyle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Hua Hin is one of Thailand’s most revealing surprises for first-time visitors. Instead of the neon-and-noise stereotype that many travellers associate with the country’s bigger beach resorts, this Gulf coast town offers a more measured pace, a strong sense of history and enough variety to keep a short break, or a much longer stay, feeling fresh. According to the supplied material, the town’s identity still reflects its origins as a royal seaside retreat, and that heritage shapes much of what visitors notice first.</w:t>
      </w:r>
      <w:r/>
    </w:p>
    <w:p>
      <w:r/>
      <w:r>
        <w:t>One of the clearest examples is the railway station, whose red-and-cream teak architecture and ornate royal pavilion make it feel more like a landmark than a transport hub. Built in the 1920s, it remains one of the town’s most photographed sights and gives travellers an immediate sense that Hua Hin is not a typical party resort. For many visitors, it is also an easy first stop: central, compact and memorable without demanding much time.</w:t>
      </w:r>
      <w:r/>
    </w:p>
    <w:p>
      <w:r/>
      <w:r>
        <w:t>The beach itself delivers another unexpected scene at dawn, when horses are led along the tide line and their reflections stretch across the wet sand. It is a slightly old-fashioned spectacle, but one that suits Hua Hin’s character well. Rather than feeling staged for social media, it reads as part of the town’s everyday charm: calm, slightly eccentric and refreshingly low-key.</w:t>
      </w:r>
      <w:r/>
    </w:p>
    <w:p>
      <w:r/>
      <w:r>
        <w:t>That same mood carries into the evening. Hua Hin’s night market scene is broader than a simple street-food crawl, with some spaces leaning into live music, art and a more relaxed browsing experience. For travellers who want an easy night out without the pressure of a full-on resort strip, that matters. It also makes the town more appealing for couples, families and older visitors who prefer atmosphere over mayhem.</w:t>
      </w:r>
      <w:r/>
    </w:p>
    <w:p>
      <w:r/>
      <w:r>
        <w:t>Beyond the centre, Hua Hin offers plenty for travellers who want more than sand and seafood. The area has built a reputation as a serious golf destination, while inland excursions can include wine tasting at Monsoon Valley, one of Thailand’s better-known vineyards. For families, there are also water parks that add a more playful side to the trip, making Hua Hin one of the few Thai beach towns where a holiday can comfortably mix quiet mornings, active afternoons and a fairly civilised dinner.</w:t>
      </w:r>
      <w:r/>
    </w:p>
    <w:p>
      <w:r/>
      <w:r>
        <w:t>Religion and scenery are also part of the draw. At Khao Takiab, known as Monkey Mountain, a hilltop temple shares its steps with macaques that are as entertaining as they are opportunistic. Further afield, in Khao Sam Roi Yot National Park, Phraya Nakhon Cave offers one of the most striking day trips in the region: a royal pavilion inside a cavern, illuminated by a dramatic shaft of sunlight at the right time of day. It is the sort of place that can justify the journey on its own.</w:t>
      </w:r>
      <w:r/>
    </w:p>
    <w:p>
      <w:r/>
      <w:r>
        <w:t>What may surprise most first-time visitors, though, is how easy Hua Hin is to live in for a few days. The town combines clean beaches, straightforward navigation, good dining and a calmer tempo than Thailand’s better-known resort hubs. According to the supplied reports, that blend of heritage, convenience and variety is what keeps people returning. For travellers choosing where to go in Thailand, Hua Hin stands out precisely because it feels restful without being dull.</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10">
        <w:r>
          <w:rPr>
            <w:color w:val="0000EE"/>
            <w:u w:val="single"/>
          </w:rPr>
          <w:t>[4]</w:t>
        </w:r>
      </w:hyperlink>
      <w:r>
        <w:t xml:space="preserve">, </w:t>
      </w:r>
      <w:hyperlink r:id="rId11">
        <w:r>
          <w:rPr>
            <w:color w:val="0000EE"/>
            <w:u w:val="single"/>
          </w:rPr>
          <w:t>[5]</w:t>
        </w:r>
      </w:hyperlink>
      <w:r>
        <w:t xml:space="preserve">- Paragraph 3: </w:t>
      </w:r>
      <w:hyperlink r:id="rId12">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[3]</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[3]</w:t>
        </w:r>
      </w:hyperlink>
      <w:r>
        <w:t xml:space="preserve">- Paragraph 6: </w:t>
      </w:r>
      <w:hyperlink r:id="rId9">
        <w:r>
          <w:rPr>
            <w:color w:val="0000EE"/>
            <w:u w:val="single"/>
          </w:rPr>
          <w:t>[1]</w:t>
        </w:r>
      </w:hyperlink>
      <w:r>
        <w:t xml:space="preserve">- Paragraph 7: </w:t>
      </w:r>
      <w:hyperlink r:id="rId9">
        <w:r>
          <w:rPr>
            <w:color w:val="0000EE"/>
            <w:u w:val="single"/>
          </w:rPr>
          <w:t>[1]</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https://lillagreen.com/hua-hin-first-time-visitors-surprises/</w:t>
        </w:r>
      </w:hyperlink>
      <w:r>
        <w:t xml:space="preserve"> - Please view link - unable to able to access data</w:t>
      </w:r>
      <w:r/>
    </w:p>
    <w:p>
      <w:pPr>
        <w:pStyle w:val="ListNumber"/>
        <w:spacing w:line="240" w:lineRule="auto"/>
        <w:ind w:left="720"/>
      </w:pPr>
      <w:r/>
      <w:hyperlink r:id="rId12">
        <w:r>
          <w:rPr>
            <w:color w:val="0000EE"/>
            <w:u w:val="single"/>
          </w:rPr>
          <w:t>https://www.youtube.com/watch?v=r4Fr2NJoRtQ</w:t>
        </w:r>
      </w:hyperlink>
      <w:r>
        <w:t xml:space="preserve"> - This video showcases the unique sight of horses trotting along the tide line at Hua Hin Beach during sunrise. Local handlers lead gentle rides right at the water's edge, offering a nostalgic and picturesque experience that sets Hua Hin apart from Thailand's more famous shores.</w:t>
      </w:r>
      <w:r/>
    </w:p>
    <w:p>
      <w:pPr>
        <w:pStyle w:val="ListNumber"/>
        <w:spacing w:line="240" w:lineRule="auto"/>
        <w:ind w:left="720"/>
      </w:pPr>
      <w:r/>
      <w:hyperlink r:id="rId13">
        <w:r>
          <w:rPr>
            <w:color w:val="0000EE"/>
            <w:u w:val="single"/>
          </w:rPr>
          <w:t>https://www.youtube.com/watch?v=P-eqnVCTPWk</w:t>
        </w:r>
      </w:hyperlink>
      <w:r>
        <w:t xml:space="preserve"> - In this video, the hosts explore Hua Hin's attractions, including horseback riding on the beach and dining over the ocean. They also visit the historic Hua Hin Railway Station, highlighting its royal waiting room and architectural significance.</w:t>
      </w:r>
      <w:r/>
    </w:p>
    <w:p>
      <w:pPr>
        <w:pStyle w:val="ListNumber"/>
        <w:spacing w:line="240" w:lineRule="auto"/>
        <w:ind w:left="720"/>
      </w:pPr>
      <w:r/>
      <w:hyperlink r:id="rId10">
        <w:r>
          <w:rPr>
            <w:color w:val="0000EE"/>
            <w:u w:val="single"/>
          </w:rPr>
          <w:t>https://www.thaiholidayguide.com/attraction/hua-hin-railway-station/</w:t>
        </w:r>
      </w:hyperlink>
      <w:r>
        <w:t xml:space="preserve"> - Hua Hin Railway Station, built in the 1920s, is renowned for its red-and-cream teak building and ornate royal pavilion. The pavilion, dating from the era of King Rama VI, adds to the station's architectural charm, making it a popular spot for photography.</w:t>
      </w:r>
      <w:r/>
    </w:p>
    <w:p>
      <w:pPr>
        <w:pStyle w:val="ListNumber"/>
        <w:spacing w:line="240" w:lineRule="auto"/>
        <w:ind w:left="720"/>
      </w:pPr>
      <w:r/>
      <w:hyperlink r:id="rId11">
        <w:r>
          <w:rPr>
            <w:color w:val="0000EE"/>
            <w:u w:val="single"/>
          </w:rPr>
          <w:t>https://www.hua-hin-thailand.com/hua-hin-railway-station/</w:t>
        </w:r>
      </w:hyperlink>
      <w:r>
        <w:t xml:space="preserve"> - Hua Hin Railway Station, constructed in the 1920s during King Rama VI's reign, is one of Thailand's oldest and most iconic stations. Its red-and-cream teak building and royal pavilion, relocated from Sanam Chandra Palace, make it a favourite for visitors and photographers.</w:t>
      </w:r>
      <w:r/>
    </w:p>
    <w:p>
      <w:pPr>
        <w:pStyle w:val="ListNumber"/>
        <w:spacing w:line="240" w:lineRule="auto"/>
        <w:ind w:left="720"/>
      </w:pPr>
      <w:r/>
      <w:hyperlink r:id="rId12">
        <w:r>
          <w:rPr>
            <w:color w:val="0000EE"/>
            <w:u w:val="single"/>
          </w:rPr>
          <w:t>https://www.youtube.com/watch?v=r4Fr2NJoRtQ</w:t>
        </w:r>
      </w:hyperlink>
      <w:r>
        <w:t xml:space="preserve"> - This video captures the serene experience of horseback riding along Hua Hin Beach at sunrise. The gentle horses and calm sea create a picturesque scene, offering a unique activity for visitors seeking a different side of Thailand's coastal attractions.</w:t>
      </w:r>
      <w:r/>
    </w:p>
    <w:p>
      <w:pPr>
        <w:pStyle w:val="ListNumber"/>
        <w:spacing w:line="240" w:lineRule="auto"/>
        <w:ind w:left="720"/>
      </w:pPr>
      <w:r/>
      <w:hyperlink r:id="rId13">
        <w:r>
          <w:rPr>
            <w:color w:val="0000EE"/>
            <w:u w:val="single"/>
          </w:rPr>
          <w:t>https://www.youtube.com/watch?v=P-eqnVCTPWk</w:t>
        </w:r>
      </w:hyperlink>
      <w:r>
        <w:t xml:space="preserve"> - The video features a visit to Hua Hin's historic railway station, highlighting its royal waiting room and architectural beauty. The hosts also explore local attractions, including horseback riding on the beach and dining over the ocean, providing a comprehensive view of Hua Hin's offerings.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illagreen.com/hua-hin-first-time-visitors-surprises/" TargetMode="External"/><Relationship Id="rId10" Type="http://schemas.openxmlformats.org/officeDocument/2006/relationships/hyperlink" Target="https://www.thaiholidayguide.com/attraction/hua-hin-railway-station/" TargetMode="External"/><Relationship Id="rId11" Type="http://schemas.openxmlformats.org/officeDocument/2006/relationships/hyperlink" Target="https://www.hua-hin-thailand.com/hua-hin-railway-station/" TargetMode="External"/><Relationship Id="rId12" Type="http://schemas.openxmlformats.org/officeDocument/2006/relationships/hyperlink" Target="https://www.youtube.com/watch?v=r4Fr2NJoRtQ" TargetMode="External"/><Relationship Id="rId13" Type="http://schemas.openxmlformats.org/officeDocument/2006/relationships/hyperlink" Target="https://www.youtube.com/watch?v=P-eqnVCTPWk" TargetMode="External"/><Relationship Id="rId14"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