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Chatuchak Market in Bangkok stands out with its sprawling scale and vibrant local atmosphere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Bangkok’s Chatuchak Weekend Market has emerged as one of Thailand’s most compelling stop-offs for travellers who want more than a polished shopping mall. According to the Economic Times, it sits at the top of a ranking of major night and street markets, a reminder that some of the country’s most memorable experiences still happen in places where trade, food and local life overlap.</w:t>
      </w:r>
      <w:r/>
    </w:p>
    <w:p>
      <w:r/>
      <w:r>
        <w:t>What sets Chatuchak apart is scale. Travel guides describe more than 15,000 stalls spread across roughly 35 acres, with around 200,000 people passing through on a typical weekend. For visitors, that means choice on a near-industrial level: vintage clothes, handmade ceramics, plants, antiques, Buddhist art, books, furniture, crafts and street food all crowd into the same maze of lanes.</w:t>
      </w:r>
      <w:r/>
    </w:p>
    <w:p>
      <w:r/>
      <w:r>
        <w:t>It is also a market where bargaining is part of the experience, especially for clothing and decorative items, so shoppers who are willing to compare stalls are more likely to find the best value. The mix ranges from inexpensive souvenirs to genuinely well-made handmade pieces, which makes it worth lingering rather than rushing straight through.</w:t>
      </w:r>
      <w:r/>
    </w:p>
    <w:p>
      <w:r/>
      <w:r>
        <w:t>For travellers planning a Bangkok trip, Chatuchak is best treated as an outing in its own right rather than a quick errand. The weekend focus means timing matters, and the Friday evening wholesale trade offers a different atmosphere from the busier daytime crowds. If you want a market that combines eating, browsing and people-watching with a distinctly local energy, this is one of the city’s strongest bets.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https://valoreconomico.co.ao/artigo/tailandia-lidera-ranking-dos-mercados-nocturnos-com-mercado-de-15-mil-barracas</w:t>
        </w:r>
      </w:hyperlink>
      <w:r>
        <w:t xml:space="preserve"> - Please view link - unable to able to access data</w:t>
      </w:r>
      <w:r/>
    </w:p>
    <w:p>
      <w:pPr>
        <w:pStyle w:val="ListNumber"/>
        <w:spacing w:line="240" w:lineRule="auto"/>
        <w:ind w:left="720"/>
      </w:pPr>
      <w:r/>
      <w:hyperlink r:id="rId10">
        <w:r>
          <w:rPr>
            <w:color w:val="0000EE"/>
            <w:u w:val="single"/>
          </w:rPr>
          <w:t>https://thailandknowledge.com/attractions/chatuchak-weekend-market</w:t>
        </w:r>
      </w:hyperlink>
      <w:r>
        <w:t xml:space="preserve"> - Chatuchak Weekend Market, also known as JJ Market, is one of the world's largest markets, featuring over 15,000 stalls spread across 35 acres in Bangkok. Operating on Saturdays and Sundays, plus Friday evenings for wholesale, it attracts an estimated 200,000 visitors each weekend. The market offers a vast array of goods, including vintage clothing, handmade ceramics, plants, antiques, Buddhist art, street food, live animals, fashion, handicrafts, furniture, books, and more. Price negotiation is common, especially for clothing and decorative items, with quality ranging from tourist trinkets to exceptional handmade crafts.</w:t>
      </w:r>
      <w:r/>
    </w:p>
    <w:p>
      <w:pPr>
        <w:pStyle w:val="ListNumber"/>
        <w:spacing w:line="240" w:lineRule="auto"/>
        <w:ind w:left="720"/>
      </w:pPr>
      <w:r/>
      <w:hyperlink r:id="rId11">
        <w:r>
          <w:rPr>
            <w:color w:val="0000EE"/>
            <w:u w:val="single"/>
          </w:rPr>
          <w:t>https://outthailand.com/guide/chatuchak-weekend-market/</w:t>
        </w:r>
      </w:hyperlink>
      <w:r>
        <w:t xml:space="preserve"> - Chatuchak Weekend Market, also known as JJ Market, is one of the world's largest markets, featuring over 15,000 stalls spread across 35 acres in Bangkok. Operating on Saturdays and Sundays, plus Friday evenings for wholesale, it attracts an estimated 200,000 visitors each weekend. The market offers a vast array of goods, including vintage clothing, handmade ceramics, plants, antiques, Buddhist art, street food, live animals, fashion, handicrafts, furniture, books, and more. Price negotiation is common, especially for clothing and decorative items, with quality ranging from tourist trinkets to exceptional handmade crafts.</w:t>
      </w:r>
      <w:r/>
    </w:p>
    <w:p>
      <w:pPr>
        <w:pStyle w:val="ListNumber"/>
        <w:spacing w:line="240" w:lineRule="auto"/>
        <w:ind w:left="720"/>
      </w:pPr>
      <w:r/>
      <w:hyperlink r:id="rId12">
        <w:r>
          <w:rPr>
            <w:color w:val="0000EE"/>
            <w:u w:val="single"/>
          </w:rPr>
          <w:t>https://www.bangkok-spirit.com/guides/chatuchak-weekend-market/</w:t>
        </w:r>
      </w:hyperlink>
      <w:r>
        <w:t xml:space="preserve"> - Chatuchak Weekend Market, also known as JJ Market, is one of the world's largest markets, featuring over 15,000 stalls spread across 35 acres in Bangkok. Operating on Saturdays and Sundays, plus Friday evenings for wholesale, it attracts an estimated 200,000 visitors each weekend. The market offers a vast array of goods, including vintage clothing, handmade ceramics, plants, antiques, Buddhist art, street food, live animals, fashion, handicrafts, furniture, books, and more. Price negotiation is common, especially for clothing and decorative items, with quality ranging from tourist trinkets to exceptional handmade crafts.</w:t>
      </w:r>
      <w:r/>
    </w:p>
    <w:p>
      <w:pPr>
        <w:pStyle w:val="ListNumber"/>
        <w:spacing w:line="240" w:lineRule="auto"/>
        <w:ind w:left="720"/>
      </w:pPr>
      <w:r/>
      <w:hyperlink r:id="rId13">
        <w:r>
          <w:rPr>
            <w:color w:val="0000EE"/>
            <w:u w:val="single"/>
          </w:rPr>
          <w:t>https://www.thaiholidayguide.com/attraction/chatuchak-weekend-market/</w:t>
        </w:r>
      </w:hyperlink>
      <w:r>
        <w:t xml:space="preserve"> - Chatuchak Weekend Market, also known as JJ Market, is one of the world's largest markets, featuring over 15,000 stalls spread across 35 acres in Bangkok. Operating on Saturdays and Sundays, plus Friday evenings for wholesale, it attracts an estimated 200,000 visitors each weekend. The market offers a vast array of goods, including vintage clothing, handmade ceramics, plants, antiques, Buddhist art, street food, live animals, fashion, handicrafts, furniture, books, and more. Price negotiation is common, especially for clothing and decorative items, with quality ranging from tourist trinkets to exceptional handmade crafts.</w:t>
      </w:r>
      <w:r/>
    </w:p>
    <w:p>
      <w:pPr>
        <w:pStyle w:val="ListNumber"/>
        <w:spacing w:line="240" w:lineRule="auto"/>
        <w:ind w:left="720"/>
      </w:pPr>
      <w:r/>
      <w:hyperlink r:id="rId14">
        <w:r>
          <w:rPr>
            <w:color w:val="0000EE"/>
            <w:u w:val="single"/>
          </w:rPr>
          <w:t>https://www.royalivory.com/chatuchak-weekend-market.html</w:t>
        </w:r>
      </w:hyperlink>
      <w:r>
        <w:t xml:space="preserve"> - Chatuchak Weekend Market, also known as JJ Market, is one of the world's largest markets, featuring over 15,000 stalls spread across 35 acres in Bangkok. Operating on Saturdays and Sundays, plus Friday evenings for wholesale, it attracts an estimated 200,000 visitors each weekend. The market offers a vast array of goods, including vintage clothing, handmade ceramics, plants, antiques, Buddhist art, street food, live animals, fashion, handicrafts, furniture, books, and more. Price negotiation is common, especially for clothing and decorative items, with quality ranging from tourist trinkets to exceptional handmade crafts.</w:t>
      </w:r>
      <w:r/>
    </w:p>
    <w:p>
      <w:pPr>
        <w:pStyle w:val="ListNumber"/>
        <w:spacing w:line="240" w:lineRule="auto"/>
        <w:ind w:left="720"/>
      </w:pPr>
      <w:r/>
      <w:hyperlink r:id="rId15">
        <w:r>
          <w:rPr>
            <w:color w:val="0000EE"/>
            <w:u w:val="single"/>
          </w:rPr>
          <w:t>https://bangkokknowledge.com/attractions/chatuchak-weekend-market</w:t>
        </w:r>
      </w:hyperlink>
      <w:r>
        <w:t xml:space="preserve"> - Chatuchak Weekend Market, also known as JJ Market, is one of the world's largest markets, featuring over 15,000 stalls spread across 35 acres in Bangkok. Operating on Saturdays and Sundays, plus Friday evenings for wholesale, it attracts an estimated 200,000 visitors each weekend. The market offers a vast array of goods, including vintage clothing, handmade ceramics, plants, antiques, Buddhist art, street food, live animals, fashion, handicrafts, furniture, books, and more. Price negotiation is common, especially for clothing and decorative items, with quality ranging from tourist trinkets to exceptional handmade crafts.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aloreconomico.co.ao/artigo/tailandia-lidera-ranking-dos-mercados-nocturnos-com-mercado-de-15-mil-barracas" TargetMode="External"/><Relationship Id="rId10" Type="http://schemas.openxmlformats.org/officeDocument/2006/relationships/hyperlink" Target="https://thailandknowledge.com/attractions/chatuchak-weekend-market" TargetMode="External"/><Relationship Id="rId11" Type="http://schemas.openxmlformats.org/officeDocument/2006/relationships/hyperlink" Target="https://outthailand.com/guide/chatuchak-weekend-market/" TargetMode="External"/><Relationship Id="rId12" Type="http://schemas.openxmlformats.org/officeDocument/2006/relationships/hyperlink" Target="https://www.bangkok-spirit.com/guides/chatuchak-weekend-market/" TargetMode="External"/><Relationship Id="rId13" Type="http://schemas.openxmlformats.org/officeDocument/2006/relationships/hyperlink" Target="https://www.thaiholidayguide.com/attraction/chatuchak-weekend-market/" TargetMode="External"/><Relationship Id="rId14" Type="http://schemas.openxmlformats.org/officeDocument/2006/relationships/hyperlink" Target="https://www.royalivory.com/chatuchak-weekend-market.html" TargetMode="External"/><Relationship Id="rId15" Type="http://schemas.openxmlformats.org/officeDocument/2006/relationships/hyperlink" Target="https://bangkokknowledge.com/attractions/chatuchak-weekend-market"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