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Sunset Beach on Koh Jum offers tranquil escape for slow-paced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Sunset Beach on Koh Jum is the sort of place travellers come to for an easy, low-key beach break rather than a full-service resort stay. The shoreline is calm and clear, and its sheltered swimming spots make it especially appealing for anyone who wants to spend long stretches in the water without strong currents. According to Thailand Magazine, rocks placed along parts of the bay appear to help soften the flow, which adds to the beach’s reputation as one of the island’s most relaxing stretches of sand.</w:t>
      </w:r>
      <w:r/>
    </w:p>
    <w:p>
      <w:r/>
      <w:r>
        <w:t>For visitors choosing between beaches on Koh Jum, Sunset Beach stands out less for activity than for atmosphere. It has a small number of simple, wooden bungalows rather than large hotels, and the setting remains pleasantly undeveloped. Nomadays describes Koh Jum as a discreet Andaman island with little large-scale infrastructure, and that is part of the draw here: the accommodation is intimate, the beach is quiet, and the experience is geared towards people who want to wake up close to the sea rather than to a resort complex.</w:t>
      </w:r>
      <w:r/>
    </w:p>
    <w:p>
      <w:r/>
      <w:r>
        <w:t>The practical appeal is strong as well. Thailand Magazine says Sunset Beach is easiest to reach by scooter, with a road that is in good enough condition for island travel. Once there, visitors can find a few bars and restaurants tucked into the landscape, including the beachside Ting Tong Bar, and there is shade from the trees for much of the day. The beach also works well as a base for a slow stay, with options for short hikes, fresh coconuts and boat trips to nearby islands. For more serious snorkelling, though, travellers are better off joining an organised trip, as the beach itself offers only limited underwater life compared with offshore sites.</w:t>
      </w:r>
      <w:r/>
    </w:p>
    <w:p>
      <w:r/>
      <w:r>
        <w:t>That makes Sunset Beach particularly well suited to couples, quiet travellers and anyone looking to unwind for a few days rather than race through a packed itinerary. The nearby natural setting, the lack of heavy development and the easy access to swimming at the shore all make it a strong choice for travellers who value peace over polish. On Koh Jum, that is often the point.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https://thailandmagazine.com/koh-jum/beaches-koh-jum/sunset-beach/</w:t>
        </w:r>
      </w:hyperlink>
      <w:r>
        <w:t xml:space="preserve"> - Please view link - unable to able to access data</w:t>
      </w:r>
      <w:r/>
    </w:p>
    <w:p>
      <w:pPr>
        <w:pStyle w:val="ListNumber"/>
        <w:spacing w:line="240" w:lineRule="auto"/>
        <w:ind w:left="720"/>
      </w:pPr>
      <w:r/>
      <w:hyperlink r:id="rId10">
        <w:r>
          <w:rPr>
            <w:color w:val="0000EE"/>
            <w:u w:val="single"/>
          </w:rPr>
          <w:t>https://www.treasurebeaches.com/ao-si-ko-jum-2/</w:t>
        </w:r>
      </w:hyperlink>
      <w:r>
        <w:t xml:space="preserve"> - Ao Si Beach on Koh Jum is renowned for its soft, golden sands and tranquil atmosphere, making it an ideal destination for relaxation. The beach is known for its calm and tranquil sea, especially during the high season (November to April). Most accommodations are located on the south side of the beach, while the north side offers a quieter experience and is frequented by monkeys. A small hill provides a panoramic view of the area, perfect for holiday photos. Swimming conditions at low tide can be rocky, but there are still safe spots to enter the water.</w:t>
      </w:r>
      <w:r/>
    </w:p>
    <w:p>
      <w:pPr>
        <w:pStyle w:val="ListNumber"/>
        <w:spacing w:line="240" w:lineRule="auto"/>
        <w:ind w:left="720"/>
      </w:pPr>
      <w:r/>
      <w:hyperlink r:id="rId11">
        <w:r>
          <w:rPr>
            <w:color w:val="0000EE"/>
            <w:u w:val="single"/>
          </w:rPr>
          <w:t>https://www.nomadays.com/guide-thailande/hebergement/cha-cha-bungalow</w:t>
        </w:r>
      </w:hyperlink>
      <w:r>
        <w:t xml:space="preserve"> - Cha Cha Bungalow offers simple beachfront accommodation on the west coast of Koh Jum, facing the Andaman Sea. The property focuses on bungalows built with natural materials and direct access to the shoreline, providing a preserved island setting. Koh Jum remains a discreet island in the Andaman Sea, situated between Koh Lanta and Koh Phi Phi. Cha Cha Bungalow embodies this spirit: a small-scale accommodation suited to travelers seeking a beach retreat without the intensity of nearby resorts. The west coast where it is located overlooks long, underdeveloped beaches, ideal for swimming and sunsets.</w:t>
      </w:r>
      <w:r/>
    </w:p>
    <w:p>
      <w:pPr>
        <w:pStyle w:val="ListNumber"/>
        <w:spacing w:line="240" w:lineRule="auto"/>
        <w:ind w:left="720"/>
      </w:pPr>
      <w:r/>
      <w:hyperlink r:id="rId12">
        <w:r>
          <w:rPr>
            <w:color w:val="0000EE"/>
            <w:u w:val="single"/>
          </w:rPr>
          <w:t>https://www.nomadays.com/guide-thailande/hebergement/koh_jum_ocean_beach_resort</w:t>
        </w:r>
      </w:hyperlink>
      <w:r>
        <w:t xml:space="preserve"> - Koh Jum Ocean Beach Resort is a beachfront resort on Ting Rai Beach, Koh Jum island. Wooden bungalows face the Andaman Sea, offering a panoramic restaurant and Ocean Spa. Koh Jum remains one of the discrete islands of the Andaman Sea, with no airport and minimal large hotel infrastructure. The resort takes advantage of this tranquility with a direct beachfront setting on Ting Rai Beach, oriented toward stunning sunsets. The wooden bungalows, with their refined structure, prioritize local materials and thoughtful comfort over impersonal luxury.</w:t>
      </w:r>
      <w:r/>
    </w:p>
    <w:p>
      <w:pPr>
        <w:pStyle w:val="ListNumber"/>
        <w:spacing w:line="240" w:lineRule="auto"/>
        <w:ind w:left="720"/>
      </w:pPr>
      <w:r/>
      <w:hyperlink r:id="rId11">
        <w:r>
          <w:rPr>
            <w:color w:val="0000EE"/>
            <w:u w:val="single"/>
          </w:rPr>
          <w:t>https://www.nomadays.com/guide-thailande/hebergement/cha-cha-bungalow</w:t>
        </w:r>
      </w:hyperlink>
      <w:r>
        <w:t xml:space="preserve"> - Cha Cha Bungalow offers simple beachfront accommodation on the west coast of Koh Jum, facing the Andaman Sea. The property focuses on bungalows built with natural materials and direct access to the shoreline, providing a preserved island setting. Koh Jum remains a discreet island in the Andaman Sea, situated between Koh Lanta and Koh Phi Phi. Cha Cha Bungalow embodies this spirit: a small-scale accommodation suited to travelers seeking a beach retreat without the intensity of nearby resorts. The west coast where it is located overlooks long, underdeveloped beaches, ideal for swimming and sunsets.</w:t>
      </w:r>
      <w:r/>
    </w:p>
    <w:p>
      <w:pPr>
        <w:pStyle w:val="ListNumber"/>
        <w:spacing w:line="240" w:lineRule="auto"/>
        <w:ind w:left="720"/>
      </w:pPr>
      <w:r/>
      <w:hyperlink r:id="rId12">
        <w:r>
          <w:rPr>
            <w:color w:val="0000EE"/>
            <w:u w:val="single"/>
          </w:rPr>
          <w:t>https://www.nomadays.com/guide-thailande/hebergement/koh_jum_ocean_beach_resort</w:t>
        </w:r>
      </w:hyperlink>
      <w:r>
        <w:t xml:space="preserve"> - Koh Jum Ocean Beach Resort is a beachfront resort on Ting Rai Beach, Koh Jum island. Wooden bungalows face the Andaman Sea, offering a panoramic restaurant and Ocean Spa. Koh Jum remains one of the discrete islands of the Andaman Sea, with no airport and minimal large hotel infrastructure. The resort takes advantage of this tranquility with a direct beachfront setting on Ting Rai Beach, oriented toward stunning sunsets. The wooden bungalows, with their refined structure, prioritize local materials and thoughtful comfort over impersonal luxury.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landmagazine.com/koh-jum/beaches-koh-jum/sunset-beach/" TargetMode="External"/><Relationship Id="rId10" Type="http://schemas.openxmlformats.org/officeDocument/2006/relationships/hyperlink" Target="https://www.treasurebeaches.com/ao-si-ko-jum-2/" TargetMode="External"/><Relationship Id="rId11" Type="http://schemas.openxmlformats.org/officeDocument/2006/relationships/hyperlink" Target="https://www.nomadays.com/guide-thailande/hebergement/cha-cha-bungalow" TargetMode="External"/><Relationship Id="rId12" Type="http://schemas.openxmlformats.org/officeDocument/2006/relationships/hyperlink" Target="https://www.nomadays.com/guide-thailande/hebergement/koh_jum_ocean_beach_resort"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