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Chiang Mai pioneers green tourism model set to reshape Thailand’s travel industry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Chiang Mai is being used as Thailand’s latest test case for making tourism greener without stripping away what draws people there in the first place. According to the Tourism Authority of Thailand, the city is being positioned as a model for sustainable travel through the Amazing Chiang Mai Green Guide Fest 2026, a three-day event that begins on 28 August at Railway Park and is meant to showcase community participation, local products, food, culture and lower-impact visitor experiences.</w:t>
      </w:r>
      <w:r/>
    </w:p>
    <w:p>
      <w:r/>
      <w:r>
        <w:t>The festival is part of the broader Chiang Mai Prototype, which TAT says is designed to strengthen the province’s tourism supply chain while building its profile as a global green destination. At a launch briefing in Bangkok on 21 August, officials said the model builds on earlier work in Krabi and is intended to push balanced growth by linking sustainability with Chiang Mai’s Lanna identity, rather than treating it as a separate add-on.</w:t>
      </w:r>
      <w:r/>
    </w:p>
    <w:p>
      <w:r/>
      <w:r>
        <w:t>For visitors, the most tangible change will be in how the event is structured. The programme is divided into six zones, including a sustainability showcase featuring green standards and hotel certifications, a section on local craftsmanship and wellness, and a farm-to-table food area with more than 35 local food and drink businesses. There will also be business networking, community activities and cultural performances, from traditional dances and drumming to contemporary music acts, giving travellers more than a conference-style sustainability event and making it easier to see how responsible tourism can shape an actual trip.</w:t>
      </w:r>
      <w:r/>
    </w:p>
    <w:p>
      <w:r/>
      <w:r>
        <w:t>TAT is also trying to make the event itself a cleaner operation. The festival has been certified as a Carbon Neutral Event by the Thailand Greenhouse Gas Management Organization, with waste separation, plastic reduction, resource efficiency and carbon-footprint controls built in. The estimated footprint is about 350 tonnes, roughly half the level of last year’s event, and electric shuttles will run between key parking points and the venue. That matters for travellers because it suggests sustainability is being applied to the logistics of the visit, not just the marketing around it.</w:t>
      </w:r>
      <w:r/>
    </w:p>
    <w:p>
      <w:r/>
      <w:r>
        <w:t>The economic case is just as central. TAT expects about 15,000 Thai and overseas visitors over the three days, with spending at the festival topping 20 million baht and a wider boost of more than 100 million baht for Chiang Mai tourism. The city’s push also fits a wider pattern across Thailand, where Krabi, Phuket, Phang-nga and other destinations are leaning into greener travel as visitors increasingly look for more meaningful, lower-impact alternatives to standard beach-and-city itineraries. For travellers, that could mean more community-led experiences, better environmental standards and a stronger sense that their spending is supporting the places they came to see.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0">
        <w:r>
          <w:rPr>
            <w:color w:val="0000EE"/>
            <w:u w:val="single"/>
          </w:rPr>
          <w:t>[2]</w:t>
        </w:r>
      </w:hyperlink>
      <w:r>
        <w:t xml:space="preserve">, </w:t>
      </w:r>
      <w:hyperlink r:id="rId15">
        <w:r>
          <w:rPr>
            <w:color w:val="0000EE"/>
            <w:u w:val="single"/>
          </w:rPr>
          <w:t>[7]</w:t>
        </w:r>
      </w:hyperlink>
      <w:r>
        <w:t xml:space="preserve">- Paragraph 5: </w:t>
      </w:r>
      <w:hyperlink r:id="rId9">
        <w:r>
          <w:rPr>
            <w:color w:val="0000EE"/>
            <w:u w:val="single"/>
          </w:rPr>
          <w:t>[1]</w:t>
        </w:r>
      </w:hyperlink>
      <w:r>
        <w:t xml:space="preserve">, </w:t>
      </w:r>
      <w:hyperlink r:id="rId10">
        <w:r>
          <w:rPr>
            <w:color w:val="0000EE"/>
            <w:u w:val="single"/>
          </w:rPr>
          <w:t>[2]</w:t>
        </w:r>
      </w:hyperlink>
      <w:r>
        <w:t xml:space="preserve">, </w:t>
      </w:r>
      <w:hyperlink r:id="rId12">
        <w:r>
          <w:rPr>
            <w:color w:val="0000EE"/>
            <w:u w:val="single"/>
          </w:rPr>
          <w:t>[3]</w:t>
        </w:r>
      </w:hyperlink>
      <w:r>
        <w:t xml:space="preserve">, </w:t>
      </w:r>
      <w:hyperlink r:id="rId13">
        <w:r>
          <w:rPr>
            <w:color w:val="0000EE"/>
            <w:u w:val="single"/>
          </w:rPr>
          <w:t>[6]</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https://www.travelandtourworld.com/news/article/svhi6ksegjcg/</w:t>
        </w:r>
      </w:hyperlink>
      <w:r>
        <w:t xml:space="preserve"> - Please view link - unable to able to access data</w:t>
      </w:r>
      <w:r/>
    </w:p>
    <w:p>
      <w:pPr>
        <w:pStyle w:val="ListNumber"/>
        <w:spacing w:line="240" w:lineRule="auto"/>
        <w:ind w:left="720"/>
      </w:pPr>
      <w:r/>
      <w:hyperlink r:id="rId10">
        <w:r>
          <w:rPr>
            <w:color w:val="0000EE"/>
            <w:u w:val="single"/>
          </w:rPr>
          <w:t>https://www.pattayamail.com/latestnews/news/tat-stages-amazing-chiang-mai-green-guide-fest-2026-on-aug-28-30-562805</w:t>
        </w:r>
      </w:hyperlink>
      <w:r>
        <w:t xml:space="preserve"> - The Tourism Authority of Thailand (TAT) is hosting the 'Amazing Chiang Mai Green Guide Fest 2026' from 28–30 August at Railway Park in Chiang Mai. This three-day event aims to strengthen the tourism supply chain and support Chiang Mai's positioning as a global green destination. The festival will feature sustainable tourism experiences, local products, gastronomy, cultural performances, and community activities, all while implementing Green Event practices to reduce environmental impact.</w:t>
      </w:r>
      <w:r/>
    </w:p>
    <w:p>
      <w:pPr>
        <w:pStyle w:val="ListNumber"/>
        <w:spacing w:line="240" w:lineRule="auto"/>
        <w:ind w:left="720"/>
      </w:pPr>
      <w:r/>
      <w:hyperlink r:id="rId12">
        <w:r>
          <w:rPr>
            <w:color w:val="0000EE"/>
            <w:u w:val="single"/>
          </w:rPr>
          <w:t>https://www.sapgw.com/en/economy/20260821-10.html</w:t>
        </w:r>
      </w:hyperlink>
      <w:r>
        <w:t xml:space="preserve"> - On 21 August 2026, a press conference was held at the Tourism Authority of Thailand (TAT) headquarters to launch the 'Amazing Chiang Mai Green Guide Fest 2026.' The event aims to establish Chiang Mai as a global green destination through the 'Chiang Mai Prototype' model, building upon the success of the Krabi Prototype. It focuses on developing and upgrading the tourism supply chain for balanced growth, highlighting six activity zones that integrate sustainability with Chiang Mai's charm and unique identity.</w:t>
      </w:r>
      <w:r/>
    </w:p>
    <w:p>
      <w:pPr>
        <w:pStyle w:val="ListNumber"/>
        <w:spacing w:line="240" w:lineRule="auto"/>
        <w:ind w:left="720"/>
      </w:pPr>
      <w:r/>
      <w:hyperlink r:id="rId11">
        <w:r>
          <w:rPr>
            <w:color w:val="0000EE"/>
            <w:u w:val="single"/>
          </w:rPr>
          <w:t>https://www.tattpe.org.tw/News/Info.html?id=1079</w:t>
        </w:r>
      </w:hyperlink>
      <w:r>
        <w:t xml:space="preserve"> - The 'Amazing Chiang Mai Green Guide Fest 2026' is scheduled for 28–30 August 2026 at Railway Park in Chiang Mai. The event aims to promote sustainable tourism experiences, enhance local community participation, and encourage environmentally friendly business practices. It is part of the 'Chiang Mai Prototype' initiative, which seeks to position Chiang Mai as a global green destination by integrating sustainability with the province's unique cultural identity.</w:t>
      </w:r>
      <w:r/>
    </w:p>
    <w:p>
      <w:pPr>
        <w:pStyle w:val="ListNumber"/>
        <w:spacing w:line="240" w:lineRule="auto"/>
        <w:ind w:left="720"/>
      </w:pPr>
      <w:r/>
      <w:hyperlink r:id="rId14">
        <w:r>
          <w:rPr>
            <w:color w:val="0000EE"/>
            <w:u w:val="single"/>
          </w:rPr>
          <w:t>https://www.thailandexhibition.com/thai-event-details/amazing-chiang-mai-green-guide-fest-2026/32960</w:t>
        </w:r>
      </w:hyperlink>
      <w:r>
        <w:t xml:space="preserve"> - The 'Amazing Chiang Mai Green Guide Fest 2026' is an upcoming festival organized by the Tourism Authority of Thailand (TAT). The event aims to showcase Chiang Mai as a green destination through nature, culture, community lifestyles, and creativity. It will take place from 28–30 August 2026 at Railway Park in Chiang Mai, offering visitors a chance to experience sustainable tourism in a fun and accessible way.</w:t>
      </w:r>
      <w:r/>
    </w:p>
    <w:p>
      <w:pPr>
        <w:pStyle w:val="ListNumber"/>
        <w:spacing w:line="240" w:lineRule="auto"/>
        <w:ind w:left="720"/>
      </w:pPr>
      <w:r/>
      <w:hyperlink r:id="rId13">
        <w:r>
          <w:rPr>
            <w:color w:val="0000EE"/>
            <w:u w:val="single"/>
          </w:rPr>
          <w:t>https://thailand.go.th/issue-focus-detail/tat-unveils-chiang-mai-prototype-to-position-the-city-as-a-global-benchmark-for-sustainable-tourism</w:t>
        </w:r>
      </w:hyperlink>
      <w:r>
        <w:t xml:space="preserve"> - The Tourism Authority of Thailand (TAT) has launched the 'Chiang Mai Prototype' project, aiming to transform Chiang Mai into a world-class sustainable destination. This initiative focuses on integrating collaboration across all sectors to balance economic growth with the preservation of the province’s unique Lanna cultural identity. By rebranding Chiang Mai as a model for sustainability, TAT aims to attract environmentally conscious travelers and strengthen the local economy.</w:t>
      </w:r>
      <w:r/>
    </w:p>
    <w:p>
      <w:pPr>
        <w:pStyle w:val="ListNumber"/>
        <w:spacing w:line="240" w:lineRule="auto"/>
        <w:ind w:left="720"/>
      </w:pPr>
      <w:r/>
      <w:hyperlink r:id="rId15">
        <w:r>
          <w:rPr>
            <w:color w:val="0000EE"/>
            <w:u w:val="single"/>
          </w:rPr>
          <w:t>https://www.thaipr.net/en/travel_en/3671077</w:t>
        </w:r>
      </w:hyperlink>
      <w:r>
        <w:t xml:space="preserve"> - Four Seasons Resort Chiang Mai has received the Green Key certificate, a leading standard for excellence in environmental responsibility and sustainable operation within the tourism industry. This recognition highlights the resort's commitment to preserving and regenerating the environment and leaving a positive, enduring impact on the local community. The resort has embraced sustainability as a guiding principle, honouring the natural beauty of Northern Thailand while leading the way in responsible tourism.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svhi6ksegjcg/" TargetMode="External"/><Relationship Id="rId10" Type="http://schemas.openxmlformats.org/officeDocument/2006/relationships/hyperlink" Target="https://www.pattayamail.com/latestnews/news/tat-stages-amazing-chiang-mai-green-guide-fest-2026-on-aug-28-30-562805" TargetMode="External"/><Relationship Id="rId11" Type="http://schemas.openxmlformats.org/officeDocument/2006/relationships/hyperlink" Target="https://www.tattpe.org.tw/News/Info.html?id=1079" TargetMode="External"/><Relationship Id="rId12" Type="http://schemas.openxmlformats.org/officeDocument/2006/relationships/hyperlink" Target="https://www.sapgw.com/en/economy/20260821-10.html" TargetMode="External"/><Relationship Id="rId13" Type="http://schemas.openxmlformats.org/officeDocument/2006/relationships/hyperlink" Target="https://thailand.go.th/issue-focus-detail/tat-unveils-chiang-mai-prototype-to-position-the-city-as-a-global-benchmark-for-sustainable-tourism" TargetMode="External"/><Relationship Id="rId14" Type="http://schemas.openxmlformats.org/officeDocument/2006/relationships/hyperlink" Target="https://www.thailandexhibition.com/thai-event-details/amazing-chiang-mai-green-guide-fest-2026/32960" TargetMode="External"/><Relationship Id="rId15" Type="http://schemas.openxmlformats.org/officeDocument/2006/relationships/hyperlink" Target="https://www.thaipr.net/en/travel_en/3671077"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