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Thailand’s September cultural calendar embraces tradition and modern festivities with new regional highlights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September offers travellers a packed calendar of festivals, performances and cultural fairs across Thailand, with events spread from Sukhothai and Ratchaburi to Bangkok, Songkhla and Nakhon Si Thammarat. For visitors planning a trip around live music, heritage or food, the month provides a strong mix of local-scale celebrations and larger national showcases, many of them centred on easily reached city venues and long-running community traditions.</w:t>
      </w:r>
      <w:r/>
    </w:p>
    <w:p>
      <w:r/>
      <w:r>
        <w:t>One of the earliest highlights is Saneh Si San Sawankhalok in Sukhothai, which runs from 28 August to 1 September at the old community market and street art area in Sawankhalok District. The event combines street art, local products and cultural activities in a historic setting, making it a good stop for travellers who want a more atmospheric, community-based experience rather than a formal festival environment.</w:t>
      </w:r>
      <w:r/>
    </w:p>
    <w:p>
      <w:r/>
      <w:r>
        <w:t>In Nonthaburi, Colors of Thai Thai takes place from 2 to 6 September at IMPACT Exhibition Hall 7 to 8, bringing together Thai performing arts, craftsmanship and cultural demonstrations. The Ministry of Culture says the event is designed as a broad showcase of heritage and contemporary presentation, which should make it especially useful for visitors who want a concentrated look at Thai traditions without travelling far from Bangkok.</w:t>
      </w:r>
      <w:r/>
    </w:p>
    <w:p>
      <w:r/>
      <w:r>
        <w:t>Ratchaburi is also joining the month’s cultural circuit with "Muang Kao Lao Rueang Art" under the theme "Saneh Thai: Feel All the Feelings @ Ratchaburi", running from 3 to 6 September in the old town area opposite Koy Kee Market. With art displays and activities inspired by local stories and identity, it offers a more intimate urban outing for travellers who like walkable heritage districts and creative events with a strong sense of place.</w:t>
      </w:r>
      <w:r/>
    </w:p>
    <w:p>
      <w:r/>
      <w:r>
        <w:t>Music fans have several options. J-Park Natsu Matsuri 2026 in Si Racha, Chon Buri, runs from 4 to 6 September and recreates the feel of a Japanese summer festival with performances, fireworks and food stalls. On 5 September, Feel All the Feelings @ Uthai Thani Music Festival 2026 brings Thai acts to Phu Pruksa Resort in Ban Rai, offering a more scenic inland setting. Bangkok’s International Festival of Performing Arts and Music begins the same day at the Thailand Cultural Centre and continues until 17 October; according to reports from the event organisers and local media, the programme includes 12 performances by companies from nine countries, ranging from opera and ballet to contemporary dance and multimedia work.</w:t>
      </w:r>
      <w:r/>
    </w:p>
    <w:p>
      <w:r/>
      <w:r>
        <w:t>Later in the month, travellers looking for culture with a more atmospheric edge can head to Songkhla National Museum for Music and Night at the Museum #5: Songkhla Motifs on 11 and 12 September. Suphan Buri then hosts its music festival, Man Noe Mak, from 11 to 13 September, with free concerts, food and more than 100 vendors. Coffee lovers are not left out either: Thailand Coffee Fest 2026 runs from 10 to 13 September at IMPACT in Nonthaburi, bringing together producers, roasters, cafés and consumers in one of the month’s most practical fairs for anyone keen to sample the country’s growing coffee scene.</w:t>
      </w:r>
      <w:r/>
    </w:p>
    <w:p>
      <w:r/>
      <w:r>
        <w:t>The latter half of September leans towards tradition and spectacle. In Sakon Nakhon, Bun Duean Sip, the traditional long boat race, Lai Ruea Fai and Phra Kaeo Worship Festival takes place from 20 to 26 September, combining water races, candlelit displays, worship ceremonies and evening entertainment. The Phichit traditional long-boat racing festival, reported separately by Discovery Thailand, overlaps in late August and early September, underlining how river and boat traditions remain a major draw for visitors interested in regional culture. Further south, Pattaya Marathon 2026 on 26 and 27 September adds an active option for runners wanting a coastal race setting.</w:t>
      </w:r>
      <w:r/>
    </w:p>
    <w:p>
      <w:r/>
      <w:r>
        <w:t>The month closes with one of southern Thailand’s major annual events: Nakhon Si Thammarat’s Sart Duean Sip Tradition and Red Cross Fair, which runs from 28 September to 12 October. The fair includes merit-making ceremonies, the Hmฺrab procession, Nang Talung and Manora performances, OTOP shopping and charity activities. For travellers, it is one of the strongest reasons to visit the province in early autumn, offering a rare chance to see living tradition, performance and local community life in one place.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[1]</w:t>
        </w:r>
      </w:hyperlink>
      <w:r>
        <w:t xml:space="preserve">, </w:t>
      </w:r>
      <w:hyperlink r:id="rId10">
        <w:r>
          <w:rPr>
            <w:color w:val="0000EE"/>
            <w:u w:val="single"/>
          </w:rPr>
          <w:t>[5]</w:t>
        </w:r>
      </w:hyperlink>
      <w:r>
        <w:t xml:space="preserve">- Paragraph 3: </w:t>
      </w:r>
      <w:hyperlink r:id="rId9">
        <w:r>
          <w:rPr>
            <w:color w:val="0000EE"/>
            <w:u w:val="single"/>
          </w:rPr>
          <w:t>[1]</w:t>
        </w:r>
      </w:hyperlink>
      <w:r>
        <w:t xml:space="preserve">- Paragraph 4: </w:t>
      </w:r>
      <w:hyperlink r:id="rId9">
        <w:r>
          <w:rPr>
            <w:color w:val="0000EE"/>
            <w:u w:val="single"/>
          </w:rPr>
          <w:t>[1]</w:t>
        </w:r>
      </w:hyperlink>
      <w:r>
        <w:t xml:space="preserve">, </w:t>
      </w:r>
      <w:hyperlink r:id="rId11">
        <w:r>
          <w:rPr>
            <w:color w:val="0000EE"/>
            <w:u w:val="single"/>
          </w:rPr>
          <w:t>[4]</w:t>
        </w:r>
      </w:hyperlink>
      <w:r>
        <w:t xml:space="preserve">, </w:t>
      </w:r>
      <w:hyperlink r:id="rId12">
        <w:r>
          <w:rPr>
            <w:color w:val="0000EE"/>
            <w:u w:val="single"/>
          </w:rPr>
          <w:t>[7]</w:t>
        </w:r>
      </w:hyperlink>
      <w:r>
        <w:t xml:space="preserve">- Paragraph 5: </w:t>
      </w:r>
      <w:hyperlink r:id="rId9">
        <w:r>
          <w:rPr>
            <w:color w:val="0000EE"/>
            <w:u w:val="single"/>
          </w:rPr>
          <w:t>[1]</w:t>
        </w:r>
      </w:hyperlink>
      <w:r>
        <w:t xml:space="preserve">, </w:t>
      </w:r>
      <w:hyperlink r:id="rId13">
        <w:r>
          <w:rPr>
            <w:color w:val="0000EE"/>
            <w:u w:val="single"/>
          </w:rPr>
          <w:t>[3]</w:t>
        </w:r>
      </w:hyperlink>
      <w:r>
        <w:t xml:space="preserve">- Paragraph 6: </w:t>
      </w:r>
      <w:hyperlink r:id="rId9">
        <w:r>
          <w:rPr>
            <w:color w:val="0000EE"/>
            <w:u w:val="single"/>
          </w:rPr>
          <w:t>[1]</w:t>
        </w:r>
      </w:hyperlink>
      <w:r>
        <w:t xml:space="preserve">- Paragraph 7: </w:t>
      </w:r>
      <w:hyperlink r:id="rId9">
        <w:r>
          <w:rPr>
            <w:color w:val="0000EE"/>
            <w:u w:val="single"/>
          </w:rPr>
          <w:t>[1]</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https://www.tatnews.org/2026/08/september-event-and-calendar/</w:t>
        </w:r>
      </w:hyperlink>
      <w:r>
        <w:t xml:space="preserve"> - Please view link - unable to able to access data</w:t>
      </w:r>
      <w:r/>
    </w:p>
    <w:p>
      <w:pPr>
        <w:pStyle w:val="ListNumber"/>
        <w:spacing w:line="240" w:lineRule="auto"/>
        <w:ind w:left="720"/>
      </w:pPr>
      <w:r/>
      <w:hyperlink r:id="rId9">
        <w:r>
          <w:rPr>
            <w:color w:val="0000EE"/>
            <w:u w:val="single"/>
          </w:rPr>
          <w:t>https://www.tatnews.org/2026/08/september-event-and-calendar/</w:t>
        </w:r>
      </w:hyperlink>
      <w:r>
        <w:t xml:space="preserve"> - This article provides an overview of various cultural, artistic, and musical events taking place across Thailand in September 2026. Highlights include the Saneh Si San Sawankhalok festival in Sukhothai, the Colors of Thai Thai festival in Nonthaburi, and the 'Muang Kao Lao Rueang Art' event in Ratchaburi. Additionally, it mentions the J-Park Natsu Matsuri 2026 in Chon Buri, the Feel All the Feelings @ Uthai Thani Music Festival 2026, and the Bangkok International Festival of Performing Arts and Music. The article also covers the Music and Night at the Museum #5: Songkhla Motifs in Songkhla, the Suphan Buri Music Festival: 'Man Noe Mak', the Thailand Coffee Fest 2026 in Nonthaburi, the Bun Duean Sip, Traditional Long Boat Race, Lai Ruea Fai and Phra Kaeo Worship Festival 2026 in Sakon Nakhon, the Pattaya Marathon 2026 in Chon Buri, and Nakhon Si Thammarat’s Sart Duean Sip Tradition and Red Cross Fair 2026.</w:t>
      </w:r>
      <w:r/>
    </w:p>
    <w:p>
      <w:pPr>
        <w:pStyle w:val="ListNumber"/>
        <w:spacing w:line="240" w:lineRule="auto"/>
        <w:ind w:left="720"/>
      </w:pPr>
      <w:r/>
      <w:hyperlink r:id="rId13">
        <w:r>
          <w:rPr>
            <w:color w:val="0000EE"/>
            <w:u w:val="single"/>
          </w:rPr>
          <w:t>https://www.discoverythailand.com/events-phichit-traditional-long-boat-racing-festival-2026</w:t>
        </w:r>
      </w:hyperlink>
      <w:r>
        <w:t xml:space="preserve"> - The Phichit Traditional Long-Boat Racing Festival 2026 is scheduled from August 28 to September 6, 2026, at Wat Tha Luang Royal Monastery in Phichit. The festival features traditional long-boat races competing for the Royal Trophy of His Majesty the King, along with cultural exhibitions, local food, OTOP shopping, amusement rides, and nightly concerts. This event offers a unique opportunity to experience Thailand's rich cultural heritage and community spirit.</w:t>
      </w:r>
      <w:r/>
    </w:p>
    <w:p>
      <w:pPr>
        <w:pStyle w:val="ListNumber"/>
        <w:spacing w:line="240" w:lineRule="auto"/>
        <w:ind w:left="720"/>
      </w:pPr>
      <w:r/>
      <w:hyperlink r:id="rId11">
        <w:r>
          <w:rPr>
            <w:color w:val="0000EE"/>
            <w:u w:val="single"/>
          </w:rPr>
          <w:t>https://www.nationthailand.com/life/entertainment/40066768</w:t>
        </w:r>
      </w:hyperlink>
      <w:r>
        <w:t xml:space="preserve"> - Bangkok’s 28th International Festival of Dance &amp; Music is set to return with a full programme of world-class performances throughout September and October 2026. The festival features 12 productions from nine countries, spanning opera, ballet, contemporary performance, and multimedia shows. Highlights include the New York City Opera's 'Opera Goes to Hollywood', a contemporary ballet about Coco Chanel, and classical ballets like 'Romeo &amp; Juliet' from the Bolshoi Theatre of Belarus.</w:t>
      </w:r>
      <w:r/>
    </w:p>
    <w:p>
      <w:pPr>
        <w:pStyle w:val="ListNumber"/>
        <w:spacing w:line="240" w:lineRule="auto"/>
        <w:ind w:left="720"/>
      </w:pPr>
      <w:r/>
      <w:hyperlink r:id="rId10">
        <w:r>
          <w:rPr>
            <w:color w:val="0000EE"/>
            <w:u w:val="single"/>
          </w:rPr>
          <w:t>https://thailandrecorder.com/ministry-of-culture-announces-national-cultural-festival-colors-of-thai-culture/</w:t>
        </w:r>
      </w:hyperlink>
      <w:r>
        <w:t xml:space="preserve"> - The Ministry of Culture is hosting the 'National Cultural Festival: Colors of Thai' from September 2nd to 6th, 2026, at IMPACT Exhibition Hall 7-8, Muang Thong Thani. The festival celebrates Thai culture with activities themed around 'Eat, Travel, See, Try, and Learn'. It features five main zones: 'Colors of Thai Heritage, Faith and Traditions', 'Colors of Thai Wisdom and Craftsmanship', 'Colors of Thai Performing Arts', 'Colors of Thai Flavors', and 'Colors of Inspiration'.</w:t>
      </w:r>
      <w:r/>
    </w:p>
    <w:p>
      <w:pPr>
        <w:pStyle w:val="ListNumber"/>
        <w:spacing w:line="240" w:lineRule="auto"/>
        <w:ind w:left="720"/>
      </w:pPr>
      <w:r/>
      <w:hyperlink r:id="rId15">
        <w:r>
          <w:rPr>
            <w:color w:val="0000EE"/>
            <w:u w:val="single"/>
          </w:rPr>
          <w:t>https://www.tradefairdates.com/Bangkok-Gems-Jewelry-Fair-M9322/Bangkok.html</w:t>
        </w:r>
      </w:hyperlink>
      <w:r>
        <w:t xml:space="preserve"> - The Bangkok Gems &amp; Jewelry Fair is one of the most prominent trade events in the international jewelry and gemstone industry. Held from September 8 to 12, 2026, at the Queen Sirikit National Convention Center in Bangkok, the fair showcases Thai craftsmanship, global trade expertise, and creative innovation. Organized by the Department of International Trade Promotion (DITP) under the Ministry of Commerce, in collaboration with the Gems Jewelry Institute of Thailand (GIT), the event highlights Thailand’s rich jewelry-making tradition and its role as a global hub for gemstones and jewelry.</w:t>
      </w:r>
      <w:r/>
    </w:p>
    <w:p>
      <w:pPr>
        <w:pStyle w:val="ListNumber"/>
        <w:spacing w:line="240" w:lineRule="auto"/>
        <w:ind w:left="720"/>
      </w:pPr>
      <w:r/>
      <w:hyperlink r:id="rId12">
        <w:r>
          <w:rPr>
            <w:color w:val="0000EE"/>
            <w:u w:val="single"/>
          </w:rPr>
          <w:t>https://www.timeout.com/bangkok/news/bangkoks-international-festival-of-dance-music-052926</w:t>
        </w:r>
      </w:hyperlink>
      <w:r>
        <w:t xml:space="preserve"> - Bangkok's International Festival of Dance and Music is back for another season of grand productions, towering sets, and performances that genuinely earn their standing ovations. Running throughout September and October at the Thailand Cultural Centre, the festival gathers renowned ballet companies, opera houses, and contemporary performers for two months of theatrical spectacle in the capital. This year's programme stretches from timeless romance and classical opera to visually ambitious contemporary work.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atnews.org/2026/08/september-event-and-calendar/" TargetMode="External"/><Relationship Id="rId10" Type="http://schemas.openxmlformats.org/officeDocument/2006/relationships/hyperlink" Target="https://thailandrecorder.com/ministry-of-culture-announces-national-cultural-festival-colors-of-thai-culture/" TargetMode="External"/><Relationship Id="rId11" Type="http://schemas.openxmlformats.org/officeDocument/2006/relationships/hyperlink" Target="https://www.nationthailand.com/life/entertainment/40066768" TargetMode="External"/><Relationship Id="rId12" Type="http://schemas.openxmlformats.org/officeDocument/2006/relationships/hyperlink" Target="https://www.timeout.com/bangkok/news/bangkoks-international-festival-of-dance-music-052926" TargetMode="External"/><Relationship Id="rId13" Type="http://schemas.openxmlformats.org/officeDocument/2006/relationships/hyperlink" Target="https://www.discoverythailand.com/events-phichit-traditional-long-boat-racing-festival-2026" TargetMode="External"/><Relationship Id="rId14" Type="http://schemas.openxmlformats.org/officeDocument/2006/relationships/hyperlink" Target="https://www.noahwire.com" TargetMode="External"/><Relationship Id="rId15" Type="http://schemas.openxmlformats.org/officeDocument/2006/relationships/hyperlink" Target="https://www.tradefairdates.com/Bangkok-Gems-Jewelry-Fair-M9322/Bangkok.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