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diverse wedding destinations offer personalised settings for every couple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couples weighing up a Thailand wedding, the appeal is less about one perfect backdrop than the range: there are broad beaches for large family gatherings, quieter coves for smaller guest lists, mountain settings for something more personal, and countryside retreats for couples who want the celebration to feel more like a weekend away than a formal production. In Phuket, that flexibility is especially clear. Le Méridien Phuket Beach Resort points to a private 500-metre stretch of sand, space for up to 300 guests and both indoor and outdoor venues, while The Surin Phuket and Chatrium Phuket Rawai show how the island can also work for more intimate beach ceremonies, with secluded coves, sunset settings and a calmer pace on the southern coast. </w:t>
      </w:r>
      <w:r/>
    </w:p>
    <w:p>
      <w:r/>
      <w:r>
        <w:t xml:space="preserve">That makes Phuket a useful benchmark for the rest of the list. Krabi stands out for couples who want dramatic scenery to do the heavy lifting, while Khao Lak offers a quieter, more restrained version of the Andaman coast. Koh Samui leans into private villas and multi-day celebrations with a more exclusive feel, which suits couples planning something smaller but still destination-led. These are the places where the wedding itself can be designed around the landscape rather than the other way round. </w:t>
      </w:r>
      <w:r/>
    </w:p>
    <w:p>
      <w:r/>
      <w:r>
        <w:t xml:space="preserve">Further north, Chiang Mai offers a very different proposition: heritage, greenery and a cooler, more contemplative atmosphere than the beach resorts in the south. Chiang Rai pushes that mood further, with a more offbeat, less obvious setting for couples who want mountain views and a sense of discovery. Khao Yai, meanwhile, brings vineyard and forest scenery that can work well for outdoor dinners and a more European-style aesthetic without leaving Thailand. </w:t>
      </w:r>
      <w:r/>
    </w:p>
    <w:p>
      <w:r/>
      <w:r>
        <w:t xml:space="preserve">For travellers choosing where to go, the practical question is what sort of wedding trip they want their guests to have. Hua Hin is the easiest fit for families, with a seaside-town feel that tends to be less frenetic than island hotspots. Kanchanaburi is better for couples who want nature, riverside calm and a slower rhythm. Taken together, the feature’s shortlist shows why Thailand remains so popular: it can be as grand, intimate, relaxed or scenic as the couple wants, with the setting doing as much work as the décor.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https://www.weddingvows.com/thailand-but-make-it-your-wedding-9-destinations-every-indian-couple-should-know/</w:t>
        </w:r>
      </w:hyperlink>
      <w:r>
        <w:t xml:space="preserve"> - Please view link - unable to able to access data</w:t>
      </w:r>
      <w:r/>
    </w:p>
    <w:p>
      <w:pPr>
        <w:pStyle w:val="ListNumber"/>
        <w:spacing w:line="240" w:lineRule="auto"/>
        <w:ind w:left="720"/>
      </w:pPr>
      <w:r/>
      <w:hyperlink r:id="rId10">
        <w:r>
          <w:rPr>
            <w:color w:val="0000EE"/>
            <w:u w:val="single"/>
          </w:rPr>
          <w:t>https://www.marriott.com/en-us/hotels/hktmd-le-meridien-phuket-beach-resort/weddings/make-your-island-wedding-visions-come-alive/</w:t>
        </w:r>
      </w:hyperlink>
      <w:r>
        <w:t xml:space="preserve"> - Le Méridien Phuket Beach Resort offers a secluded 500-meter pristine beach, lush tropical greenery, and 470 well-appointed rooms and suites. The resort provides over 1,310 square meters of floor space and a Conference Centre with modern AV technology, catering to events of up to 300 guests with various indoor and outdoor venue options. Couples can exchange vows on the private white-sand beach, with expert event planning and custom catering teams assisting in designing international menus, themed celebrations, and arranging live entertainment. The breathtaking sunsets and lush surroundings enhance the romantic atmosphere of the weddings held here.</w:t>
      </w:r>
      <w:r/>
    </w:p>
    <w:p>
      <w:pPr>
        <w:pStyle w:val="ListNumber"/>
        <w:spacing w:line="240" w:lineRule="auto"/>
        <w:ind w:left="720"/>
      </w:pPr>
      <w:r/>
      <w:hyperlink r:id="rId11">
        <w:r>
          <w:rPr>
            <w:color w:val="0000EE"/>
            <w:u w:val="single"/>
          </w:rPr>
          <w:t>https://www.surinphuket.com/weddings</w:t>
        </w:r>
      </w:hyperlink>
      <w:r>
        <w:t xml:space="preserve"> - The Surin Phuket is a beachfront resort located on the private Pansea Beach, offering a secluded cove for weddings. The resort provides a quiet, low-rise atmosphere with cottages set among palms, suitable for couples seeking an established resort character. Weddings can be held on the beach itself, with the resort's team handling styling, catering, and personalization for parties ranging from twenty to about one hundred guests. The setting offers a unique and intimate experience for couples looking for a distinctive wedding venue.</w:t>
      </w:r>
      <w:r/>
    </w:p>
    <w:p>
      <w:pPr>
        <w:pStyle w:val="ListNumber"/>
        <w:spacing w:line="240" w:lineRule="auto"/>
        <w:ind w:left="720"/>
      </w:pPr>
      <w:r/>
      <w:hyperlink r:id="rId12">
        <w:r>
          <w:rPr>
            <w:color w:val="0000EE"/>
            <w:u w:val="single"/>
          </w:rPr>
          <w:t>https://www.chatrium.com/chatriumphuketrawai/occasions/wedding</w:t>
        </w:r>
      </w:hyperlink>
      <w:r>
        <w:t xml:space="preserve"> - Chatrium Phuket Rawai is a luxury beachfront resort located on the quieter southern coastline of Phuket. The resort offers a private sanctuary with sea views and sunset ceremony locations, providing a calm and unhurried atmosphere for weddings and celebrations. The spaces adapt to the scale of the occasion, with refined spaces, attentive service, and the calm of southern Phuket. Couples can plan their Phuket wedding with the resort's packages, ensuring a memorable and personalized experience.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ddingvows.com/thailand-but-make-it-your-wedding-9-destinations-every-indian-couple-should-know/" TargetMode="External"/><Relationship Id="rId10" Type="http://schemas.openxmlformats.org/officeDocument/2006/relationships/hyperlink" Target="https://www.marriott.com/en-us/hotels/hktmd-le-meridien-phuket-beach-resort/weddings/make-your-island-wedding-visions-come-alive/" TargetMode="External"/><Relationship Id="rId11" Type="http://schemas.openxmlformats.org/officeDocument/2006/relationships/hyperlink" Target="https://www.surinphuket.com/weddings" TargetMode="External"/><Relationship Id="rId12" Type="http://schemas.openxmlformats.org/officeDocument/2006/relationships/hyperlink" Target="https://www.chatrium.com/chatriumphuketrawai/occasions/wedding" TargetMode="External"/><Relationship Id="rId13"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