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Betong emerges as a quirky mountain retreat with hidden historical gems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Betong is emerging as one of southern Thailand’s more intriguing side trips: a compact border town that trades beach crowds for cooler mountain scenery, unusual landmarks and a slower pace. For travellers already exploring Yala province, it offers a mix of history, small-town character and easy walking that feels quite different from the country’s better-known resort destinations.</w:t>
      </w:r>
      <w:r/>
    </w:p>
    <w:p>
      <w:r/>
      <w:r>
        <w:t>One of the strongest draws is how much of the town can be taken in without rushing. Betong’s centre is small enough to explore on foot, and its streets hold some of its quirkiest sights, from the old clock tower area to oversized post boxes that have become local landmarks. Reuters-style travel writing would usually call this novelty, but in practice it gives the town a playful personality that is easy for visitors to enjoy in a single weekend.</w:t>
      </w:r>
      <w:r/>
    </w:p>
    <w:p>
      <w:r/>
      <w:r>
        <w:t xml:space="preserve">The best-known historical stop is the Piyamit Tunnel, about 15km from town. Travel listings describe it as a hand-dug underground network from the late 1970s, built by communist guerrillas and now presented as a museum-style attraction. Visitors can walk through parts of the tunnel, see former living and storage spaces, and get a clearer sense of the insurgency-era history that shaped this part of the border region. Most listings say it is open daily, usually from morning until late afternoon, with an entry fee that remains modest by tourist-attraction standards. </w:t>
      </w:r>
      <w:r/>
    </w:p>
    <w:p>
      <w:r/>
      <w:r>
        <w:t>Betong’s other signature sight is the Mongkollit Tunnel, Thailand’s first mountain tunnel, which has become as much an evening attraction as a transport link. By day it is simply a practical route through the hills; after dark, the blue lighting turns it into one of the town’s more memorable photo stops. Nearby, Route 410 adds another layer of appeal for road trippers, with winding mountain stretches that are especially popular with motorcyclists looking for a scenic drive rather than a quick transfer.</w:t>
      </w:r>
      <w:r/>
    </w:p>
    <w:p>
      <w:r/>
      <w:r>
        <w:t>For a slower, more conventional stop, Wat Phutiwhat, also known as Wat Phanthai Aphiwat, offers a calmer counterpoint to the tunnels and roadside curiosities. The temple’s large bronze Buddha and hilltop setting give visitors a straightforward introduction to the town’s religious life, while the café scene is growing too. One of the more talked-about spots is a café inside a renovated abandoned building near the Mongkollit Tunnel, where rooftop seating gives wide views over the valley. For travellers weighing whether Betong is worth the detour, that combination of history, scenery and low-key convenience is exactly the point: it is not Thailand’s loudest destination, but it may be one of its most surprising.</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[1]</w:t>
        </w:r>
      </w:hyperlink>
      <w:r>
        <w:t xml:space="preserve">- Paragraph 2: </w:t>
      </w:r>
      <w:hyperlink r:id="rId9">
        <w:r>
          <w:rPr>
            <w:color w:val="0000EE"/>
            <w:u w:val="single"/>
          </w:rPr>
          <w:t>[1]</w:t>
        </w:r>
      </w:hyperlink>
      <w:r>
        <w:t xml:space="preserve">- Paragraph 3: </w:t>
      </w:r>
      <w:hyperlink r:id="rId10">
        <w:r>
          <w:rPr>
            <w:color w:val="0000EE"/>
            <w:u w:val="single"/>
          </w:rPr>
          <w:t>[2]</w:t>
        </w:r>
      </w:hyperlink>
      <w:r>
        <w:t xml:space="preserve">, </w:t>
      </w:r>
      <w:hyperlink r:id="rId11">
        <w:r>
          <w:rPr>
            <w:color w:val="0000EE"/>
            <w:u w:val="single"/>
          </w:rPr>
          <w:t>[3]</w:t>
        </w:r>
      </w:hyperlink>
      <w:r>
        <w:t xml:space="preserve">, </w:t>
      </w:r>
      <w:hyperlink r:id="rId12">
        <w:r>
          <w:rPr>
            <w:color w:val="0000EE"/>
            <w:u w:val="single"/>
          </w:rPr>
          <w:t>[4]</w:t>
        </w:r>
      </w:hyperlink>
      <w:r>
        <w:t xml:space="preserve">, </w:t>
      </w:r>
      <w:hyperlink r:id="rId13">
        <w:r>
          <w:rPr>
            <w:color w:val="0000EE"/>
            <w:u w:val="single"/>
          </w:rPr>
          <w:t>[5]</w:t>
        </w:r>
      </w:hyperlink>
      <w:r>
        <w:t xml:space="preserve">, </w:t>
      </w:r>
      <w:hyperlink r:id="rId14">
        <w:r>
          <w:rPr>
            <w:color w:val="0000EE"/>
            <w:u w:val="single"/>
          </w:rPr>
          <w:t>[6]</w:t>
        </w:r>
      </w:hyperlink>
      <w:r>
        <w:t xml:space="preserve">, </w:t>
      </w:r>
      <w:hyperlink r:id="rId15">
        <w:r>
          <w:rPr>
            <w:color w:val="0000EE"/>
            <w:u w:val="single"/>
          </w:rPr>
          <w:t>[7]</w:t>
        </w:r>
      </w:hyperlink>
      <w:r>
        <w:t xml:space="preserve">- Paragraph 4: </w:t>
      </w:r>
      <w:hyperlink r:id="rId9">
        <w:r>
          <w:rPr>
            <w:color w:val="0000EE"/>
            <w:u w:val="single"/>
          </w:rPr>
          <w:t>[1]</w:t>
        </w:r>
      </w:hyperlink>
      <w:r>
        <w:t xml:space="preserve">- Paragraph 5: </w:t>
      </w:r>
      <w:hyperlink r:id="rId9">
        <w:r>
          <w:rPr>
            <w:color w:val="0000EE"/>
            <w:u w:val="single"/>
          </w:rPr>
          <w:t>[1]</w:t>
        </w:r>
      </w:hyperlink>
      <w:r/>
    </w:p>
    <w:p>
      <w:r/>
      <w:r>
        <w:t xml:space="preserve">Source: </w:t>
      </w:r>
      <w:hyperlink r:id="rId16">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https://www.travelandtourworld.com/news/article/utk6zgkd8qcu/</w:t>
        </w:r>
      </w:hyperlink>
      <w:r>
        <w:t xml:space="preserve"> - Please view link - unable to able to access data</w:t>
      </w:r>
      <w:r/>
    </w:p>
    <w:p>
      <w:pPr>
        <w:pStyle w:val="ListNumber"/>
        <w:spacing w:line="240" w:lineRule="auto"/>
        <w:ind w:left="720"/>
      </w:pPr>
      <w:r/>
      <w:hyperlink r:id="rId10">
        <w:r>
          <w:rPr>
            <w:color w:val="0000EE"/>
            <w:u w:val="single"/>
          </w:rPr>
          <w:t>https://www.thaiholidayguide.com/attraction/piyamit-tunnel/</w:t>
        </w:r>
      </w:hyperlink>
      <w:r>
        <w:t xml:space="preserve"> - The Piyamit Tunnel, located in Betong, Thailand, is a hand-dug hideout constructed in 1976 by communist guerrillas. Spanning approximately one kilometre, the tunnel features multiple entrances and served as a shelter and storage area during periods of conflict. Today, it operates as a museum, offering visitors insights into its historical significance and the daily life of its former inhabitants. The site is open daily from 8:00 am to 4:30 pm, with an entry fee of around 40 THB. Visitors can explore the well-lit tunnel, view exhibits, and learn about the tunnel's construction and use. The surrounding area provides a glimpse into the natural environment that once concealed this clandestine network. (</w:t>
      </w:r>
      <w:hyperlink r:id="rId17">
        <w:r>
          <w:rPr>
            <w:color w:val="0000EE"/>
            <w:u w:val="single"/>
          </w:rPr>
          <w:t>thaiholidayguide.com</w:t>
        </w:r>
      </w:hyperlink>
      <w:r>
        <w:t>)</w:t>
      </w:r>
      <w:r/>
    </w:p>
    <w:p>
      <w:pPr>
        <w:pStyle w:val="ListNumber"/>
        <w:spacing w:line="240" w:lineRule="auto"/>
        <w:ind w:left="720"/>
      </w:pPr>
      <w:r/>
      <w:hyperlink r:id="rId11">
        <w:r>
          <w:rPr>
            <w:color w:val="0000EE"/>
            <w:u w:val="single"/>
          </w:rPr>
          <w:t>https://www.butterflyhotelbetong.com/piyamit-tunnel</w:t>
        </w:r>
      </w:hyperlink>
      <w:r>
        <w:t xml:space="preserve"> - The Piyamit Tunnel, situated in Betong, Thailand, is a historical site built in 1976 by the Communist Party of Malaya. The tunnel system, approximately one kilometre in length, was constructed over three months and served as a refuge and storage area during the insurgency. Today, it functions as a museum, showcasing artifacts and providing insights into the life of its former occupants. The site is open daily from 8:00 am to 4:30 pm, with an entry fee of around 40 THB. Visitors can explore the tunnel, view exhibits, and learn about its historical context. (</w:t>
      </w:r>
      <w:hyperlink r:id="rId18">
        <w:r>
          <w:rPr>
            <w:color w:val="0000EE"/>
            <w:u w:val="single"/>
          </w:rPr>
          <w:t>butterflyhotelbetong.com</w:t>
        </w:r>
      </w:hyperlink>
      <w:r>
        <w:t>)</w:t>
      </w:r>
      <w:r/>
    </w:p>
    <w:p>
      <w:pPr>
        <w:pStyle w:val="ListNumber"/>
        <w:spacing w:line="240" w:lineRule="auto"/>
        <w:ind w:left="720"/>
      </w:pPr>
      <w:r/>
      <w:hyperlink r:id="rId12">
        <w:r>
          <w:rPr>
            <w:color w:val="0000EE"/>
            <w:u w:val="single"/>
          </w:rPr>
          <w:t>https://www.showcaves.com/english/th/subterranea/Piyamit.html</w:t>
        </w:r>
      </w:hyperlink>
      <w:r>
        <w:t xml:space="preserve"> - The Piyamit Tunnel, located in Betong, Thailand, is a secret bunker constructed in 1977 by the Communist Party of Malaya. The tunnel system, approximately one kilometre in length, was built in three months and served as a shelter and storage area during the insurgency. Today, it operates as a tourist attraction, offering guided tours and a museum that explains the tunnel's history and the way of life in the forest. The site is open daily from 8:00 am to 4:30 pm, with an entry fee of 70 THB for adults. (</w:t>
      </w:r>
      <w:hyperlink r:id="rId19">
        <w:r>
          <w:rPr>
            <w:color w:val="0000EE"/>
            <w:u w:val="single"/>
          </w:rPr>
          <w:t>showcaves.com</w:t>
        </w:r>
      </w:hyperlink>
      <w:r>
        <w:t>)</w:t>
      </w:r>
      <w:r/>
    </w:p>
    <w:p>
      <w:pPr>
        <w:pStyle w:val="ListNumber"/>
        <w:spacing w:line="240" w:lineRule="auto"/>
        <w:ind w:left="720"/>
      </w:pPr>
      <w:r/>
      <w:hyperlink r:id="rId13">
        <w:r>
          <w:rPr>
            <w:color w:val="0000EE"/>
            <w:u w:val="single"/>
          </w:rPr>
          <w:t>https://wanderlog.com/place/details/329299/piyamit-tunnel</w:t>
        </w:r>
      </w:hyperlink>
      <w:r>
        <w:t xml:space="preserve"> - The Piyamit Tunnel in Betong, Thailand, is a historical site that offers a unique blend of history and nature. Built in 1976 by the Communist Party of Malaya, the tunnel system stretches approximately one kilometre and was used as a shelter and operational base during the insurgency. Today, it functions as a tourist attraction, providing insights into the communist era with displays of artifacts and information about the Communist Party of Malaya's activities. Visitors can explore the well-maintained surroundings, including the beautiful tropical jungle, and encounter unique wildlife while exploring the tunnels. (</w:t>
      </w:r>
      <w:hyperlink r:id="rId20">
        <w:r>
          <w:rPr>
            <w:color w:val="0000EE"/>
            <w:u w:val="single"/>
          </w:rPr>
          <w:t>wanderlog.com</w:t>
        </w:r>
      </w:hyperlink>
      <w:r>
        <w:t>)</w:t>
      </w:r>
      <w:r/>
    </w:p>
    <w:p>
      <w:pPr>
        <w:pStyle w:val="ListNumber"/>
        <w:spacing w:line="240" w:lineRule="auto"/>
        <w:ind w:left="720"/>
      </w:pPr>
      <w:r/>
      <w:hyperlink r:id="rId14">
        <w:r>
          <w:rPr>
            <w:color w:val="0000EE"/>
            <w:u w:val="single"/>
          </w:rPr>
          <w:t>https://www.imemily.com/2024/09/piyamit-tunnel-betong-thailand.html</w:t>
        </w:r>
      </w:hyperlink>
      <w:r>
        <w:t xml:space="preserve"> - The Piyamit Tunnel, located in Betong, Thailand, is a historical site nestled deep within the lush forests of southern Thailand’s Yala province. Built in the late 1970s by communist insurgents, the tunnel stretches for over one kilometre with nine narrow entrances and was used as a hideout and operational base during the Malaysian Communist insurgency. Surrounded by dense greenery, the tunnel complex is camouflaged by nature, blending seamlessly with the forested hillsides. Today, it serves as a tourist attraction, offering visitors a glimpse into its historical significance and the natural environment that once concealed this clandestine network. (</w:t>
      </w:r>
      <w:hyperlink r:id="rId21">
        <w:r>
          <w:rPr>
            <w:color w:val="0000EE"/>
            <w:u w:val="single"/>
          </w:rPr>
          <w:t>imemily.com</w:t>
        </w:r>
      </w:hyperlink>
      <w:r>
        <w:t>)</w:t>
      </w:r>
      <w:r/>
    </w:p>
    <w:p>
      <w:pPr>
        <w:pStyle w:val="ListNumber"/>
        <w:spacing w:line="240" w:lineRule="auto"/>
        <w:ind w:left="720"/>
      </w:pPr>
      <w:r/>
      <w:hyperlink r:id="rId15">
        <w:r>
          <w:rPr>
            <w:color w:val="0000EE"/>
            <w:u w:val="single"/>
          </w:rPr>
          <w:t>https://www.tripniceday.com/en/place/อุโมงค์ปิยะมิตร</w:t>
        </w:r>
      </w:hyperlink>
      <w:r>
        <w:t xml:space="preserve"> - The Piyamit Tunnel, located in Betong, Thailand, is a historical site from the Malayan Communist insurgency. Constructed in 1976, the tunnel system stretches approximately one kilometre in length and was used as a shelter and operational base during the insurgency. Today, it functions as a tourist attraction, welcoming visitors to explore its fascinating history. The site is open daily from 8:00 am to 5:00 pm, with an entry fee of 40 THB. Visitors can explore the tunnel, view exhibits, and learn about its historical context. (</w:t>
      </w:r>
      <w:hyperlink r:id="rId22">
        <w:r>
          <w:rPr>
            <w:color w:val="0000EE"/>
            <w:u w:val="single"/>
          </w:rPr>
          <w:t>tripniceday.com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utk6zgkd8qcu/" TargetMode="External"/><Relationship Id="rId10" Type="http://schemas.openxmlformats.org/officeDocument/2006/relationships/hyperlink" Target="https://www.thaiholidayguide.com/attraction/piyamit-tunnel/" TargetMode="External"/><Relationship Id="rId11" Type="http://schemas.openxmlformats.org/officeDocument/2006/relationships/hyperlink" Target="https://www.butterflyhotelbetong.com/piyamit-tunnel" TargetMode="External"/><Relationship Id="rId12" Type="http://schemas.openxmlformats.org/officeDocument/2006/relationships/hyperlink" Target="https://www.showcaves.com/english/th/subterranea/Piyamit.html" TargetMode="External"/><Relationship Id="rId13" Type="http://schemas.openxmlformats.org/officeDocument/2006/relationships/hyperlink" Target="https://wanderlog.com/place/details/329299/piyamit-tunnel" TargetMode="External"/><Relationship Id="rId14" Type="http://schemas.openxmlformats.org/officeDocument/2006/relationships/hyperlink" Target="https://www.imemily.com/2024/09/piyamit-tunnel-betong-thailand.html" TargetMode="External"/><Relationship Id="rId15" Type="http://schemas.openxmlformats.org/officeDocument/2006/relationships/hyperlink" Target="https://www.tripniceday.com/en/place/&#3629;&#3640;&#3650;&#3617;&#3591;&#3588;&#3660;&#3611;&#3636;&#3618;&#3632;&#3617;&#3636;&#3605;&#3619;" TargetMode="External"/><Relationship Id="rId16" Type="http://schemas.openxmlformats.org/officeDocument/2006/relationships/hyperlink" Target="https://www.noahwire.com" TargetMode="External"/><Relationship Id="rId17" Type="http://schemas.openxmlformats.org/officeDocument/2006/relationships/hyperlink" Target="https://www.thaiholidayguide.com/attraction/piyamit-tunnel/?utm_source=openai" TargetMode="External"/><Relationship Id="rId18" Type="http://schemas.openxmlformats.org/officeDocument/2006/relationships/hyperlink" Target="https://www.butterflyhotelbetong.com/piyamit-tunnel?utm_source=openai" TargetMode="External"/><Relationship Id="rId19" Type="http://schemas.openxmlformats.org/officeDocument/2006/relationships/hyperlink" Target="https://www.showcaves.com/english/th/subterranea/Piyamit.html?utm_source=openai" TargetMode="External"/><Relationship Id="rId20" Type="http://schemas.openxmlformats.org/officeDocument/2006/relationships/hyperlink" Target="https://wanderlog.com/place/details/329299/piyamit-tunnel?utm_source=openai" TargetMode="External"/><Relationship Id="rId21" Type="http://schemas.openxmlformats.org/officeDocument/2006/relationships/hyperlink" Target="https://www.imemily.com/2024/09/piyamit-tunnel-betong-thailand.html?utm_source=openai" TargetMode="External"/><Relationship Id="rId22" Type="http://schemas.openxmlformats.org/officeDocument/2006/relationships/hyperlink" Target="https://www.tripniceday.com/en/place/%E0%B8%AD%E0%B8%B8%E0%B9%82%E0%B8%A1%E0%B8%87%E0%B8%84%E0%B9%8C%E0%B8%9B%E0%B8%B4%E0%B8%A2%E0%B8%B0%E0%B8%A1%E0%B8%B4%E0%B8%95%E0%B8%A3?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