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Trang’s islands offer a tranquil alternative to Thailand’s resort crowds with hidden caves and low-key beaches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Trang’s islands remain one of southern Thailand’s most appealing escapes for travellers who want the Andaman Sea without the pace of Phuket or Phi Phi. The best-known draw is Ko Muk, a quiet island with fishing-village character, white sand and the headline attraction of Tham Morakot, or the Emerald Cave, while nearby Ko Kradan and Ko Ngai add easy-swimming beaches, clear water and low-key island-hopping. Travellers looking for a practical base should still think of Trang as a place for day trips rather than high-energy nightlife: the appeal here is calm seas, simple beach time and a more relaxed rhythm.</w:t>
      </w:r>
      <w:r/>
    </w:p>
    <w:p>
      <w:r/>
      <w:r>
        <w:t>The Emerald Cave is the experience most visitors come for, and it is easy to understand why. Access involves swimming roughly 80 metres through a dark tunnel to reach a hidden beach and lagoon enclosed by limestone cliffs, according to travel guides to the island. The excursion is tide-dependent, with low tide the key window, and guides also recommend midday or late-morning light for the best effect inside the cave. Visitors should also expect a national park fee and the possibility of crowds at popular times, so an early or late start is often the most comfortable option.</w:t>
      </w:r>
      <w:r/>
    </w:p>
    <w:p>
      <w:r/>
      <w:r>
        <w:t>Ko Muk itself is not just a stopover for the cave. Travel profiles describe it as a peaceful island with a fishing-village atmosphere, beaches on both coasts and a useful position for day trips to neighbouring islands. That makes it a sensible choice for travellers who prefer somewhere quieter to stay than the region’s more developed resort islands. The trade-off is straightforward: bring cash, plan ahead and do not expect the infrastructure of a major beach destination, because the island remains low-key by design.</w:t>
      </w:r>
      <w:r/>
    </w:p>
    <w:p>
      <w:r/>
      <w:r>
        <w:t>For travellers wanting more time in the water, Ko Kradan is the soft-edged counterpoint to Ko Muk’s cave drama. It is known for clear, shallow water, gentle snorkelling and kayaking, with white sand beaches and views across to other islands. Ko Ngai, meanwhile, is the more developed stop in the group, with resort stays and easier access from Trang despite technically belonging to Krabi province. It suits visitors who want a little more comfort after a day on the boat, and it is also the place where beach lunches and massages fit neatly into the itinerary.</w:t>
      </w:r>
      <w:r/>
    </w:p>
    <w:p>
      <w:r/>
      <w:r>
        <w:t>The account of one Trang island-hopping trip also shows how quickly the area can shift from adventure to indulgence. After the caves and snorkelling, the day ended at a luxury beachfront resort that has since been closed and demolished for conservation-rule breaches, meaning travellers can no longer treat that particular property as an option. That matters because it underlines a wider point about Trang: the islands are best enjoyed with flexible plans, a respect for tide times and an acceptance that accommodation choices are more limited than in Thailand’s bigger beach hubs. For most visitors, the real reward is not a packed resort scene but the combination of easy boat access, clear water and a more secluded version of island Thailand.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10">
        <w:r>
          <w:rPr>
            <w:color w:val="0000EE"/>
            <w:u w:val="single"/>
          </w:rPr>
          <w:t>[2]</w:t>
        </w:r>
      </w:hyperlink>
      <w:r>
        <w:t xml:space="preserve">- Paragraph 4: </w:t>
      </w:r>
      <w:hyperlink r:id="rId11">
        <w:r>
          <w:rPr>
            <w:color w:val="0000EE"/>
            <w:u w:val="single"/>
          </w:rPr>
          <w:t>[4]</w:t>
        </w:r>
      </w:hyperlink>
      <w:r>
        <w:t xml:space="preserve">- Paragraph 5: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https://cherylhoward.com/trang-islands/</w:t>
        </w:r>
      </w:hyperlink>
      <w:r>
        <w:t xml:space="preserve"> - Please view link - unable to able to access data</w:t>
      </w:r>
      <w:r/>
    </w:p>
    <w:p>
      <w:pPr>
        <w:pStyle w:val="ListNumber"/>
        <w:spacing w:line="240" w:lineRule="auto"/>
        <w:ind w:left="720"/>
      </w:pPr>
      <w:r/>
      <w:hyperlink r:id="rId10">
        <w:r>
          <w:rPr>
            <w:color w:val="0000EE"/>
            <w:u w:val="single"/>
          </w:rPr>
          <w:t>https://www.travelfish.org/location/thailand/southern_thailand/trang/ko_muk</w:t>
        </w:r>
      </w:hyperlink>
      <w:r>
        <w:t xml:space="preserve"> - Ko Muk, also known as Ko Mook, is a tranquil island in Trang Province, Thailand, celebrated for its serene beaches and the renowned Tham Morakot (Emerald Cave). The island offers a peaceful retreat with its fishing village atmosphere and is an excellent base for exploring nearby islands. Visitors can enjoy activities like swimming, snorkeling, and kayaking, with the Emerald Cave being a highlight accessible via a short swim through a dark tunnel leading to a secluded beach surrounded by limestone cliffs.</w:t>
      </w:r>
      <w:r/>
    </w:p>
    <w:p>
      <w:pPr>
        <w:pStyle w:val="ListNumber"/>
        <w:spacing w:line="240" w:lineRule="auto"/>
        <w:ind w:left="720"/>
      </w:pPr>
      <w:r/>
      <w:hyperlink r:id="rId12">
        <w:r>
          <w:rPr>
            <w:color w:val="0000EE"/>
            <w:u w:val="single"/>
          </w:rPr>
          <w:t>https://www.lovethailand.org/travel/en/75-Trang/4522-Koh-Muk-and-Tham-Morakot-%28Emerald-Cave%29.html</w:t>
        </w:r>
      </w:hyperlink>
      <w:r>
        <w:t xml:space="preserve"> - Koh Muk, located in Trang Province, Thailand, is renowned for its pristine beaches and the Tham Morakot (Emerald Cave). The island features high cliffs, a fishing village, and a hidden cave accessible by boat during low tide. The cave extends approximately 80 meters, leading to a secluded beach with an emerald-colored pool, surrounded by towering cliffs. Visitors can also explore local fishing villages and enjoy the island's natural beauty.</w:t>
      </w:r>
      <w:r/>
    </w:p>
    <w:p>
      <w:pPr>
        <w:pStyle w:val="ListNumber"/>
        <w:spacing w:line="240" w:lineRule="auto"/>
        <w:ind w:left="720"/>
      </w:pPr>
      <w:r/>
      <w:hyperlink r:id="rId11">
        <w:r>
          <w:rPr>
            <w:color w:val="0000EE"/>
            <w:u w:val="single"/>
          </w:rPr>
          <w:t>https://www.thethailandguides.com/city/trang/things-to-do/</w:t>
        </w:r>
      </w:hyperlink>
      <w:r>
        <w:t xml:space="preserve"> - Trang Province in Thailand offers a variety of attractions, including the Trang Islands, Tham Morakot (Emerald Cave), Koh Kradan, and Koh Ngai. The Emerald Cave is a notable destination, requiring a swim through an 80-meter tunnel to reach a hidden lagoon. Koh Kradan is known for its clear waters and excellent snorkeling opportunities, while Koh Ngai offers a relaxed atmosphere with beautiful beaches and resorts. The province also boasts local markets and cultural experiences.</w:t>
      </w:r>
      <w:r/>
    </w:p>
    <w:p>
      <w:pPr>
        <w:pStyle w:val="ListNumber"/>
        <w:spacing w:line="240" w:lineRule="auto"/>
        <w:ind w:left="720"/>
      </w:pPr>
      <w:r/>
      <w:hyperlink r:id="rId13">
        <w:r>
          <w:rPr>
            <w:color w:val="0000EE"/>
            <w:u w:val="single"/>
          </w:rPr>
          <w:t>https://thailand-vloggers.com/en/guides/trang-emerald-cave/</w:t>
        </w:r>
      </w:hyperlink>
      <w:r>
        <w:t xml:space="preserve"> - Tham Morakot, or the Emerald Cave, is a unique natural attraction on Ko Muk in Trang Province, Thailand. Visitors must swim through an 80-meter dark tunnel to reach a secluded lagoon surrounded by limestone cliffs. The experience is enhanced by the emerald hue of the water, best seen between 10:00 am and 2:00 pm when sunlight illuminates the cave. The cave is accessible only during low tide, and tours are available from Pak Meng Pier, including snorkeling around Koh Mook.</w:t>
      </w:r>
      <w:r/>
    </w:p>
    <w:p>
      <w:pPr>
        <w:pStyle w:val="ListNumber"/>
        <w:spacing w:line="240" w:lineRule="auto"/>
        <w:ind w:left="720"/>
      </w:pPr>
      <w:r/>
      <w:hyperlink r:id="rId14">
        <w:r>
          <w:rPr>
            <w:color w:val="0000EE"/>
            <w:u w:val="single"/>
          </w:rPr>
          <w:t>https://www.penang-traveltips.com/thailand/trang-province/emerald-sea-cave.htm</w:t>
        </w:r>
      </w:hyperlink>
      <w:r>
        <w:t xml:space="preserve"> - The Emerald Sea Cave, or Tham Morakot, is a natural sea cave on Ko Muk in Trang Province, Thailand. The cave features an 80-meter-long tunnel that leads to a secluded cove surrounded by towering cliffs. Access to the cave is tide-dependent, with entry possible during low tide when the water level is low enough for safe swimming. The cave is renowned for its crystal-clear waters and the unique experience of swimming through a dark tunnel to reach the hidden lagoon.</w:t>
      </w:r>
      <w:r/>
    </w:p>
    <w:p>
      <w:pPr>
        <w:pStyle w:val="ListNumber"/>
        <w:spacing w:line="240" w:lineRule="auto"/>
        <w:ind w:left="720"/>
      </w:pPr>
      <w:r/>
      <w:hyperlink r:id="rId15">
        <w:r>
          <w:rPr>
            <w:color w:val="0000EE"/>
            <w:u w:val="single"/>
          </w:rPr>
          <w:t>https://www.travelfish.org/sight_profile/thailand/southern_thailand/trang/ko_muk/2860</w:t>
        </w:r>
      </w:hyperlink>
      <w:r>
        <w:t xml:space="preserve"> - Tham Morakot, or the Emerald Cave, is a prominent attraction on Ko Muk in Trang Province, Thailand. Visitors embark on a swim through a dark sea cave to reach a hidden beach surrounded by high cliffs. The cave is accessible by boat, and the experience is enhanced by the natural beauty and serenity of the location. The cave is best visited during low tide, and tours are available from local operators, offering a unique and memorable adventure.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herylhoward.com/trang-islands/" TargetMode="External"/><Relationship Id="rId10" Type="http://schemas.openxmlformats.org/officeDocument/2006/relationships/hyperlink" Target="https://www.travelfish.org/location/thailand/southern_thailand/trang/ko_muk" TargetMode="External"/><Relationship Id="rId11" Type="http://schemas.openxmlformats.org/officeDocument/2006/relationships/hyperlink" Target="https://www.thethailandguides.com/city/trang/things-to-do/" TargetMode="External"/><Relationship Id="rId12" Type="http://schemas.openxmlformats.org/officeDocument/2006/relationships/hyperlink" Target="https://www.lovethailand.org/travel/en/75-Trang/4522-Koh-Muk-and-Tham-Morakot-%28Emerald-Cave%29.html" TargetMode="External"/><Relationship Id="rId13" Type="http://schemas.openxmlformats.org/officeDocument/2006/relationships/hyperlink" Target="https://thailand-vloggers.com/en/guides/trang-emerald-cave/" TargetMode="External"/><Relationship Id="rId14" Type="http://schemas.openxmlformats.org/officeDocument/2006/relationships/hyperlink" Target="https://www.penang-traveltips.com/thailand/trang-province/emerald-sea-cave.htm" TargetMode="External"/><Relationship Id="rId15" Type="http://schemas.openxmlformats.org/officeDocument/2006/relationships/hyperlink" Target="https://www.travelfish.org/sight_profile/thailand/southern_thailand/trang/ko_muk/2860"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